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before="0"/>
        <w:jc w:val="center"/>
      </w:pPr>
      <w:r>
        <w:rPr>
          <w:rFonts w:ascii="Noto Sans CJK SC" w:hAnsi="Noto Sans CJK SC" w:eastAsia="Noto Sans CJK SC"/>
          <w:b/>
          <w:sz w:val="48"/>
        </w:rPr>
        <w:t>智中暑期训练完整资料包</w:t>
      </w:r>
    </w:p>
    <w:p>
      <w:pPr>
        <w:spacing w:after="320" w:before="0"/>
        <w:jc w:val="center"/>
      </w:pPr>
      <w:r>
        <w:rPr>
          <w:rFonts w:ascii="Noto Sans CJK SC" w:hAnsi="Noto Sans CJK SC" w:eastAsia="Noto Sans CJK SC"/>
          <w:b/>
          <w:sz w:val="28"/>
        </w:rPr>
        <w:t>8周低屏幕家庭版 | 学生打印页 + 家长答案与操作说明</w:t>
      </w:r>
    </w:p>
    <w:p>
      <w:pPr>
        <w:spacing w:after="400" w:before="0"/>
        <w:jc w:val="center"/>
      </w:pPr>
      <w:r>
        <w:rPr>
          <w:rFonts w:ascii="Noto Sans CJK SC" w:hAnsi="Noto Sans CJK SC" w:eastAsia="Noto Sans CJK SC"/>
          <w:sz w:val="22"/>
        </w:rPr>
        <w:t>核心原则：短任务、可结束、错题变式、允许运动调节；重点修复语文拼音/笔顺/写字速度，同时推进数学模型和英语指令理解。</w:t>
      </w:r>
    </w:p>
    <w:p>
      <w:pPr>
        <w:spacing w:after="60" w:before="0"/>
        <w:jc w:val="center"/>
      </w:pPr>
      <w:r>
        <w:rPr>
          <w:rFonts w:ascii="Noto Sans CJK SC" w:hAnsi="Noto Sans CJK SC" w:eastAsia="Noto Sans CJK SC"/>
          <w:sz w:val="20"/>
        </w:rPr>
        <w:t>使用方法：每天打印或打开对应 Day 页面；孩子只看学生任务区，家长查看每周答案区和 WebApp 记录。</w:t>
      </w:r>
    </w:p>
    <w:p>
      <w:r>
        <w:br w:type="page"/>
      </w:r>
    </w:p>
    <w:p>
      <w:pPr>
        <w:pStyle w:val="Heading1"/>
        <w:spacing w:after="80"/>
      </w:pPr>
      <w:r>
        <w:rPr>
          <w:rFonts w:ascii="Noto Sans CJK SC" w:hAnsi="Noto Sans CJK SC" w:eastAsia="Noto Sans CJK SC"/>
        </w:rPr>
        <w:t>一、家长使用说明</w:t>
      </w:r>
    </w:p>
    <w:p>
      <w:pPr>
        <w:spacing w:after="60" w:before="0"/>
      </w:pPr>
      <w:r>
        <w:rPr>
          <w:rFonts w:ascii="Noto Sans CJK SC" w:hAnsi="Noto Sans CJK SC" w:eastAsia="Noto Sans CJK SC"/>
          <w:sz w:val="19"/>
        </w:rPr>
        <w:t>1. 每天只追踪趋势，不用追求当天完美。出现明显烦躁时，立刻切换到“保底版”：语文1个字、数学1道题、英语3条指令、运动10分钟。</w:t>
      </w:r>
    </w:p>
    <w:p>
      <w:pPr>
        <w:spacing w:after="60" w:before="0"/>
      </w:pPr>
      <w:r>
        <w:rPr>
          <w:rFonts w:ascii="Noto Sans CJK SC" w:hAnsi="Noto Sans CJK SC" w:eastAsia="Noto Sans CJK SC"/>
          <w:sz w:val="19"/>
        </w:rPr>
        <w:t>2. 语文是最高优先级：声调、拼音转汉字、笔顺、写字速度。不要每天抄一页；每次只写少量，重点纠正一个笔顺或一个音。</w:t>
      </w:r>
    </w:p>
    <w:p>
      <w:pPr>
        <w:spacing w:after="60" w:before="0"/>
      </w:pPr>
      <w:r>
        <w:rPr>
          <w:rFonts w:ascii="Noto Sans CJK SC" w:hAnsi="Noto Sans CJK SC" w:eastAsia="Noto Sans CJK SC"/>
          <w:sz w:val="19"/>
        </w:rPr>
        <w:t>3. 数学不要被写字拖累。能口述、能画图、能摆实物，都算有效。重点从“会算”升级为“看懂结构”。</w:t>
      </w:r>
    </w:p>
    <w:p>
      <w:pPr>
        <w:spacing w:after="60" w:before="0"/>
      </w:pPr>
      <w:r>
        <w:rPr>
          <w:rFonts w:ascii="Noto Sans CJK SC" w:hAnsi="Noto Sans CJK SC" w:eastAsia="Noto Sans CJK SC"/>
          <w:sz w:val="19"/>
        </w:rPr>
        <w:t>4. 英语不要孤立背1000词。先让100个核心词真正稳定：看得出、读一点、懂意思、能在句子里做动作。</w:t>
      </w:r>
    </w:p>
    <w:p>
      <w:pPr>
        <w:spacing w:after="60" w:before="0"/>
      </w:pPr>
      <w:r>
        <w:rPr>
          <w:rFonts w:ascii="Noto Sans CJK SC" w:hAnsi="Noto Sans CJK SC" w:eastAsia="Noto Sans CJK SC"/>
          <w:sz w:val="19"/>
        </w:rPr>
        <w:t>5. 如果孩子有注意力或谱系特质，任务越清楚越好：固定顺序、明确结束点、少说教、允许短运动。</w:t>
      </w:r>
    </w:p>
    <w:p>
      <w:pPr>
        <w:spacing w:after="60" w:before="0"/>
      </w:pPr>
      <w:r>
        <w:rPr>
          <w:rFonts w:ascii="Noto Sans CJK SC" w:hAnsi="Noto Sans CJK SC" w:eastAsia="Noto Sans CJK SC"/>
          <w:sz w:val="19"/>
        </w:rPr>
        <w:t>6. 每晚只记录6项：声调、写字速度、数学核心题、英语听指令、英语看句子、情绪。</w:t>
      </w:r>
    </w:p>
    <w:p>
      <w:pPr>
        <w:pStyle w:val="Heading1"/>
        <w:spacing w:after="80"/>
      </w:pPr>
      <w:r>
        <w:rPr>
          <w:rFonts w:ascii="Noto Sans CJK SC" w:hAnsi="Noto Sans CJK SC" w:eastAsia="Noto Sans CJK SC"/>
        </w:rPr>
        <w:t>二、8周总览</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680"/>
            <w:vAlign w:val="center"/>
            <w:shd w:fill="B7DEE8"/>
          </w:tcPr>
          <w:p>
            <w:pPr>
              <w:spacing w:after="0"/>
            </w:pPr>
            <w:r/>
            <w:r>
              <w:rPr>
                <w:rFonts w:ascii="Noto Sans CJK SC" w:hAnsi="Noto Sans CJK SC" w:eastAsia="Noto Sans CJK SC"/>
                <w:b/>
                <w:sz w:val="17"/>
              </w:rPr>
              <w:t>周</w:t>
            </w:r>
          </w:p>
        </w:tc>
        <w:tc>
          <w:tcPr>
            <w:tcW w:type="dxa" w:w="2268"/>
            <w:vAlign w:val="center"/>
            <w:shd w:fill="B7DEE8"/>
          </w:tcPr>
          <w:p>
            <w:pPr>
              <w:spacing w:after="0"/>
            </w:pPr>
            <w:r/>
            <w:r>
              <w:rPr>
                <w:rFonts w:ascii="Noto Sans CJK SC" w:hAnsi="Noto Sans CJK SC" w:eastAsia="Noto Sans CJK SC"/>
                <w:b/>
                <w:sz w:val="17"/>
              </w:rPr>
              <w:t>主题</w:t>
            </w:r>
          </w:p>
        </w:tc>
        <w:tc>
          <w:tcPr>
            <w:tcW w:type="dxa" w:w="3969"/>
            <w:vAlign w:val="center"/>
            <w:shd w:fill="B7DEE8"/>
          </w:tcPr>
          <w:p>
            <w:pPr>
              <w:spacing w:after="0"/>
            </w:pPr>
            <w:r/>
            <w:r>
              <w:rPr>
                <w:rFonts w:ascii="Noto Sans CJK SC" w:hAnsi="Noto Sans CJK SC" w:eastAsia="Noto Sans CJK SC"/>
                <w:b/>
                <w:sz w:val="17"/>
              </w:rPr>
              <w:t>本周目标</w:t>
            </w:r>
          </w:p>
        </w:tc>
        <w:tc>
          <w:tcPr>
            <w:tcW w:type="dxa" w:w="3402"/>
            <w:vAlign w:val="center"/>
            <w:shd w:fill="B7DEE8"/>
          </w:tcPr>
          <w:p>
            <w:pPr>
              <w:spacing w:after="0"/>
            </w:pPr>
            <w:r/>
            <w:r>
              <w:rPr>
                <w:rFonts w:ascii="Noto Sans CJK SC" w:hAnsi="Noto Sans CJK SC" w:eastAsia="Noto Sans CJK SC"/>
                <w:b/>
                <w:sz w:val="17"/>
              </w:rPr>
              <w:t>周六检查点</w:t>
            </w:r>
          </w:p>
        </w:tc>
      </w:tr>
      <w:tr>
        <w:tc>
          <w:tcPr>
            <w:tcW w:type="dxa" w:w="680"/>
            <w:vAlign w:val="center"/>
          </w:tcPr>
          <w:p>
            <w:pPr>
              <w:spacing w:after="0"/>
            </w:pPr>
            <w:r/>
            <w:r>
              <w:rPr>
                <w:rFonts w:ascii="Noto Sans CJK SC" w:hAnsi="Noto Sans CJK SC" w:eastAsia="Noto Sans CJK SC"/>
                <w:b w:val="0"/>
                <w:sz w:val="17"/>
              </w:rPr>
              <w:t>1</w:t>
            </w:r>
          </w:p>
        </w:tc>
        <w:tc>
          <w:tcPr>
            <w:tcW w:type="dxa" w:w="2268"/>
            <w:vAlign w:val="center"/>
          </w:tcPr>
          <w:p>
            <w:pPr>
              <w:spacing w:after="0"/>
            </w:pPr>
            <w:r/>
            <w:r>
              <w:rPr>
                <w:rFonts w:ascii="Noto Sans CJK SC" w:hAnsi="Noto Sans CJK SC" w:eastAsia="Noto Sans CJK SC"/>
                <w:b/>
                <w:sz w:val="17"/>
              </w:rPr>
              <w:t>启动与通道重建</w:t>
            </w:r>
          </w:p>
        </w:tc>
        <w:tc>
          <w:tcPr>
            <w:tcW w:type="dxa" w:w="3969"/>
            <w:vAlign w:val="center"/>
          </w:tcPr>
          <w:p>
            <w:pPr>
              <w:spacing w:after="0"/>
            </w:pPr>
            <w:r/>
            <w:r>
              <w:rPr>
                <w:rFonts w:ascii="Noto Sans CJK SC" w:hAnsi="Noto Sans CJK SC" w:eastAsia="Noto Sans CJK SC"/>
                <w:b w:val="0"/>
                <w:sz w:val="17"/>
              </w:rPr>
              <w:t>语文声调、核心字词；数学乘法自动化；英语动作指令。</w:t>
            </w:r>
          </w:p>
        </w:tc>
        <w:tc>
          <w:tcPr>
            <w:tcW w:type="dxa" w:w="3402"/>
            <w:vAlign w:val="center"/>
          </w:tcPr>
          <w:p>
            <w:pPr>
              <w:spacing w:after="0"/>
            </w:pPr>
            <w:r/>
            <w:r>
              <w:rPr>
                <w:rFonts w:ascii="Noto Sans CJK SC" w:hAnsi="Noto Sans CJK SC" w:eastAsia="Noto Sans CJK SC"/>
                <w:b w:val="0"/>
                <w:sz w:val="17"/>
              </w:rPr>
              <w:t>语文声调+写字速度；数学2道模型题；英语10条指令；跳绳/跑步记录。</w:t>
            </w:r>
          </w:p>
        </w:tc>
      </w:tr>
      <w:tr>
        <w:tc>
          <w:tcPr>
            <w:tcW w:type="dxa" w:w="680"/>
            <w:vAlign w:val="center"/>
          </w:tcPr>
          <w:p>
            <w:pPr>
              <w:spacing w:after="0"/>
            </w:pPr>
            <w:r/>
            <w:r>
              <w:rPr>
                <w:rFonts w:ascii="Noto Sans CJK SC" w:hAnsi="Noto Sans CJK SC" w:eastAsia="Noto Sans CJK SC"/>
                <w:b w:val="0"/>
                <w:sz w:val="17"/>
              </w:rPr>
              <w:t>2</w:t>
            </w:r>
          </w:p>
        </w:tc>
        <w:tc>
          <w:tcPr>
            <w:tcW w:type="dxa" w:w="2268"/>
            <w:vAlign w:val="center"/>
          </w:tcPr>
          <w:p>
            <w:pPr>
              <w:spacing w:after="0"/>
            </w:pPr>
            <w:r/>
            <w:r>
              <w:rPr>
                <w:rFonts w:ascii="Noto Sans CJK SC" w:hAnsi="Noto Sans CJK SC" w:eastAsia="Noto Sans CJK SC"/>
                <w:b/>
                <w:sz w:val="17"/>
              </w:rPr>
              <w:t>guo/gou 与和差模型</w:t>
            </w:r>
          </w:p>
        </w:tc>
        <w:tc>
          <w:tcPr>
            <w:tcW w:type="dxa" w:w="3969"/>
            <w:vAlign w:val="center"/>
          </w:tcPr>
          <w:p>
            <w:pPr>
              <w:spacing w:after="0"/>
            </w:pPr>
            <w:r/>
            <w:r>
              <w:rPr>
                <w:rFonts w:ascii="Noto Sans CJK SC" w:hAnsi="Noto Sans CJK SC" w:eastAsia="Noto Sans CJK SC"/>
                <w:b w:val="0"/>
                <w:sz w:val="17"/>
              </w:rPr>
              <w:t>修复国/果/狗混淆；建立“去掉差再平分”；英语方位 on/in/under。</w:t>
            </w:r>
          </w:p>
        </w:tc>
        <w:tc>
          <w:tcPr>
            <w:tcW w:type="dxa" w:w="3402"/>
            <w:vAlign w:val="center"/>
          </w:tcPr>
          <w:p>
            <w:pPr>
              <w:spacing w:after="0"/>
            </w:pPr>
            <w:r/>
            <w:r>
              <w:rPr>
                <w:rFonts w:ascii="Noto Sans CJK SC" w:hAnsi="Noto Sans CJK SC" w:eastAsia="Noto Sans CJK SC"/>
                <w:b w:val="0"/>
                <w:sz w:val="17"/>
              </w:rPr>
              <w:t>语文声调+写字速度；数学2道模型题；英语10条指令；跳绳/跑步记录。</w:t>
            </w:r>
          </w:p>
        </w:tc>
      </w:tr>
      <w:tr>
        <w:tc>
          <w:tcPr>
            <w:tcW w:type="dxa" w:w="680"/>
            <w:vAlign w:val="center"/>
          </w:tcPr>
          <w:p>
            <w:pPr>
              <w:spacing w:after="0"/>
            </w:pPr>
            <w:r/>
            <w:r>
              <w:rPr>
                <w:rFonts w:ascii="Noto Sans CJK SC" w:hAnsi="Noto Sans CJK SC" w:eastAsia="Noto Sans CJK SC"/>
                <w:b w:val="0"/>
                <w:sz w:val="17"/>
              </w:rPr>
              <w:t>3</w:t>
            </w:r>
          </w:p>
        </w:tc>
        <w:tc>
          <w:tcPr>
            <w:tcW w:type="dxa" w:w="2268"/>
            <w:vAlign w:val="center"/>
          </w:tcPr>
          <w:p>
            <w:pPr>
              <w:spacing w:after="0"/>
            </w:pPr>
            <w:r/>
            <w:r>
              <w:rPr>
                <w:rFonts w:ascii="Noto Sans CJK SC" w:hAnsi="Noto Sans CJK SC" w:eastAsia="Noto Sans CJK SC"/>
                <w:b/>
                <w:sz w:val="17"/>
              </w:rPr>
              <w:t>短语与和倍模型</w:t>
            </w:r>
          </w:p>
        </w:tc>
        <w:tc>
          <w:tcPr>
            <w:tcW w:type="dxa" w:w="3969"/>
            <w:vAlign w:val="center"/>
          </w:tcPr>
          <w:p>
            <w:pPr>
              <w:spacing w:after="0"/>
            </w:pPr>
            <w:r/>
            <w:r>
              <w:rPr>
                <w:rFonts w:ascii="Noto Sans CJK SC" w:hAnsi="Noto Sans CJK SC" w:eastAsia="Noto Sans CJK SC"/>
                <w:b w:val="0"/>
                <w:sz w:val="17"/>
              </w:rPr>
              <w:t>拼音词组升级到短句；数学和差/和倍；英语核心词分类。</w:t>
            </w:r>
          </w:p>
        </w:tc>
        <w:tc>
          <w:tcPr>
            <w:tcW w:type="dxa" w:w="3402"/>
            <w:vAlign w:val="center"/>
          </w:tcPr>
          <w:p>
            <w:pPr>
              <w:spacing w:after="0"/>
            </w:pPr>
            <w:r/>
            <w:r>
              <w:rPr>
                <w:rFonts w:ascii="Noto Sans CJK SC" w:hAnsi="Noto Sans CJK SC" w:eastAsia="Noto Sans CJK SC"/>
                <w:b w:val="0"/>
                <w:sz w:val="17"/>
              </w:rPr>
              <w:t>语文声调+写字速度；数学2道模型题；英语10条指令；跳绳/跑步记录。</w:t>
            </w:r>
          </w:p>
        </w:tc>
      </w:tr>
      <w:tr>
        <w:tc>
          <w:tcPr>
            <w:tcW w:type="dxa" w:w="680"/>
            <w:vAlign w:val="center"/>
          </w:tcPr>
          <w:p>
            <w:pPr>
              <w:spacing w:after="0"/>
            </w:pPr>
            <w:r/>
            <w:r>
              <w:rPr>
                <w:rFonts w:ascii="Noto Sans CJK SC" w:hAnsi="Noto Sans CJK SC" w:eastAsia="Noto Sans CJK SC"/>
                <w:b w:val="0"/>
                <w:sz w:val="17"/>
              </w:rPr>
              <w:t>4</w:t>
            </w:r>
          </w:p>
        </w:tc>
        <w:tc>
          <w:tcPr>
            <w:tcW w:type="dxa" w:w="2268"/>
            <w:vAlign w:val="center"/>
          </w:tcPr>
          <w:p>
            <w:pPr>
              <w:spacing w:after="0"/>
            </w:pPr>
            <w:r/>
            <w:r>
              <w:rPr>
                <w:rFonts w:ascii="Noto Sans CJK SC" w:hAnsi="Noto Sans CJK SC" w:eastAsia="Noto Sans CJK SC"/>
                <w:b/>
                <w:sz w:val="17"/>
              </w:rPr>
              <w:t>句子化与周期启蒙</w:t>
            </w:r>
          </w:p>
        </w:tc>
        <w:tc>
          <w:tcPr>
            <w:tcW w:type="dxa" w:w="3969"/>
            <w:vAlign w:val="center"/>
          </w:tcPr>
          <w:p>
            <w:pPr>
              <w:spacing w:after="0"/>
            </w:pPr>
            <w:r/>
            <w:r>
              <w:rPr>
                <w:rFonts w:ascii="Noto Sans CJK SC" w:hAnsi="Noto Sans CJK SC" w:eastAsia="Noto Sans CJK SC"/>
                <w:b w:val="0"/>
                <w:sz w:val="17"/>
              </w:rPr>
              <w:t>语文短句、英语家庭指令；数学和倍、周期。</w:t>
            </w:r>
          </w:p>
        </w:tc>
        <w:tc>
          <w:tcPr>
            <w:tcW w:type="dxa" w:w="3402"/>
            <w:vAlign w:val="center"/>
          </w:tcPr>
          <w:p>
            <w:pPr>
              <w:spacing w:after="0"/>
            </w:pPr>
            <w:r/>
            <w:r>
              <w:rPr>
                <w:rFonts w:ascii="Noto Sans CJK SC" w:hAnsi="Noto Sans CJK SC" w:eastAsia="Noto Sans CJK SC"/>
                <w:b w:val="0"/>
                <w:sz w:val="17"/>
              </w:rPr>
              <w:t>语文声调+写字速度；数学2道模型题；英语10条指令；跳绳/跑步记录。</w:t>
            </w:r>
          </w:p>
        </w:tc>
      </w:tr>
      <w:tr>
        <w:tc>
          <w:tcPr>
            <w:tcW w:type="dxa" w:w="680"/>
            <w:vAlign w:val="center"/>
          </w:tcPr>
          <w:p>
            <w:pPr>
              <w:spacing w:after="0"/>
            </w:pPr>
            <w:r/>
            <w:r>
              <w:rPr>
                <w:rFonts w:ascii="Noto Sans CJK SC" w:hAnsi="Noto Sans CJK SC" w:eastAsia="Noto Sans CJK SC"/>
                <w:b w:val="0"/>
                <w:sz w:val="17"/>
              </w:rPr>
              <w:t>5</w:t>
            </w:r>
          </w:p>
        </w:tc>
        <w:tc>
          <w:tcPr>
            <w:tcW w:type="dxa" w:w="2268"/>
            <w:vAlign w:val="center"/>
          </w:tcPr>
          <w:p>
            <w:pPr>
              <w:spacing w:after="0"/>
            </w:pPr>
            <w:r/>
            <w:r>
              <w:rPr>
                <w:rFonts w:ascii="Noto Sans CJK SC" w:hAnsi="Noto Sans CJK SC" w:eastAsia="Noto Sans CJK SC"/>
                <w:b/>
                <w:sz w:val="17"/>
              </w:rPr>
              <w:t>差倍与综合方向词</w:t>
            </w:r>
          </w:p>
        </w:tc>
        <w:tc>
          <w:tcPr>
            <w:tcW w:type="dxa" w:w="3969"/>
            <w:vAlign w:val="center"/>
          </w:tcPr>
          <w:p>
            <w:pPr>
              <w:spacing w:after="0"/>
            </w:pPr>
            <w:r/>
            <w:r>
              <w:rPr>
                <w:rFonts w:ascii="Noto Sans CJK SC" w:hAnsi="Noto Sans CJK SC" w:eastAsia="Noto Sans CJK SC"/>
                <w:b w:val="0"/>
                <w:sz w:val="17"/>
              </w:rPr>
              <w:t>数学差倍+周期；语文数量词；英语左右上下和形容词。</w:t>
            </w:r>
          </w:p>
        </w:tc>
        <w:tc>
          <w:tcPr>
            <w:tcW w:type="dxa" w:w="3402"/>
            <w:vAlign w:val="center"/>
          </w:tcPr>
          <w:p>
            <w:pPr>
              <w:spacing w:after="0"/>
            </w:pPr>
            <w:r/>
            <w:r>
              <w:rPr>
                <w:rFonts w:ascii="Noto Sans CJK SC" w:hAnsi="Noto Sans CJK SC" w:eastAsia="Noto Sans CJK SC"/>
                <w:b w:val="0"/>
                <w:sz w:val="17"/>
              </w:rPr>
              <w:t>语文声调+写字速度；数学2道模型题；英语10条指令；跳绳/跑步记录。</w:t>
            </w:r>
          </w:p>
        </w:tc>
      </w:tr>
      <w:tr>
        <w:tc>
          <w:tcPr>
            <w:tcW w:type="dxa" w:w="680"/>
            <w:vAlign w:val="center"/>
          </w:tcPr>
          <w:p>
            <w:pPr>
              <w:spacing w:after="0"/>
            </w:pPr>
            <w:r/>
            <w:r>
              <w:rPr>
                <w:rFonts w:ascii="Noto Sans CJK SC" w:hAnsi="Noto Sans CJK SC" w:eastAsia="Noto Sans CJK SC"/>
                <w:b w:val="0"/>
                <w:sz w:val="17"/>
              </w:rPr>
              <w:t>6</w:t>
            </w:r>
          </w:p>
        </w:tc>
        <w:tc>
          <w:tcPr>
            <w:tcW w:type="dxa" w:w="2268"/>
            <w:vAlign w:val="center"/>
          </w:tcPr>
          <w:p>
            <w:pPr>
              <w:spacing w:after="0"/>
            </w:pPr>
            <w:r/>
            <w:r>
              <w:rPr>
                <w:rFonts w:ascii="Noto Sans CJK SC" w:hAnsi="Noto Sans CJK SC" w:eastAsia="Noto Sans CJK SC"/>
                <w:b/>
                <w:sz w:val="17"/>
              </w:rPr>
              <w:t>图形计数与多步骤指令</w:t>
            </w:r>
          </w:p>
        </w:tc>
        <w:tc>
          <w:tcPr>
            <w:tcW w:type="dxa" w:w="3969"/>
            <w:vAlign w:val="center"/>
          </w:tcPr>
          <w:p>
            <w:pPr>
              <w:spacing w:after="0"/>
            </w:pPr>
            <w:r/>
            <w:r>
              <w:rPr>
                <w:rFonts w:ascii="Noto Sans CJK SC" w:hAnsi="Noto Sans CJK SC" w:eastAsia="Noto Sans CJK SC"/>
                <w:b w:val="0"/>
                <w:sz w:val="17"/>
              </w:rPr>
              <w:t>线段计数、图形计数；英语复合指令；语文生活句。</w:t>
            </w:r>
          </w:p>
        </w:tc>
        <w:tc>
          <w:tcPr>
            <w:tcW w:type="dxa" w:w="3402"/>
            <w:vAlign w:val="center"/>
          </w:tcPr>
          <w:p>
            <w:pPr>
              <w:spacing w:after="0"/>
            </w:pPr>
            <w:r/>
            <w:r>
              <w:rPr>
                <w:rFonts w:ascii="Noto Sans CJK SC" w:hAnsi="Noto Sans CJK SC" w:eastAsia="Noto Sans CJK SC"/>
                <w:b w:val="0"/>
                <w:sz w:val="17"/>
              </w:rPr>
              <w:t>语文声调+写字速度；数学2道模型题；英语10条指令；跳绳/跑步记录。</w:t>
            </w:r>
          </w:p>
        </w:tc>
      </w:tr>
      <w:tr>
        <w:tc>
          <w:tcPr>
            <w:tcW w:type="dxa" w:w="680"/>
            <w:vAlign w:val="center"/>
          </w:tcPr>
          <w:p>
            <w:pPr>
              <w:spacing w:after="0"/>
            </w:pPr>
            <w:r/>
            <w:r>
              <w:rPr>
                <w:rFonts w:ascii="Noto Sans CJK SC" w:hAnsi="Noto Sans CJK SC" w:eastAsia="Noto Sans CJK SC"/>
                <w:b w:val="0"/>
                <w:sz w:val="17"/>
              </w:rPr>
              <w:t>7</w:t>
            </w:r>
          </w:p>
        </w:tc>
        <w:tc>
          <w:tcPr>
            <w:tcW w:type="dxa" w:w="2268"/>
            <w:vAlign w:val="center"/>
          </w:tcPr>
          <w:p>
            <w:pPr>
              <w:spacing w:after="0"/>
            </w:pPr>
            <w:r/>
            <w:r>
              <w:rPr>
                <w:rFonts w:ascii="Noto Sans CJK SC" w:hAnsi="Noto Sans CJK SC" w:eastAsia="Noto Sans CJK SC"/>
                <w:b/>
                <w:sz w:val="17"/>
              </w:rPr>
              <w:t>混合闯关与弱项修复</w:t>
            </w:r>
          </w:p>
        </w:tc>
        <w:tc>
          <w:tcPr>
            <w:tcW w:type="dxa" w:w="3969"/>
            <w:vAlign w:val="center"/>
          </w:tcPr>
          <w:p>
            <w:pPr>
              <w:spacing w:after="0"/>
            </w:pPr>
            <w:r/>
            <w:r>
              <w:rPr>
                <w:rFonts w:ascii="Noto Sans CJK SC" w:hAnsi="Noto Sans CJK SC" w:eastAsia="Noto Sans CJK SC"/>
                <w:b w:val="0"/>
                <w:sz w:val="17"/>
              </w:rPr>
              <w:t>前六周内容混合；保留错题变式；减少新知识。</w:t>
            </w:r>
          </w:p>
        </w:tc>
        <w:tc>
          <w:tcPr>
            <w:tcW w:type="dxa" w:w="3402"/>
            <w:vAlign w:val="center"/>
          </w:tcPr>
          <w:p>
            <w:pPr>
              <w:spacing w:after="0"/>
            </w:pPr>
            <w:r/>
            <w:r>
              <w:rPr>
                <w:rFonts w:ascii="Noto Sans CJK SC" w:hAnsi="Noto Sans CJK SC" w:eastAsia="Noto Sans CJK SC"/>
                <w:b w:val="0"/>
                <w:sz w:val="17"/>
              </w:rPr>
              <w:t>语文声调+写字速度；数学2道模型题；英语10条指令；跳绳/跑步记录。</w:t>
            </w:r>
          </w:p>
        </w:tc>
      </w:tr>
      <w:tr>
        <w:tc>
          <w:tcPr>
            <w:tcW w:type="dxa" w:w="680"/>
            <w:vAlign w:val="center"/>
          </w:tcPr>
          <w:p>
            <w:pPr>
              <w:spacing w:after="0"/>
            </w:pPr>
            <w:r/>
            <w:r>
              <w:rPr>
                <w:rFonts w:ascii="Noto Sans CJK SC" w:hAnsi="Noto Sans CJK SC" w:eastAsia="Noto Sans CJK SC"/>
                <w:b w:val="0"/>
                <w:sz w:val="17"/>
              </w:rPr>
              <w:t>8</w:t>
            </w:r>
          </w:p>
        </w:tc>
        <w:tc>
          <w:tcPr>
            <w:tcW w:type="dxa" w:w="2268"/>
            <w:vAlign w:val="center"/>
          </w:tcPr>
          <w:p>
            <w:pPr>
              <w:spacing w:after="0"/>
            </w:pPr>
            <w:r/>
            <w:r>
              <w:rPr>
                <w:rFonts w:ascii="Noto Sans CJK SC" w:hAnsi="Noto Sans CJK SC" w:eastAsia="Noto Sans CJK SC"/>
                <w:b/>
                <w:sz w:val="17"/>
              </w:rPr>
              <w:t>巩固展示与开学衔接</w:t>
            </w:r>
          </w:p>
        </w:tc>
        <w:tc>
          <w:tcPr>
            <w:tcW w:type="dxa" w:w="3969"/>
            <w:vAlign w:val="center"/>
          </w:tcPr>
          <w:p>
            <w:pPr>
              <w:spacing w:after="0"/>
            </w:pPr>
            <w:r/>
            <w:r>
              <w:rPr>
                <w:rFonts w:ascii="Noto Sans CJK SC" w:hAnsi="Noto Sans CJK SC" w:eastAsia="Noto Sans CJK SC"/>
                <w:b w:val="0"/>
                <w:sz w:val="17"/>
              </w:rPr>
              <w:t>小测、展示、复盘；形成开学前能力报告。</w:t>
            </w:r>
          </w:p>
        </w:tc>
        <w:tc>
          <w:tcPr>
            <w:tcW w:type="dxa" w:w="3402"/>
            <w:vAlign w:val="center"/>
          </w:tcPr>
          <w:p>
            <w:pPr>
              <w:spacing w:after="0"/>
            </w:pPr>
            <w:r/>
            <w:r>
              <w:rPr>
                <w:rFonts w:ascii="Noto Sans CJK SC" w:hAnsi="Noto Sans CJK SC" w:eastAsia="Noto Sans CJK SC"/>
                <w:b w:val="0"/>
                <w:sz w:val="17"/>
              </w:rPr>
              <w:t>语文声调+写字速度；数学2道模型题；英语10条指令；跳绳/跑步记录。</w:t>
            </w:r>
          </w:p>
        </w:tc>
      </w:tr>
    </w:tbl>
    <w:p>
      <w:r>
        <w:br w:type="page"/>
      </w:r>
    </w:p>
    <w:p>
      <w:pPr>
        <w:pStyle w:val="Heading1"/>
        <w:spacing w:after="80"/>
      </w:pPr>
      <w:r>
        <w:rPr>
          <w:rFonts w:ascii="Noto Sans CJK SC" w:hAnsi="Noto Sans CJK SC" w:eastAsia="Noto Sans CJK SC"/>
        </w:rPr>
        <w:t>第1周：启动与通道重建</w:t>
      </w:r>
    </w:p>
    <w:p>
      <w:pPr>
        <w:spacing w:after="60" w:before="0"/>
      </w:pPr>
      <w:r>
        <w:rPr>
          <w:rFonts w:ascii="Noto Sans CJK SC" w:hAnsi="Noto Sans CJK SC" w:eastAsia="Noto Sans CJK SC"/>
          <w:b/>
          <w:sz w:val="20"/>
        </w:rPr>
        <w:t>本周目标：语文声调、核心字词；数学乘法自动化；英语动作指令。</w:t>
      </w:r>
    </w:p>
    <w:p>
      <w:pPr>
        <w:spacing w:after="60" w:before="0"/>
      </w:pPr>
      <w:r>
        <w:rPr>
          <w:rFonts w:ascii="Noto Sans CJK SC" w:hAnsi="Noto Sans CJK SC" w:eastAsia="Noto Sans CJK SC"/>
          <w:sz w:val="18"/>
        </w:rPr>
        <w:t>本周执行原则：每天完成核心任务即可，挑战题可选。若情绪明显下降，优先保住语文短练和运动。</w:t>
      </w:r>
    </w:p>
    <w:p>
      <w:r>
        <w:br w:type="page"/>
      </w:r>
    </w:p>
    <w:p>
      <w:pPr>
        <w:pStyle w:val="Heading1"/>
        <w:spacing w:after="80"/>
      </w:pPr>
      <w:r>
        <w:rPr>
          <w:rFonts w:ascii="Noto Sans CJK SC" w:hAnsi="Noto Sans CJK SC" w:eastAsia="Noto Sans CJK SC"/>
        </w:rPr>
        <w:t>第1周 Day 1 - 启动与通道重建</w:t>
      </w:r>
    </w:p>
    <w:p>
      <w:pPr>
        <w:spacing w:after="60" w:before="0"/>
      </w:pPr>
      <w:r>
        <w:rPr>
          <w:rFonts w:ascii="Noto Sans CJK SC" w:hAnsi="Noto Sans CJK SC" w:eastAsia="Noto Sans CJK SC"/>
          <w:sz w:val="17"/>
        </w:rPr>
        <w:t>类型：训练日    今日目标：语文声调、核心字词；数学乘法自动化；英语动作指令。</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má  mǎ  mà  bā  bá  bǎ  bà</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妈</w:t>
            </w:r>
          </w:p>
        </w:tc>
        <w:tc>
          <w:tcPr>
            <w:tcW w:type="dxa" w:w="3685"/>
            <w:vAlign w:val="center"/>
          </w:tcPr>
          <w:p>
            <w:pPr>
              <w:spacing w:after="0"/>
            </w:pPr>
            <w:r/>
            <w:r>
              <w:rPr>
                <w:rFonts w:ascii="Noto Sans CJK SC" w:hAnsi="Noto Sans CJK SC" w:eastAsia="Noto Sans CJK SC"/>
                <w:b w:val="0"/>
                <w:sz w:val="16"/>
              </w:rPr>
              <w:t>先写女字旁，再写马；女字旁横变提。</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爸</w:t>
            </w:r>
          </w:p>
        </w:tc>
        <w:tc>
          <w:tcPr>
            <w:tcW w:type="dxa" w:w="3685"/>
            <w:vAlign w:val="center"/>
          </w:tcPr>
          <w:p>
            <w:pPr>
              <w:spacing w:after="0"/>
            </w:pPr>
            <w:r/>
            <w:r>
              <w:rPr>
                <w:rFonts w:ascii="Noto Sans CJK SC" w:hAnsi="Noto Sans CJK SC" w:eastAsia="Noto Sans CJK SC"/>
                <w:b w:val="0"/>
                <w:sz w:val="16"/>
              </w:rPr>
              <w:t>先写父，再写巴；上面撇捺打开。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1分钟抄写：今天我完成了数学。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9×6=__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[一步乘除] 每个盒子里有 5 块贴纸，有 4 个盒子，一共有多少块？</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哥哥有 6 个贴纸，弟弟的贴纸是哥哥的 3 倍。两人一共有多少个贴纸？</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今日词卡：head / hand / eye / ear / nose / mouth / sit / stand</w:t>
      </w:r>
    </w:p>
    <w:p>
      <w:pPr>
        <w:spacing w:after="60" w:before="0"/>
      </w:pPr>
      <w:r>
        <w:rPr>
          <w:rFonts w:ascii="Noto Sans CJK SC" w:hAnsi="Noto Sans CJK SC" w:eastAsia="Noto Sans CJK SC"/>
          <w:sz w:val="17"/>
        </w:rPr>
        <w:t>字母进单词：圈出含有字母 b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运动：跳绳技术日：连续跳 3 轮，每轮尽量不断；记录最好一次。</w:t>
      </w:r>
    </w:p>
    <w:p>
      <w:pPr>
        <w:spacing w:after="60" w:before="0"/>
      </w:pPr>
      <w:r>
        <w:rPr>
          <w:rFonts w:ascii="Noto Sans CJK SC" w:hAnsi="Noto Sans CJK SC" w:eastAsia="Noto Sans CJK SC"/>
          <w:sz w:val="17"/>
        </w:rPr>
        <w:t>象棋/心理：不安排棋题，只说一句“今天错题是系统提示”。</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第1周 Day 2 - 启动与通道重建</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声调小雷达：家长随机读，孩子用手势/圈选。今日音节：shī  shí  shǐ  shì  zhōng  zhóng  zhǒng  zhòng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大</w:t>
            </w:r>
          </w:p>
        </w:tc>
        <w:tc>
          <w:tcPr>
            <w:tcW w:type="dxa" w:w="3685"/>
            <w:vAlign w:val="center"/>
          </w:tcPr>
          <w:p>
            <w:pPr>
              <w:spacing w:after="0"/>
            </w:pPr>
            <w:r/>
            <w:r>
              <w:rPr>
                <w:rFonts w:ascii="Noto Sans CJK SC" w:hAnsi="Noto Sans CJK SC" w:eastAsia="Noto Sans CJK SC"/>
                <w:b w:val="0"/>
                <w:sz w:val="16"/>
              </w:rPr>
              <w:t>横、撇、捺；撇捺要舒展。</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人</w:t>
            </w:r>
          </w:p>
        </w:tc>
        <w:tc>
          <w:tcPr>
            <w:tcW w:type="dxa" w:w="3685"/>
            <w:vAlign w:val="center"/>
          </w:tcPr>
          <w:p>
            <w:pPr>
              <w:spacing w:after="0"/>
            </w:pPr>
            <w:r/>
            <w:r>
              <w:rPr>
                <w:rFonts w:ascii="Noto Sans CJK SC" w:hAnsi="Noto Sans CJK SC" w:eastAsia="Noto Sans CJK SC"/>
                <w:b w:val="0"/>
                <w:sz w:val="16"/>
              </w:rPr>
              <w:t>撇、捺；撇高捺低。</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1分钟抄写：今天我上学。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2×6=__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[一步乘除] 每个盒子里有 6 块金币，有 5 个盒子，一共有多少块？</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小猫有 7 个金币，小狗的金币是小猫的 4 倍。两人一共有多少个金币？</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今日词卡：mouth / sit / stand / run / jump / open / close / book</w:t>
      </w:r>
    </w:p>
    <w:p>
      <w:pPr>
        <w:spacing w:after="60" w:before="0"/>
      </w:pPr>
      <w:r>
        <w:rPr>
          <w:rFonts w:ascii="Noto Sans CJK SC" w:hAnsi="Noto Sans CJK SC" w:eastAsia="Noto Sans CJK SC"/>
          <w:sz w:val="17"/>
        </w:rPr>
        <w:t>字母进单词：圈出含有字母 d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运动：跑步节奏日：慢跑 5 分钟 + 50 米轻松跑 1 次，不追求极限。</w:t>
      </w:r>
    </w:p>
    <w:p>
      <w:pPr>
        <w:spacing w:after="60" w:before="0"/>
      </w:pPr>
      <w:r>
        <w:rPr>
          <w:rFonts w:ascii="Noto Sans CJK SC" w:hAnsi="Noto Sans CJK SC" w:eastAsia="Noto Sans CJK SC"/>
          <w:sz w:val="17"/>
        </w:rPr>
        <w:t>象棋/心理：1 步将杀题 1 道，做不出也算完成。</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第1周 Day 3 - 启动与通道重建</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mǎ  má  mà  bā  bà  bǎ  bá</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上</w:t>
            </w:r>
          </w:p>
        </w:tc>
        <w:tc>
          <w:tcPr>
            <w:tcW w:type="dxa" w:w="3685"/>
            <w:vAlign w:val="center"/>
          </w:tcPr>
          <w:p>
            <w:pPr>
              <w:spacing w:after="0"/>
            </w:pPr>
            <w:r/>
            <w:r>
              <w:rPr>
                <w:rFonts w:ascii="Noto Sans CJK SC" w:hAnsi="Noto Sans CJK SC" w:eastAsia="Noto Sans CJK SC"/>
                <w:b w:val="0"/>
                <w:sz w:val="16"/>
              </w:rPr>
              <w:t>竖、短横、长横；下横最长。</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学</w:t>
            </w:r>
          </w:p>
        </w:tc>
        <w:tc>
          <w:tcPr>
            <w:tcW w:type="dxa" w:w="3685"/>
            <w:vAlign w:val="center"/>
          </w:tcPr>
          <w:p>
            <w:pPr>
              <w:spacing w:after="0"/>
            </w:pPr>
            <w:r/>
            <w:r>
              <w:rPr>
                <w:rFonts w:ascii="Noto Sans CJK SC" w:hAnsi="Noto Sans CJK SC" w:eastAsia="Noto Sans CJK SC"/>
                <w:b w:val="0"/>
                <w:sz w:val="16"/>
              </w:rPr>
              <w:t>上面写稳，下面子不要散。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1分钟抄写：我会写妈妈。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3×4=__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[一步乘除] 每个盒子里有 7 块积木，有 3 个盒子，一共有多少块？</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乐乐有 8 个积木，天天的积木是乐乐的 2 倍。两人一共有多少个积木？</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4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今日词卡：open / close / book / pencil / bag / desk / chair / jump</w:t>
      </w:r>
    </w:p>
    <w:p>
      <w:pPr>
        <w:spacing w:after="60" w:before="0"/>
      </w:pPr>
      <w:r>
        <w:rPr>
          <w:rFonts w:ascii="Noto Sans CJK SC" w:hAnsi="Noto Sans CJK SC" w:eastAsia="Noto Sans CJK SC"/>
          <w:sz w:val="17"/>
        </w:rPr>
        <w:t>字母进单词：圈出含有字母 p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book under the chair.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运动：跳绳速度日：30 秒 × 3 轮 + 1 分钟 × 1 轮；记录中断次数。</w:t>
      </w:r>
    </w:p>
    <w:p>
      <w:pPr>
        <w:spacing w:after="60" w:before="0"/>
      </w:pPr>
      <w:r>
        <w:rPr>
          <w:rFonts w:ascii="Noto Sans CJK SC" w:hAnsi="Noto Sans CJK SC" w:eastAsia="Noto Sans CJK SC"/>
          <w:sz w:val="17"/>
        </w:rPr>
        <w:t>象棋/心理：亲子轻松局 1 盘，家长让 1 个小目标。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第1周 Day 4 - 启动与通道重建</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声调小雷达：家长随机读，孩子用手势/圈选。今日音节：zhōng  zhǒng  zhòng  shī  shí  shì  mǎ  bǎ</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小</w:t>
            </w:r>
          </w:p>
        </w:tc>
        <w:tc>
          <w:tcPr>
            <w:tcW w:type="dxa" w:w="3685"/>
            <w:vAlign w:val="center"/>
          </w:tcPr>
          <w:p>
            <w:pPr>
              <w:spacing w:after="0"/>
            </w:pPr>
            <w:r/>
            <w:r>
              <w:rPr>
                <w:rFonts w:ascii="Noto Sans CJK SC" w:hAnsi="Noto Sans CJK SC" w:eastAsia="Noto Sans CJK SC"/>
                <w:b w:val="0"/>
                <w:sz w:val="16"/>
              </w:rPr>
              <w:t>竖钩、撇、点；左右两点不要太远。</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鸟</w:t>
            </w:r>
          </w:p>
        </w:tc>
        <w:tc>
          <w:tcPr>
            <w:tcW w:type="dxa" w:w="3685"/>
            <w:vAlign w:val="center"/>
          </w:tcPr>
          <w:p>
            <w:pPr>
              <w:spacing w:after="0"/>
            </w:pPr>
            <w:r/>
            <w:r>
              <w:rPr>
                <w:rFonts w:ascii="Noto Sans CJK SC" w:hAnsi="Noto Sans CJK SC" w:eastAsia="Noto Sans CJK SC"/>
                <w:b w:val="0"/>
                <w:sz w:val="16"/>
              </w:rPr>
              <w:t>点不要漏，最后一横托住。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1分钟抄写：小鸟飞来了。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4×5=__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[一步乘除] 每个盒子里有 4 块糖果，有 4 个盒子，一共有多少块？</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老师有 9 个糖果，同学的糖果是老师的 3 倍。两人一共有多少个糖果？</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今日词卡：desk / chair / head / hand / eye / ear / nose / on</w:t>
      </w:r>
    </w:p>
    <w:p>
      <w:pPr>
        <w:spacing w:after="60" w:before="0"/>
      </w:pPr>
      <w:r>
        <w:rPr>
          <w:rFonts w:ascii="Noto Sans CJK SC" w:hAnsi="Noto Sans CJK SC" w:eastAsia="Noto Sans CJK SC"/>
          <w:sz w:val="17"/>
        </w:rPr>
        <w:t>字母进单词：圈出含有字母 q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book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运动：户外综合日：球类/追逐/骑行 30-60 分钟。</w:t>
      </w:r>
    </w:p>
    <w:p>
      <w:pPr>
        <w:spacing w:after="60" w:before="0"/>
      </w:pPr>
      <w:r>
        <w:rPr>
          <w:rFonts w:ascii="Noto Sans CJK SC" w:hAnsi="Noto Sans CJK SC" w:eastAsia="Noto Sans CJK SC"/>
          <w:sz w:val="17"/>
        </w:rPr>
        <w:t>象棋/心理：复盘 1 个错误：下次先看王、后、车。</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第1周 Day 5 - 启动与通道重建</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声调小雷达：家长随机读，孩子用手势/圈选。今日音节：mǎ  mā  bà  bá  shì  shī  zhǒng  zhōng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中</w:t>
            </w:r>
          </w:p>
        </w:tc>
        <w:tc>
          <w:tcPr>
            <w:tcW w:type="dxa" w:w="3685"/>
            <w:vAlign w:val="center"/>
          </w:tcPr>
          <w:p>
            <w:pPr>
              <w:spacing w:after="0"/>
            </w:pPr>
            <w:r/>
            <w:r>
              <w:rPr>
                <w:rFonts w:ascii="Noto Sans CJK SC" w:hAnsi="Noto Sans CJK SC" w:eastAsia="Noto Sans CJK SC"/>
                <w:b w:val="0"/>
                <w:sz w:val="16"/>
              </w:rPr>
              <w:t>先写口，最后一竖穿中间。</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国</w:t>
            </w:r>
          </w:p>
        </w:tc>
        <w:tc>
          <w:tcPr>
            <w:tcW w:type="dxa" w:w="3685"/>
            <w:vAlign w:val="center"/>
          </w:tcPr>
          <w:p>
            <w:pPr>
              <w:spacing w:after="0"/>
            </w:pPr>
            <w:r/>
            <w:r>
              <w:rPr>
                <w:rFonts w:ascii="Noto Sans CJK SC" w:hAnsi="Noto Sans CJK SC" w:eastAsia="Noto Sans CJK SC"/>
                <w:b w:val="0"/>
                <w:sz w:val="16"/>
              </w:rPr>
              <w:t>先外框，写玉，最后封口。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1分钟抄写：中国很大。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5×7=__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[一步乘除] 每个盒子里有 5 块小星星，有 5 个盒子，一共有多少块？</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妈妈有 5 个小星星，爸爸的小星星是妈妈的 4 倍。两人一共有多少个小星星？</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今日词卡：ear / nose / mouth / sit / stand / run / jump / under</w:t>
      </w:r>
    </w:p>
    <w:p>
      <w:pPr>
        <w:spacing w:after="60" w:before="0"/>
      </w:pPr>
      <w:r>
        <w:rPr>
          <w:rFonts w:ascii="Noto Sans CJK SC" w:hAnsi="Noto Sans CJK SC" w:eastAsia="Noto Sans CJK SC"/>
          <w:sz w:val="17"/>
        </w:rPr>
        <w:t>字母进单词：圈出含有字母 j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book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运动：跑跳混合日：开合跳 20 次 + 折返跑 3 组 + 拉伸。</w:t>
      </w:r>
    </w:p>
    <w:p>
      <w:pPr>
        <w:spacing w:after="60" w:before="0"/>
      </w:pPr>
      <w:r>
        <w:rPr>
          <w:rFonts w:ascii="Noto Sans CJK SC" w:hAnsi="Noto Sans CJK SC" w:eastAsia="Noto Sans CJK SC"/>
          <w:sz w:val="17"/>
        </w:rPr>
        <w:t>象棋/心理：残局看图 5 分钟，找最好一步。</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第1周 Day 6 - 启动与通道重建</w:t>
      </w:r>
    </w:p>
    <w:p>
      <w:pPr>
        <w:spacing w:after="60" w:before="0"/>
      </w:pPr>
      <w:r>
        <w:rPr>
          <w:rFonts w:ascii="Noto Sans CJK SC" w:hAnsi="Noto Sans CJK SC" w:eastAsia="Noto Sans CJK SC"/>
          <w:sz w:val="17"/>
        </w:rPr>
        <w:t>类型：周测日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声调小雷达：家长随机读，孩子用手势/圈选。今日音节：má  bǎ  shí  zhòng  mà  bā  shǐ  zhóng  mā  mǎ  bā  bǎ</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水</w:t>
            </w:r>
          </w:p>
        </w:tc>
        <w:tc>
          <w:tcPr>
            <w:tcW w:type="dxa" w:w="3685"/>
            <w:vAlign w:val="center"/>
          </w:tcPr>
          <w:p>
            <w:pPr>
              <w:spacing w:after="0"/>
            </w:pPr>
            <w:r/>
            <w:r>
              <w:rPr>
                <w:rFonts w:ascii="Noto Sans CJK SC" w:hAnsi="Noto Sans CJK SC" w:eastAsia="Noto Sans CJK SC"/>
                <w:b w:val="0"/>
                <w:sz w:val="16"/>
              </w:rPr>
              <w:t>竖钩、横撇、撇、捺；中间要立住。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果</w:t>
            </w:r>
          </w:p>
        </w:tc>
        <w:tc>
          <w:tcPr>
            <w:tcW w:type="dxa" w:w="3685"/>
            <w:vAlign w:val="center"/>
          </w:tcPr>
          <w:p>
            <w:pPr>
              <w:spacing w:after="0"/>
            </w:pPr>
            <w:r/>
            <w:r>
              <w:rPr>
                <w:rFonts w:ascii="Noto Sans CJK SC" w:hAnsi="Noto Sans CJK SC" w:eastAsia="Noto Sans CJK SC"/>
                <w:b w:val="0"/>
                <w:sz w:val="16"/>
              </w:rPr>
              <w:t>先日后木，横画不要漏。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1分钟抄写：我想吃水果。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6×6=__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[一步乘除] 每个盒子里有 6 块棋子，有 3 个盒子，一共有多少块？</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小明有 6 个棋子，小红的棋子是小明的 2 倍。两人一共有多少个棋子？</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4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今日词卡：run / jump / open / close / book / pencil / bag / desk</w:t>
      </w:r>
    </w:p>
    <w:p>
      <w:pPr>
        <w:spacing w:after="60" w:before="0"/>
      </w:pPr>
      <w:r>
        <w:rPr>
          <w:rFonts w:ascii="Noto Sans CJK SC" w:hAnsi="Noto Sans CJK SC" w:eastAsia="Noto Sans CJK SC"/>
          <w:sz w:val="17"/>
        </w:rPr>
        <w:t>字母进单词：圈出含有字母 l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book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运动：周测日：1 分钟跳绳 + 连续跳绳；只记录，不批评。</w:t>
      </w:r>
    </w:p>
    <w:p>
      <w:pPr>
        <w:spacing w:after="60" w:before="0"/>
      </w:pPr>
      <w:r>
        <w:rPr>
          <w:rFonts w:ascii="Noto Sans CJK SC" w:hAnsi="Noto Sans CJK SC" w:eastAsia="Noto Sans CJK SC"/>
          <w:sz w:val="17"/>
        </w:rPr>
        <w:t>象棋/心理：周末棋局：只捡一个装备。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第1周 Day 7 - 启动与通道重建</w:t>
      </w:r>
    </w:p>
    <w:p>
      <w:pPr>
        <w:spacing w:after="60" w:before="0"/>
      </w:pPr>
      <w:r>
        <w:rPr>
          <w:rFonts w:ascii="Noto Sans CJK SC" w:hAnsi="Noto Sans CJK SC" w:eastAsia="Noto Sans CJK SC"/>
          <w:sz w:val="17"/>
        </w:rPr>
        <w:t>类型：休整日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mǎ  bā  bǎ  shī  shí</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开</w:t>
            </w:r>
          </w:p>
        </w:tc>
        <w:tc>
          <w:tcPr>
            <w:tcW w:type="dxa" w:w="3685"/>
            <w:vAlign w:val="center"/>
          </w:tcPr>
          <w:p>
            <w:pPr>
              <w:spacing w:after="0"/>
            </w:pPr>
            <w:r/>
            <w:r>
              <w:rPr>
                <w:rFonts w:ascii="Noto Sans CJK SC" w:hAnsi="Noto Sans CJK SC" w:eastAsia="Noto Sans CJK SC"/>
                <w:b w:val="0"/>
                <w:sz w:val="16"/>
              </w:rPr>
              <w:t>两横上短下长，再撇竖。</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门</w:t>
            </w:r>
          </w:p>
        </w:tc>
        <w:tc>
          <w:tcPr>
            <w:tcW w:type="dxa" w:w="3685"/>
            <w:vAlign w:val="center"/>
          </w:tcPr>
          <w:p>
            <w:pPr>
              <w:spacing w:after="0"/>
            </w:pPr>
            <w:r/>
            <w:r>
              <w:rPr>
                <w:rFonts w:ascii="Noto Sans CJK SC" w:hAnsi="Noto Sans CJK SC" w:eastAsia="Noto Sans CJK SC"/>
                <w:b w:val="0"/>
                <w:sz w:val="16"/>
              </w:rPr>
              <w:t>点、竖、横折钩；门框要稳。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1分钟抄写：请开门。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3×8=__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[一步乘除] 每个盒子里有 7 块书签，有 4 个盒子，一共有多少块？</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哥哥有 7 个书签，弟弟的书签是哥哥的 3 倍。两人一共有多少个书签？</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今日词卡：pencil / bag / desk / chair / head / hand / eye / ear</w:t>
      </w:r>
    </w:p>
    <w:p>
      <w:pPr>
        <w:spacing w:after="60" w:before="0"/>
      </w:pPr>
      <w:r>
        <w:rPr>
          <w:rFonts w:ascii="Noto Sans CJK SC" w:hAnsi="Noto Sans CJK SC" w:eastAsia="Noto Sans CJK SC"/>
          <w:sz w:val="17"/>
        </w:rPr>
        <w:t>字母进单词：圈出含有字母 z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book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运动：休整日：户外散步/公园活动，低强度恢复。</w:t>
      </w:r>
    </w:p>
    <w:p>
      <w:pPr>
        <w:spacing w:after="60" w:before="0"/>
      </w:pPr>
      <w:r>
        <w:rPr>
          <w:rFonts w:ascii="Noto Sans CJK SC" w:hAnsi="Noto Sans CJK SC" w:eastAsia="Noto Sans CJK SC"/>
          <w:sz w:val="17"/>
        </w:rPr>
        <w:t>象棋/心理：休息或自由棋，不复盘。</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第1周 家长答案与观察点</w:t>
      </w:r>
    </w:p>
    <w:p>
      <w:pPr>
        <w:spacing w:after="60" w:before="0"/>
      </w:pPr>
      <w:r>
        <w:rPr>
          <w:rFonts w:ascii="Noto Sans CJK SC" w:hAnsi="Noto Sans CJK SC" w:eastAsia="Noto Sans CJK SC"/>
          <w:b/>
          <w:sz w:val="18"/>
        </w:rPr>
        <w:t>使用：每天做完后再看，不要边做边讲答案。每晚只记录趋势。</w:t>
      </w:r>
    </w:p>
    <w:p>
      <w:pPr>
        <w:pStyle w:val="Heading2"/>
        <w:spacing w:after="80"/>
      </w:pPr>
      <w:r>
        <w:rPr>
          <w:rFonts w:ascii="Noto Sans CJK SC" w:hAnsi="Noto Sans CJK SC" w:eastAsia="Noto Sans CJK SC"/>
        </w:rPr>
        <w:t>Day 1 答案</w:t>
      </w:r>
    </w:p>
    <w:p>
      <w:pPr>
        <w:spacing w:after="60" w:before="0"/>
      </w:pPr>
      <w:r>
        <w:rPr>
          <w:rFonts w:ascii="Noto Sans CJK SC" w:hAnsi="Noto Sans CJK SC" w:eastAsia="Noto Sans CJK SC"/>
          <w:sz w:val="17"/>
        </w:rPr>
        <w:t>语文：声调读准即可；今日字 妈爸。只纠正一个主问题，优先笔顺启动和结构。</w:t>
      </w:r>
    </w:p>
    <w:p>
      <w:pPr>
        <w:spacing w:after="60" w:before="0"/>
      </w:pPr>
      <w:r>
        <w:rPr>
          <w:rFonts w:ascii="Noto Sans CJK SC" w:hAnsi="Noto Sans CJK SC" w:eastAsia="Noto Sans CJK SC"/>
          <w:sz w:val="16"/>
        </w:rPr>
        <w:t>乘法快闪答案：6×7=42；6×8=48；6×9=54；7×8=56；7×9=63；9×6=54</w:t>
      </w:r>
    </w:p>
    <w:p>
      <w:pPr>
        <w:spacing w:after="60" w:before="0"/>
      </w:pPr>
      <w:r>
        <w:rPr>
          <w:rFonts w:ascii="Noto Sans CJK SC" w:hAnsi="Noto Sans CJK SC" w:eastAsia="Noto Sans CJK SC"/>
          <w:sz w:val="16"/>
        </w:rPr>
        <w:t>数学1 [一步乘除] 答：20。提示：4×5=20。</w:t>
      </w:r>
    </w:p>
    <w:p>
      <w:pPr>
        <w:spacing w:after="60" w:before="0"/>
      </w:pPr>
      <w:r>
        <w:rPr>
          <w:rFonts w:ascii="Noto Sans CJK SC" w:hAnsi="Noto Sans CJK SC" w:eastAsia="Noto Sans CJK SC"/>
          <w:sz w:val="16"/>
        </w:rPr>
        <w:t>数学2 [倍数+一共] 答：24。提示：弟弟：6×3=18；一共：18+6=24。也可画成 1份+3份=4份。</w:t>
      </w:r>
    </w:p>
    <w:p>
      <w:pPr>
        <w:spacing w:after="60" w:before="0"/>
      </w:pPr>
      <w:r>
        <w:rPr>
          <w:rFonts w:ascii="Noto Sans CJK SC" w:hAnsi="Noto Sans CJK SC" w:eastAsia="Noto Sans CJK SC"/>
          <w:sz w:val="16"/>
        </w:rPr>
        <w:t>数学3 [线段计数] 答：10。提示：从第1个点出发数：4+3+2+1=10。</w:t>
      </w:r>
    </w:p>
    <w:p>
      <w:pPr>
        <w:spacing w:after="60" w:before="0"/>
      </w:pPr>
      <w:r>
        <w:rPr>
          <w:rFonts w:ascii="Noto Sans CJK SC" w:hAnsi="Noto Sans CJK SC" w:eastAsia="Noto Sans CJK SC"/>
          <w:sz w:val="16"/>
        </w:rPr>
        <w:t>英语：目标是能做动作，不强求翻译。指令：Touch your nose；Touch your head；Stand up；Sit down；Open the book；Close the book。</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2 答案</w:t>
      </w:r>
    </w:p>
    <w:p>
      <w:pPr>
        <w:spacing w:after="60" w:before="0"/>
      </w:pPr>
      <w:r>
        <w:rPr>
          <w:rFonts w:ascii="Noto Sans CJK SC" w:hAnsi="Noto Sans CJK SC" w:eastAsia="Noto Sans CJK SC"/>
          <w:sz w:val="17"/>
        </w:rPr>
        <w:t>语文：声调读准即可；今日字 大人。只纠正一个主问题，优先笔顺启动和结构。</w:t>
      </w:r>
    </w:p>
    <w:p>
      <w:pPr>
        <w:spacing w:after="60" w:before="0"/>
      </w:pPr>
      <w:r>
        <w:rPr>
          <w:rFonts w:ascii="Noto Sans CJK SC" w:hAnsi="Noto Sans CJK SC" w:eastAsia="Noto Sans CJK SC"/>
          <w:sz w:val="16"/>
        </w:rPr>
        <w:t>乘法快闪答案：6×8=48；6×9=54；7×8=56；7×9=63；8×9=72；2×6=12</w:t>
      </w:r>
    </w:p>
    <w:p>
      <w:pPr>
        <w:spacing w:after="60" w:before="0"/>
      </w:pPr>
      <w:r>
        <w:rPr>
          <w:rFonts w:ascii="Noto Sans CJK SC" w:hAnsi="Noto Sans CJK SC" w:eastAsia="Noto Sans CJK SC"/>
          <w:sz w:val="16"/>
        </w:rPr>
        <w:t>数学1 [一步乘除] 答：30。提示：5×6=30。</w:t>
      </w:r>
    </w:p>
    <w:p>
      <w:pPr>
        <w:spacing w:after="60" w:before="0"/>
      </w:pPr>
      <w:r>
        <w:rPr>
          <w:rFonts w:ascii="Noto Sans CJK SC" w:hAnsi="Noto Sans CJK SC" w:eastAsia="Noto Sans CJK SC"/>
          <w:sz w:val="16"/>
        </w:rPr>
        <w:t>数学2 [倍数+一共] 答：35。提示：小狗：7×4=28；一共：28+7=35。也可画成 1份+4份=5份。</w:t>
      </w:r>
    </w:p>
    <w:p>
      <w:pPr>
        <w:spacing w:after="60" w:before="0"/>
      </w:pPr>
      <w:r>
        <w:rPr>
          <w:rFonts w:ascii="Noto Sans CJK SC" w:hAnsi="Noto Sans CJK SC" w:eastAsia="Noto Sans CJK SC"/>
          <w:sz w:val="16"/>
        </w:rPr>
        <w:t>数学3 [线段计数] 答：15。提示：从第1个点出发数：5+4+3+2+1=15。</w:t>
      </w:r>
    </w:p>
    <w:p>
      <w:pPr>
        <w:spacing w:after="60" w:before="0"/>
      </w:pPr>
      <w:r>
        <w:rPr>
          <w:rFonts w:ascii="Noto Sans CJK SC" w:hAnsi="Noto Sans CJK SC" w:eastAsia="Noto Sans CJK SC"/>
          <w:sz w:val="16"/>
        </w:rPr>
        <w:t>英语：目标是能做动作，不强求翻译。指令：Touch your head；Stand up；Sit down；Open the book；Close the book；Put the pencil on the desk。</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3 答案</w:t>
      </w:r>
    </w:p>
    <w:p>
      <w:pPr>
        <w:spacing w:after="60" w:before="0"/>
      </w:pPr>
      <w:r>
        <w:rPr>
          <w:rFonts w:ascii="Noto Sans CJK SC" w:hAnsi="Noto Sans CJK SC" w:eastAsia="Noto Sans CJK SC"/>
          <w:sz w:val="17"/>
        </w:rPr>
        <w:t>语文：声调读准即可；今日字 上学。只纠正一个主问题，优先笔顺启动和结构。</w:t>
      </w:r>
    </w:p>
    <w:p>
      <w:pPr>
        <w:spacing w:after="60" w:before="0"/>
      </w:pPr>
      <w:r>
        <w:rPr>
          <w:rFonts w:ascii="Noto Sans CJK SC" w:hAnsi="Noto Sans CJK SC" w:eastAsia="Noto Sans CJK SC"/>
          <w:sz w:val="16"/>
        </w:rPr>
        <w:t>乘法快闪答案：6×9=54；7×8=56；7×9=63；8×9=72；6×7=42；3×4=12</w:t>
      </w:r>
    </w:p>
    <w:p>
      <w:pPr>
        <w:spacing w:after="60" w:before="0"/>
      </w:pPr>
      <w:r>
        <w:rPr>
          <w:rFonts w:ascii="Noto Sans CJK SC" w:hAnsi="Noto Sans CJK SC" w:eastAsia="Noto Sans CJK SC"/>
          <w:sz w:val="16"/>
        </w:rPr>
        <w:t>数学1 [一步乘除] 答：21。提示：3×7=21。</w:t>
      </w:r>
    </w:p>
    <w:p>
      <w:pPr>
        <w:spacing w:after="60" w:before="0"/>
      </w:pPr>
      <w:r>
        <w:rPr>
          <w:rFonts w:ascii="Noto Sans CJK SC" w:hAnsi="Noto Sans CJK SC" w:eastAsia="Noto Sans CJK SC"/>
          <w:sz w:val="16"/>
        </w:rPr>
        <w:t>数学2 [倍数+一共] 答：24。提示：天天：8×2=16；一共：16+8=24。也可画成 1份+2份=3份。</w:t>
      </w:r>
    </w:p>
    <w:p>
      <w:pPr>
        <w:spacing w:after="60" w:before="0"/>
      </w:pPr>
      <w:r>
        <w:rPr>
          <w:rFonts w:ascii="Noto Sans CJK SC" w:hAnsi="Noto Sans CJK SC" w:eastAsia="Noto Sans CJK SC"/>
          <w:sz w:val="16"/>
        </w:rPr>
        <w:t>数学3 [线段计数] 答：6。提示：从第1个点出发数：3+2+1=6。</w:t>
      </w:r>
    </w:p>
    <w:p>
      <w:pPr>
        <w:spacing w:after="60" w:before="0"/>
      </w:pPr>
      <w:r>
        <w:rPr>
          <w:rFonts w:ascii="Noto Sans CJK SC" w:hAnsi="Noto Sans CJK SC" w:eastAsia="Noto Sans CJK SC"/>
          <w:sz w:val="16"/>
        </w:rPr>
        <w:t>英语：目标是能做动作，不强求翻译。指令：Stand up；Sit down；Open the book；Close the book；Put the pencil on the desk；Put the book under the chair。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4 答案</w:t>
      </w:r>
    </w:p>
    <w:p>
      <w:pPr>
        <w:spacing w:after="60" w:before="0"/>
      </w:pPr>
      <w:r>
        <w:rPr>
          <w:rFonts w:ascii="Noto Sans CJK SC" w:hAnsi="Noto Sans CJK SC" w:eastAsia="Noto Sans CJK SC"/>
          <w:sz w:val="17"/>
        </w:rPr>
        <w:t>语文：声调读准即可；今日字 小鸟。只纠正一个主问题，优先笔顺启动和结构。</w:t>
      </w:r>
    </w:p>
    <w:p>
      <w:pPr>
        <w:spacing w:after="60" w:before="0"/>
      </w:pPr>
      <w:r>
        <w:rPr>
          <w:rFonts w:ascii="Noto Sans CJK SC" w:hAnsi="Noto Sans CJK SC" w:eastAsia="Noto Sans CJK SC"/>
          <w:sz w:val="16"/>
        </w:rPr>
        <w:t>乘法快闪答案：7×8=56；7×9=63；8×9=72；6×7=42；6×8=48；4×5=20</w:t>
      </w:r>
    </w:p>
    <w:p>
      <w:pPr>
        <w:spacing w:after="60" w:before="0"/>
      </w:pPr>
      <w:r>
        <w:rPr>
          <w:rFonts w:ascii="Noto Sans CJK SC" w:hAnsi="Noto Sans CJK SC" w:eastAsia="Noto Sans CJK SC"/>
          <w:sz w:val="16"/>
        </w:rPr>
        <w:t>数学1 [一步乘除] 答：16。提示：4×4=16。</w:t>
      </w:r>
    </w:p>
    <w:p>
      <w:pPr>
        <w:spacing w:after="60" w:before="0"/>
      </w:pPr>
      <w:r>
        <w:rPr>
          <w:rFonts w:ascii="Noto Sans CJK SC" w:hAnsi="Noto Sans CJK SC" w:eastAsia="Noto Sans CJK SC"/>
          <w:sz w:val="16"/>
        </w:rPr>
        <w:t>数学2 [倍数+一共] 答：36。提示：同学：9×3=27；一共：27+9=36。也可画成 1份+3份=4份。</w:t>
      </w:r>
    </w:p>
    <w:p>
      <w:pPr>
        <w:spacing w:after="60" w:before="0"/>
      </w:pPr>
      <w:r>
        <w:rPr>
          <w:rFonts w:ascii="Noto Sans CJK SC" w:hAnsi="Noto Sans CJK SC" w:eastAsia="Noto Sans CJK SC"/>
          <w:sz w:val="16"/>
        </w:rPr>
        <w:t>数学3 [线段计数] 答：10。提示：从第1个点出发数：4+3+2+1=10。</w:t>
      </w:r>
    </w:p>
    <w:p>
      <w:pPr>
        <w:spacing w:after="60" w:before="0"/>
      </w:pPr>
      <w:r>
        <w:rPr>
          <w:rFonts w:ascii="Noto Sans CJK SC" w:hAnsi="Noto Sans CJK SC" w:eastAsia="Noto Sans CJK SC"/>
          <w:sz w:val="16"/>
        </w:rPr>
        <w:t>英语：目标是能做动作，不强求翻译。指令：Sit down；Open the book；Close the book；Put the pencil on the desk；Put the book under the chair；Touch your nose。</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5 答案</w:t>
      </w:r>
    </w:p>
    <w:p>
      <w:pPr>
        <w:spacing w:after="60" w:before="0"/>
      </w:pPr>
      <w:r>
        <w:rPr>
          <w:rFonts w:ascii="Noto Sans CJK SC" w:hAnsi="Noto Sans CJK SC" w:eastAsia="Noto Sans CJK SC"/>
          <w:sz w:val="17"/>
        </w:rPr>
        <w:t>语文：声调读准即可；今日字 中国。只纠正一个主问题，优先笔顺启动和结构。</w:t>
      </w:r>
    </w:p>
    <w:p>
      <w:pPr>
        <w:spacing w:after="60" w:before="0"/>
      </w:pPr>
      <w:r>
        <w:rPr>
          <w:rFonts w:ascii="Noto Sans CJK SC" w:hAnsi="Noto Sans CJK SC" w:eastAsia="Noto Sans CJK SC"/>
          <w:sz w:val="16"/>
        </w:rPr>
        <w:t>乘法快闪答案：7×9=63；8×9=72；6×7=42；6×8=48；6×9=54；5×7=35</w:t>
      </w:r>
    </w:p>
    <w:p>
      <w:pPr>
        <w:spacing w:after="60" w:before="0"/>
      </w:pPr>
      <w:r>
        <w:rPr>
          <w:rFonts w:ascii="Noto Sans CJK SC" w:hAnsi="Noto Sans CJK SC" w:eastAsia="Noto Sans CJK SC"/>
          <w:sz w:val="16"/>
        </w:rPr>
        <w:t>数学1 [一步乘除] 答：25。提示：5×5=25。</w:t>
      </w:r>
    </w:p>
    <w:p>
      <w:pPr>
        <w:spacing w:after="60" w:before="0"/>
      </w:pPr>
      <w:r>
        <w:rPr>
          <w:rFonts w:ascii="Noto Sans CJK SC" w:hAnsi="Noto Sans CJK SC" w:eastAsia="Noto Sans CJK SC"/>
          <w:sz w:val="16"/>
        </w:rPr>
        <w:t>数学2 [倍数+一共] 答：25。提示：爸爸：5×4=20；一共：20+5=25。也可画成 1份+4份=5份。</w:t>
      </w:r>
    </w:p>
    <w:p>
      <w:pPr>
        <w:spacing w:after="60" w:before="0"/>
      </w:pPr>
      <w:r>
        <w:rPr>
          <w:rFonts w:ascii="Noto Sans CJK SC" w:hAnsi="Noto Sans CJK SC" w:eastAsia="Noto Sans CJK SC"/>
          <w:sz w:val="16"/>
        </w:rPr>
        <w:t>数学3 [线段计数] 答：15。提示：从第1个点出发数：5+4+3+2+1=15。</w:t>
      </w:r>
    </w:p>
    <w:p>
      <w:pPr>
        <w:spacing w:after="60" w:before="0"/>
      </w:pPr>
      <w:r>
        <w:rPr>
          <w:rFonts w:ascii="Noto Sans CJK SC" w:hAnsi="Noto Sans CJK SC" w:eastAsia="Noto Sans CJK SC"/>
          <w:sz w:val="16"/>
        </w:rPr>
        <w:t>英语：目标是能做动作，不强求翻译。指令：Open the book；Close the book；Put the pencil on the desk；Put the book under the chair；Touch your nose；Touch your head。</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6 答案</w:t>
      </w:r>
    </w:p>
    <w:p>
      <w:pPr>
        <w:spacing w:after="60" w:before="0"/>
      </w:pPr>
      <w:r>
        <w:rPr>
          <w:rFonts w:ascii="Noto Sans CJK SC" w:hAnsi="Noto Sans CJK SC" w:eastAsia="Noto Sans CJK SC"/>
          <w:sz w:val="17"/>
        </w:rPr>
        <w:t>语文：声调读准即可；今日字 水果。只纠正一个主问题，优先笔顺启动和结构。</w:t>
      </w:r>
    </w:p>
    <w:p>
      <w:pPr>
        <w:spacing w:after="60" w:before="0"/>
      </w:pPr>
      <w:r>
        <w:rPr>
          <w:rFonts w:ascii="Noto Sans CJK SC" w:hAnsi="Noto Sans CJK SC" w:eastAsia="Noto Sans CJK SC"/>
          <w:sz w:val="16"/>
        </w:rPr>
        <w:t>乘法快闪答案：8×9=72；6×7=42；6×8=48；6×9=54；7×8=56；6×6=36</w:t>
      </w:r>
    </w:p>
    <w:p>
      <w:pPr>
        <w:spacing w:after="60" w:before="0"/>
      </w:pPr>
      <w:r>
        <w:rPr>
          <w:rFonts w:ascii="Noto Sans CJK SC" w:hAnsi="Noto Sans CJK SC" w:eastAsia="Noto Sans CJK SC"/>
          <w:sz w:val="16"/>
        </w:rPr>
        <w:t>数学1 [一步乘除] 答：18。提示：3×6=18。</w:t>
      </w:r>
    </w:p>
    <w:p>
      <w:pPr>
        <w:spacing w:after="60" w:before="0"/>
      </w:pPr>
      <w:r>
        <w:rPr>
          <w:rFonts w:ascii="Noto Sans CJK SC" w:hAnsi="Noto Sans CJK SC" w:eastAsia="Noto Sans CJK SC"/>
          <w:sz w:val="16"/>
        </w:rPr>
        <w:t>数学2 [倍数+一共] 答：18。提示：小红：6×2=12；一共：12+6=18。也可画成 1份+2份=3份。</w:t>
      </w:r>
    </w:p>
    <w:p>
      <w:pPr>
        <w:spacing w:after="60" w:before="0"/>
      </w:pPr>
      <w:r>
        <w:rPr>
          <w:rFonts w:ascii="Noto Sans CJK SC" w:hAnsi="Noto Sans CJK SC" w:eastAsia="Noto Sans CJK SC"/>
          <w:sz w:val="16"/>
        </w:rPr>
        <w:t>数学3 [线段计数] 答：6。提示：从第1个点出发数：3+2+1=6。</w:t>
      </w:r>
    </w:p>
    <w:p>
      <w:pPr>
        <w:spacing w:after="60" w:before="0"/>
      </w:pPr>
      <w:r>
        <w:rPr>
          <w:rFonts w:ascii="Noto Sans CJK SC" w:hAnsi="Noto Sans CJK SC" w:eastAsia="Noto Sans CJK SC"/>
          <w:sz w:val="16"/>
        </w:rPr>
        <w:t>英语：目标是能做动作，不强求翻译。指令：Close the book；Put the pencil on the desk；Put the book under the chair；Touch your nose；Touch your head；Stand up。</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7 答案</w:t>
      </w:r>
    </w:p>
    <w:p>
      <w:pPr>
        <w:spacing w:after="60" w:before="0"/>
      </w:pPr>
      <w:r>
        <w:rPr>
          <w:rFonts w:ascii="Noto Sans CJK SC" w:hAnsi="Noto Sans CJK SC" w:eastAsia="Noto Sans CJK SC"/>
          <w:sz w:val="17"/>
        </w:rPr>
        <w:t>语文：声调读准即可；今日字 开门。只纠正一个主问题，优先笔顺启动和结构。</w:t>
      </w:r>
    </w:p>
    <w:p>
      <w:pPr>
        <w:spacing w:after="60" w:before="0"/>
      </w:pPr>
      <w:r>
        <w:rPr>
          <w:rFonts w:ascii="Noto Sans CJK SC" w:hAnsi="Noto Sans CJK SC" w:eastAsia="Noto Sans CJK SC"/>
          <w:sz w:val="16"/>
        </w:rPr>
        <w:t>乘法快闪答案：6×7=42；6×8=48；6×9=54；7×8=56；7×9=63；3×8=24</w:t>
      </w:r>
    </w:p>
    <w:p>
      <w:pPr>
        <w:spacing w:after="60" w:before="0"/>
      </w:pPr>
      <w:r>
        <w:rPr>
          <w:rFonts w:ascii="Noto Sans CJK SC" w:hAnsi="Noto Sans CJK SC" w:eastAsia="Noto Sans CJK SC"/>
          <w:sz w:val="16"/>
        </w:rPr>
        <w:t>数学1 [一步乘除] 答：28。提示：4×7=28。</w:t>
      </w:r>
    </w:p>
    <w:p>
      <w:pPr>
        <w:spacing w:after="60" w:before="0"/>
      </w:pPr>
      <w:r>
        <w:rPr>
          <w:rFonts w:ascii="Noto Sans CJK SC" w:hAnsi="Noto Sans CJK SC" w:eastAsia="Noto Sans CJK SC"/>
          <w:sz w:val="16"/>
        </w:rPr>
        <w:t>数学2 [倍数+一共] 答：28。提示：弟弟：7×3=21；一共：21+7=28。也可画成 1份+3份=4份。</w:t>
      </w:r>
    </w:p>
    <w:p>
      <w:pPr>
        <w:spacing w:after="60" w:before="0"/>
      </w:pPr>
      <w:r>
        <w:rPr>
          <w:rFonts w:ascii="Noto Sans CJK SC" w:hAnsi="Noto Sans CJK SC" w:eastAsia="Noto Sans CJK SC"/>
          <w:sz w:val="16"/>
        </w:rPr>
        <w:t>数学3 [线段计数] 答：10。提示：从第1个点出发数：4+3+2+1=10。</w:t>
      </w:r>
    </w:p>
    <w:p>
      <w:pPr>
        <w:spacing w:after="60" w:before="0"/>
      </w:pPr>
      <w:r>
        <w:rPr>
          <w:rFonts w:ascii="Noto Sans CJK SC" w:hAnsi="Noto Sans CJK SC" w:eastAsia="Noto Sans CJK SC"/>
          <w:sz w:val="16"/>
        </w:rPr>
        <w:t>英语：目标是能做动作，不强求翻译。指令：Put the pencil on the desk；Put the book under the chair；Touch your nose；Touch your head；Stand up；Sit down。</w:t>
      </w:r>
    </w:p>
    <w:p>
      <w:pPr>
        <w:spacing w:after="60" w:before="0"/>
      </w:pPr>
      <w:r>
        <w:rPr>
          <w:rFonts w:ascii="Noto Sans CJK SC" w:hAnsi="Noto Sans CJK SC" w:eastAsia="Noto Sans CJK SC"/>
          <w:b/>
          <w:sz w:val="16"/>
        </w:rPr>
        <w:t>调参：若出现明显烦躁，立刻切到保底版：语文1个字、数学1道题、英语3条指令、运动10分钟。</w:t>
      </w:r>
    </w:p>
    <w:p>
      <w:r>
        <w:br w:type="page"/>
      </w:r>
    </w:p>
    <w:p>
      <w:pPr>
        <w:pStyle w:val="Heading1"/>
        <w:spacing w:after="80"/>
      </w:pPr>
      <w:r>
        <w:rPr>
          <w:rFonts w:ascii="Noto Sans CJK SC" w:hAnsi="Noto Sans CJK SC" w:eastAsia="Noto Sans CJK SC"/>
        </w:rPr>
        <w:t>第2周：guo/gou 与和差模型</w:t>
      </w:r>
    </w:p>
    <w:p>
      <w:pPr>
        <w:spacing w:after="60" w:before="0"/>
      </w:pPr>
      <w:r>
        <w:rPr>
          <w:rFonts w:ascii="Noto Sans CJK SC" w:hAnsi="Noto Sans CJK SC" w:eastAsia="Noto Sans CJK SC"/>
          <w:b/>
          <w:sz w:val="20"/>
        </w:rPr>
        <w:t>本周目标：修复国/果/狗混淆；建立“去掉差再平分”；英语方位 on/in/under。</w:t>
      </w:r>
    </w:p>
    <w:p>
      <w:pPr>
        <w:spacing w:after="60" w:before="0"/>
      </w:pPr>
      <w:r>
        <w:rPr>
          <w:rFonts w:ascii="Noto Sans CJK SC" w:hAnsi="Noto Sans CJK SC" w:eastAsia="Noto Sans CJK SC"/>
          <w:sz w:val="18"/>
        </w:rPr>
        <w:t>本周执行原则：每天完成核心任务即可，挑战题可选。若情绪明显下降，优先保住语文短练和运动。</w:t>
      </w:r>
    </w:p>
    <w:p>
      <w:r>
        <w:br w:type="page"/>
      </w:r>
    </w:p>
    <w:p>
      <w:pPr>
        <w:pStyle w:val="Heading1"/>
        <w:spacing w:after="80"/>
      </w:pPr>
      <w:r>
        <w:rPr>
          <w:rFonts w:ascii="Noto Sans CJK SC" w:hAnsi="Noto Sans CJK SC" w:eastAsia="Noto Sans CJK SC"/>
        </w:rPr>
        <w:t>第2周 Day 1 - guo/gou 与和差模型</w:t>
      </w:r>
    </w:p>
    <w:p>
      <w:pPr>
        <w:spacing w:after="60" w:before="0"/>
      </w:pPr>
      <w:r>
        <w:rPr>
          <w:rFonts w:ascii="Noto Sans CJK SC" w:hAnsi="Noto Sans CJK SC" w:eastAsia="Noto Sans CJK SC"/>
          <w:sz w:val="17"/>
        </w:rPr>
        <w:t>类型：训练日    今日目标：修复国/果/狗混淆；建立“去掉差再平分”；英语方位 on/in/under。</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声调小雷达：家长随机读，孩子用手势/圈选。今日音节：guō  guó  guǒ  guò  gōu  góu  gǒu  gòu</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我</w:t>
            </w:r>
          </w:p>
        </w:tc>
        <w:tc>
          <w:tcPr>
            <w:tcW w:type="dxa" w:w="3685"/>
            <w:vAlign w:val="center"/>
          </w:tcPr>
          <w:p>
            <w:pPr>
              <w:spacing w:after="0"/>
            </w:pPr>
            <w:r/>
            <w:r>
              <w:rPr>
                <w:rFonts w:ascii="Noto Sans CJK SC" w:hAnsi="Noto Sans CJK SC" w:eastAsia="Noto Sans CJK SC"/>
                <w:b w:val="0"/>
                <w:sz w:val="16"/>
              </w:rPr>
              <w:t>斜钩要长，最后点不要漏。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今</w:t>
            </w:r>
          </w:p>
        </w:tc>
        <w:tc>
          <w:tcPr>
            <w:tcW w:type="dxa" w:w="3685"/>
            <w:vAlign w:val="center"/>
          </w:tcPr>
          <w:p>
            <w:pPr>
              <w:spacing w:after="0"/>
            </w:pPr>
            <w:r/>
            <w:r>
              <w:rPr>
                <w:rFonts w:ascii="Noto Sans CJK SC" w:hAnsi="Noto Sans CJK SC" w:eastAsia="Noto Sans CJK SC"/>
                <w:b w:val="0"/>
                <w:sz w:val="16"/>
              </w:rPr>
              <w:t>人字头盖住下面。</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1分钟抄写：今天我想吃苹果。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4×7=__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小猫有 7 个卡片，小狗的卡片是小猫的 3 倍。两人一共有多少个卡片？</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[和差] 小猫和小狗一共有 18 个卡片。小猫比小狗多 4 个。小猫和小狗各有几个？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[一步乘除] 有 35 个卡片，平均分给 5 个小朋友，每人几个？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今日词卡：touch / put / take / give / find / draw / look / stand</w:t>
      </w:r>
    </w:p>
    <w:p>
      <w:pPr>
        <w:spacing w:after="60" w:before="0"/>
      </w:pPr>
      <w:r>
        <w:rPr>
          <w:rFonts w:ascii="Noto Sans CJK SC" w:hAnsi="Noto Sans CJK SC" w:eastAsia="Noto Sans CJK SC"/>
          <w:sz w:val="17"/>
        </w:rPr>
        <w:t>字母进单词：圈出含有字母 d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Draw a small bird.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Give me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Give me two pencils.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Take the ruler.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Look at the window.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Open the door.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运动：跳绳技术日：连续跳 3 轮，每轮尽量不断；记录最好一次。</w:t>
      </w:r>
    </w:p>
    <w:p>
      <w:pPr>
        <w:spacing w:after="60" w:before="0"/>
      </w:pPr>
      <w:r>
        <w:rPr>
          <w:rFonts w:ascii="Noto Sans CJK SC" w:hAnsi="Noto Sans CJK SC" w:eastAsia="Noto Sans CJK SC"/>
          <w:sz w:val="17"/>
        </w:rPr>
        <w:t>象棋/心理：不安排棋题，只说一句“今天错题是系统提示”。</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第2周 Day 2 - guo/gou 与和差模型</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声调小雷达：家长随机读，孩子用手势/圈选。今日音节：mén  men  niǎo  xué  wǒ  xiǎng  chī  píng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天</w:t>
            </w:r>
          </w:p>
        </w:tc>
        <w:tc>
          <w:tcPr>
            <w:tcW w:type="dxa" w:w="3685"/>
            <w:vAlign w:val="center"/>
          </w:tcPr>
          <w:p>
            <w:pPr>
              <w:spacing w:after="0"/>
            </w:pPr>
            <w:r/>
            <w:r>
              <w:rPr>
                <w:rFonts w:ascii="Noto Sans CJK SC" w:hAnsi="Noto Sans CJK SC" w:eastAsia="Noto Sans CJK SC"/>
                <w:b w:val="0"/>
                <w:sz w:val="16"/>
              </w:rPr>
              <w:t>两横上短下长，再撇捺。</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想</w:t>
            </w:r>
          </w:p>
        </w:tc>
        <w:tc>
          <w:tcPr>
            <w:tcW w:type="dxa" w:w="3685"/>
            <w:vAlign w:val="center"/>
          </w:tcPr>
          <w:p>
            <w:pPr>
              <w:spacing w:after="0"/>
            </w:pPr>
            <w:r/>
            <w:r>
              <w:rPr>
                <w:rFonts w:ascii="Noto Sans CJK SC" w:hAnsi="Noto Sans CJK SC" w:eastAsia="Noto Sans CJK SC"/>
                <w:b w:val="0"/>
                <w:sz w:val="16"/>
              </w:rPr>
              <w:t>相在上，心在下；心别写太大。</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1分钟抄写：我去跑步。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5×8=__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乐乐有 8 个贴纸，天天的贴纸是乐乐的 4 倍。两人一共有多少个贴纸？</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[和差] 乐乐和天天一共有 20 个贴纸。乐乐比天天多 6 个。乐乐和天天各有几个？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[一步乘除] 有 48 个贴纸，平均分给 6 个小朋友，每人几个？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今日词卡：draw / look / listen / on / in / under / up / sit</w:t>
      </w:r>
    </w:p>
    <w:p>
      <w:pPr>
        <w:spacing w:after="60" w:before="0"/>
      </w:pPr>
      <w:r>
        <w:rPr>
          <w:rFonts w:ascii="Noto Sans CJK SC" w:hAnsi="Noto Sans CJK SC" w:eastAsia="Noto Sans CJK SC"/>
          <w:sz w:val="17"/>
        </w:rPr>
        <w:t>字母进单词：圈出含有字母 p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Take the ruler.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Look at the window.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Open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Close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Walk to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Stop at the chair.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运动：跑步节奏日：慢跑 5 分钟 + 50 米轻松跑 1 次，不追求极限。</w:t>
      </w:r>
    </w:p>
    <w:p>
      <w:pPr>
        <w:spacing w:after="60" w:before="0"/>
      </w:pPr>
      <w:r>
        <w:rPr>
          <w:rFonts w:ascii="Noto Sans CJK SC" w:hAnsi="Noto Sans CJK SC" w:eastAsia="Noto Sans CJK SC"/>
          <w:sz w:val="17"/>
        </w:rPr>
        <w:t>象棋/心理：1 步将杀题 1 道，做不出也算完成。</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第2周 Day 3 - guo/gou 与和差模型</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声调小雷达：家长随机读，孩子用手势/圈选。今日音节：guó  guǒ  gǒu  gòu  mén  niǎo  xué  wǒ</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吃</w:t>
            </w:r>
          </w:p>
        </w:tc>
        <w:tc>
          <w:tcPr>
            <w:tcW w:type="dxa" w:w="3685"/>
            <w:vAlign w:val="center"/>
          </w:tcPr>
          <w:p>
            <w:pPr>
              <w:spacing w:after="0"/>
            </w:pPr>
            <w:r/>
            <w:r>
              <w:rPr>
                <w:rFonts w:ascii="Noto Sans CJK SC" w:hAnsi="Noto Sans CJK SC" w:eastAsia="Noto Sans CJK SC"/>
                <w:b w:val="0"/>
                <w:sz w:val="16"/>
              </w:rPr>
              <w:t>口字旁写小，右边不要写成气。</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苹</w:t>
            </w:r>
          </w:p>
        </w:tc>
        <w:tc>
          <w:tcPr>
            <w:tcW w:type="dxa" w:w="3685"/>
            <w:vAlign w:val="center"/>
          </w:tcPr>
          <w:p>
            <w:pPr>
              <w:spacing w:after="0"/>
            </w:pPr>
            <w:r/>
            <w:r>
              <w:rPr>
                <w:rFonts w:ascii="Noto Sans CJK SC" w:hAnsi="Noto Sans CJK SC" w:eastAsia="Noto Sans CJK SC"/>
                <w:b w:val="0"/>
                <w:sz w:val="16"/>
              </w:rPr>
              <w:t>草字头，下面平。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1分钟抄写：我完成了数学。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9×6=__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老师有 9 个金币，同学的金币是老师的 3 倍。两人一共有多少个金币？</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[和差] 老师和同学一共有 22 个金币。老师比同学多 4 个。老师和同学各有几个？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[一步乘除] 有 36 个金币，平均分给 4 个小朋友，每人几个？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今日词卡：under / up / down / left / right / toy / ball / jump</w:t>
      </w:r>
    </w:p>
    <w:p>
      <w:pPr>
        <w:spacing w:after="60" w:before="0"/>
      </w:pPr>
      <w:r>
        <w:rPr>
          <w:rFonts w:ascii="Noto Sans CJK SC" w:hAnsi="Noto Sans CJK SC" w:eastAsia="Noto Sans CJK SC"/>
          <w:sz w:val="17"/>
        </w:rPr>
        <w:t>字母进单词：圈出含有字母 q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Close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Walk to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Stop at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Find something yellow.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Find something small.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Draw a big cat.</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运动：跳绳速度日：30 秒 × 3 轮 + 1 分钟 × 1 轮；记录中断次数。</w:t>
      </w:r>
    </w:p>
    <w:p>
      <w:pPr>
        <w:spacing w:after="60" w:before="0"/>
      </w:pPr>
      <w:r>
        <w:rPr>
          <w:rFonts w:ascii="Noto Sans CJK SC" w:hAnsi="Noto Sans CJK SC" w:eastAsia="Noto Sans CJK SC"/>
          <w:sz w:val="17"/>
        </w:rPr>
        <w:t>象棋/心理：亲子轻松局 1 盘，家长让 1 个小目标。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第2周 Day 4 - guo/gou 与和差模型</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声调小雷达：家长随机读，孩子用手势/圈选。今日音节：jīn  tiān  pǎo  bù  shù  yīng  yǔ  tiào</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果</w:t>
            </w:r>
          </w:p>
        </w:tc>
        <w:tc>
          <w:tcPr>
            <w:tcW w:type="dxa" w:w="3685"/>
            <w:vAlign w:val="center"/>
          </w:tcPr>
          <w:p>
            <w:pPr>
              <w:spacing w:after="0"/>
            </w:pPr>
            <w:r/>
            <w:r>
              <w:rPr>
                <w:rFonts w:ascii="Noto Sans CJK SC" w:hAnsi="Noto Sans CJK SC" w:eastAsia="Noto Sans CJK SC"/>
                <w:b w:val="0"/>
                <w:sz w:val="16"/>
              </w:rPr>
              <w:t>先日后木，横画不要漏。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跑</w:t>
            </w:r>
          </w:p>
        </w:tc>
        <w:tc>
          <w:tcPr>
            <w:tcW w:type="dxa" w:w="3685"/>
            <w:vAlign w:val="center"/>
          </w:tcPr>
          <w:p>
            <w:pPr>
              <w:spacing w:after="0"/>
            </w:pPr>
            <w:r/>
            <w:r>
              <w:rPr>
                <w:rFonts w:ascii="Noto Sans CJK SC" w:hAnsi="Noto Sans CJK SC" w:eastAsia="Noto Sans CJK SC"/>
                <w:b w:val="0"/>
                <w:sz w:val="16"/>
              </w:rPr>
              <w:t>足字旁要窄，右边包要稳。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1分钟抄写：我完成了英语。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2×6=__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妈妈有 6 个积木，爸爸的积木是妈妈的 4 倍。两人一共有多少个积木？</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[和差] 妈妈和爸爸一共有 24 个积木。妈妈比爸爸多 8 个。妈妈和爸爸各有几个？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[一步乘除] 有 30 个积木，平均分给 5 个小朋友，每人几个？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今日词卡：toy / ball / cup / box / door / window / touch / on</w:t>
      </w:r>
    </w:p>
    <w:p>
      <w:pPr>
        <w:spacing w:after="60" w:before="0"/>
      </w:pPr>
      <w:r>
        <w:rPr>
          <w:rFonts w:ascii="Noto Sans CJK SC" w:hAnsi="Noto Sans CJK SC" w:eastAsia="Noto Sans CJK SC"/>
          <w:sz w:val="17"/>
        </w:rPr>
        <w:t>字母进单词：圈出含有字母 j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Find something yellow.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Find something small.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Draw a big cat.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three books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left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right ear.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运动：户外综合日：球类/追逐/骑行 30-60 分钟。</w:t>
      </w:r>
    </w:p>
    <w:p>
      <w:pPr>
        <w:spacing w:after="60" w:before="0"/>
      </w:pPr>
      <w:r>
        <w:rPr>
          <w:rFonts w:ascii="Noto Sans CJK SC" w:hAnsi="Noto Sans CJK SC" w:eastAsia="Noto Sans CJK SC"/>
          <w:sz w:val="17"/>
        </w:rPr>
        <w:t>象棋/心理：复盘 1 个错误：下次先看王、后、车。</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第2周 Day 5 - guo/gou 与和差模型</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声调小雷达：家长随机读，孩子用手势/圈选。今日音节：rèn  wù  shū  bǐ  zhuō  yǐ  hóng  lán</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步</w:t>
            </w:r>
          </w:p>
        </w:tc>
        <w:tc>
          <w:tcPr>
            <w:tcW w:type="dxa" w:w="3685"/>
            <w:vAlign w:val="center"/>
          </w:tcPr>
          <w:p>
            <w:pPr>
              <w:spacing w:after="0"/>
            </w:pPr>
            <w:r/>
            <w:r>
              <w:rPr>
                <w:rFonts w:ascii="Noto Sans CJK SC" w:hAnsi="Noto Sans CJK SC" w:eastAsia="Noto Sans CJK SC"/>
                <w:b w:val="0"/>
                <w:sz w:val="16"/>
              </w:rPr>
              <w:t>上止下少，少不要写成小。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数</w:t>
            </w:r>
          </w:p>
        </w:tc>
        <w:tc>
          <w:tcPr>
            <w:tcW w:type="dxa" w:w="3685"/>
            <w:vAlign w:val="center"/>
          </w:tcPr>
          <w:p>
            <w:pPr>
              <w:spacing w:after="0"/>
            </w:pPr>
            <w:r/>
            <w:r>
              <w:rPr>
                <w:rFonts w:ascii="Noto Sans CJK SC" w:hAnsi="Noto Sans CJK SC" w:eastAsia="Noto Sans CJK SC"/>
                <w:b w:val="0"/>
                <w:sz w:val="16"/>
              </w:rPr>
              <w:t>米、女、攵三部分分清。</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1分钟抄写：我会跳绳。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3×4=__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小明有 7 个糖果，小红的糖果是小明的 3 倍。两人一共有多少个糖果？</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[和差] 小明和小红一共有 26 个糖果。小明比小红多 6 个。小明和小红各有几个？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[一步乘除] 有 42 个糖果，平均分给 6 个小朋友，每人几个？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今日词卡：window / touch / put / take / give / find / draw / under</w:t>
      </w:r>
    </w:p>
    <w:p>
      <w:pPr>
        <w:spacing w:after="60" w:before="0"/>
      </w:pPr>
      <w:r>
        <w:rPr>
          <w:rFonts w:ascii="Noto Sans CJK SC" w:hAnsi="Noto Sans CJK SC" w:eastAsia="Noto Sans CJK SC"/>
          <w:sz w:val="17"/>
        </w:rPr>
        <w:t>字母进单词：圈出含有字母 l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three books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left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right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toy under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cup on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Take the apple from the bag.</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运动：跑跳混合日：开合跳 20 次 + 折返跑 3 组 + 拉伸。</w:t>
      </w:r>
    </w:p>
    <w:p>
      <w:pPr>
        <w:spacing w:after="60" w:before="0"/>
      </w:pPr>
      <w:r>
        <w:rPr>
          <w:rFonts w:ascii="Noto Sans CJK SC" w:hAnsi="Noto Sans CJK SC" w:eastAsia="Noto Sans CJK SC"/>
          <w:sz w:val="17"/>
        </w:rPr>
        <w:t>象棋/心理：残局看图 5 分钟，找最好一步。</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第2周 Day 6 - guo/gou 与和差模型</w:t>
      </w:r>
    </w:p>
    <w:p>
      <w:pPr>
        <w:spacing w:after="60" w:before="0"/>
      </w:pPr>
      <w:r>
        <w:rPr>
          <w:rFonts w:ascii="Noto Sans CJK SC" w:hAnsi="Noto Sans CJK SC" w:eastAsia="Noto Sans CJK SC"/>
          <w:sz w:val="17"/>
        </w:rPr>
        <w:t>类型：周测日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声调小雷达：家长随机读，孩子用手势/圈选。今日音节：huáng  hēi  bái  shǒu  tóu  yǎn  ěr  kǒu  bí  jiā  lǐ  yǒu</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英</w:t>
            </w:r>
          </w:p>
        </w:tc>
        <w:tc>
          <w:tcPr>
            <w:tcW w:type="dxa" w:w="3685"/>
            <w:vAlign w:val="center"/>
          </w:tcPr>
          <w:p>
            <w:pPr>
              <w:spacing w:after="0"/>
            </w:pPr>
            <w:r/>
            <w:r>
              <w:rPr>
                <w:rFonts w:ascii="Noto Sans CJK SC" w:hAnsi="Noto Sans CJK SC" w:eastAsia="Noto Sans CJK SC"/>
                <w:b w:val="0"/>
                <w:sz w:val="16"/>
              </w:rPr>
              <w:t>草字头，下面央要正。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语</w:t>
            </w:r>
          </w:p>
        </w:tc>
        <w:tc>
          <w:tcPr>
            <w:tcW w:type="dxa" w:w="3685"/>
            <w:vAlign w:val="center"/>
          </w:tcPr>
          <w:p>
            <w:pPr>
              <w:spacing w:after="0"/>
            </w:pPr>
            <w:r/>
            <w:r>
              <w:rPr>
                <w:rFonts w:ascii="Noto Sans CJK SC" w:hAnsi="Noto Sans CJK SC" w:eastAsia="Noto Sans CJK SC"/>
                <w:b w:val="0"/>
                <w:sz w:val="16"/>
              </w:rPr>
              <w:t>言字旁要窄，右边吾要稳。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1分钟抄写：今天任务完成。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4×5=__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哥哥有 8 个小星星，弟弟的小星星是哥哥的 4 倍。两人一共有多少个小星星？</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[和差] 哥哥和弟弟一共有 28 个小星星。哥哥比弟弟多 10 个。哥哥和弟弟各有几个？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[一步乘除] 有 32 个小星星，平均分给 4 个小朋友，每人几个？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今日词卡：find / draw / look / listen / on / in / under / desk</w:t>
      </w:r>
    </w:p>
    <w:p>
      <w:pPr>
        <w:spacing w:after="60" w:before="0"/>
      </w:pPr>
      <w:r>
        <w:rPr>
          <w:rFonts w:ascii="Noto Sans CJK SC" w:hAnsi="Noto Sans CJK SC" w:eastAsia="Noto Sans CJK SC"/>
          <w:sz w:val="17"/>
        </w:rPr>
        <w:t>字母进单词：圈出含有字母 z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toy under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cup on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Take the apple from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Give the banana to dad.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Find the dog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Find the rabbit card.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运动：周测日：1 分钟跳绳 + 连续跳绳；只记录，不批评。</w:t>
      </w:r>
    </w:p>
    <w:p>
      <w:pPr>
        <w:spacing w:after="60" w:before="0"/>
      </w:pPr>
      <w:r>
        <w:rPr>
          <w:rFonts w:ascii="Noto Sans CJK SC" w:hAnsi="Noto Sans CJK SC" w:eastAsia="Noto Sans CJK SC"/>
          <w:sz w:val="17"/>
        </w:rPr>
        <w:t>象棋/心理：周末棋局：只捡一个装备。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第2周 Day 7 - guo/gou 与和差模型</w:t>
      </w:r>
    </w:p>
    <w:p>
      <w:pPr>
        <w:spacing w:after="60" w:before="0"/>
      </w:pPr>
      <w:r>
        <w:rPr>
          <w:rFonts w:ascii="Noto Sans CJK SC" w:hAnsi="Noto Sans CJK SC" w:eastAsia="Noto Sans CJK SC"/>
          <w:sz w:val="17"/>
        </w:rPr>
        <w:t>类型：休整日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声调小雷达：家长随机读，孩子用手势/圈选。今日音节：bí  jiā  lǐ  yǒu  méi  kàn</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跳</w:t>
            </w:r>
          </w:p>
        </w:tc>
        <w:tc>
          <w:tcPr>
            <w:tcW w:type="dxa" w:w="3685"/>
            <w:vAlign w:val="center"/>
          </w:tcPr>
          <w:p>
            <w:pPr>
              <w:spacing w:after="0"/>
            </w:pPr>
            <w:r/>
            <w:r>
              <w:rPr>
                <w:rFonts w:ascii="Noto Sans CJK SC" w:hAnsi="Noto Sans CJK SC" w:eastAsia="Noto Sans CJK SC"/>
                <w:b w:val="0"/>
                <w:sz w:val="16"/>
              </w:rPr>
              <w:t>足字旁要窄，右边兆要舒展。</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绳</w:t>
            </w:r>
          </w:p>
        </w:tc>
        <w:tc>
          <w:tcPr>
            <w:tcW w:type="dxa" w:w="3685"/>
            <w:vAlign w:val="center"/>
          </w:tcPr>
          <w:p>
            <w:pPr>
              <w:spacing w:after="0"/>
            </w:pPr>
            <w:r/>
            <w:r>
              <w:rPr>
                <w:rFonts w:ascii="Noto Sans CJK SC" w:hAnsi="Noto Sans CJK SC" w:eastAsia="Noto Sans CJK SC"/>
                <w:b w:val="0"/>
                <w:sz w:val="16"/>
              </w:rPr>
              <w:t>绞丝旁要窄，右边写稳。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1分钟抄写：我会慢慢写。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5×7=__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小猫有 9 个棋子，小狗的棋子是小猫的 3 倍。两人一共有多少个棋子？</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[和差] 小猫和小狗一共有 30 个棋子。小猫比小狗多 8 个。小猫和小狗各有几个？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[一步乘除] 有 45 个棋子，平均分给 5 个小朋友，每人几个？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今日词卡：in / under / up / down / left / right / toy / chair</w:t>
      </w:r>
    </w:p>
    <w:p>
      <w:pPr>
        <w:spacing w:after="60" w:before="0"/>
      </w:pPr>
      <w:r>
        <w:rPr>
          <w:rFonts w:ascii="Noto Sans CJK SC" w:hAnsi="Noto Sans CJK SC" w:eastAsia="Noto Sans CJK SC"/>
          <w:sz w:val="17"/>
        </w:rPr>
        <w:t>字母进单词：圈出含有字母 b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Give the banana to dad.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Find the dog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Find the rabbit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paper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Read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Write one word.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运动：休整日：户外散步/公园活动，低强度恢复。</w:t>
      </w:r>
    </w:p>
    <w:p>
      <w:pPr>
        <w:spacing w:after="60" w:before="0"/>
      </w:pPr>
      <w:r>
        <w:rPr>
          <w:rFonts w:ascii="Noto Sans CJK SC" w:hAnsi="Noto Sans CJK SC" w:eastAsia="Noto Sans CJK SC"/>
          <w:sz w:val="17"/>
        </w:rPr>
        <w:t>象棋/心理：休息或自由棋，不复盘。</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第2周 家长答案与观察点</w:t>
      </w:r>
    </w:p>
    <w:p>
      <w:pPr>
        <w:spacing w:after="60" w:before="0"/>
      </w:pPr>
      <w:r>
        <w:rPr>
          <w:rFonts w:ascii="Noto Sans CJK SC" w:hAnsi="Noto Sans CJK SC" w:eastAsia="Noto Sans CJK SC"/>
          <w:b/>
          <w:sz w:val="18"/>
        </w:rPr>
        <w:t>使用：每天做完后再看，不要边做边讲答案。每晚只记录趋势。</w:t>
      </w:r>
    </w:p>
    <w:p>
      <w:pPr>
        <w:pStyle w:val="Heading2"/>
        <w:spacing w:after="80"/>
      </w:pPr>
      <w:r>
        <w:rPr>
          <w:rFonts w:ascii="Noto Sans CJK SC" w:hAnsi="Noto Sans CJK SC" w:eastAsia="Noto Sans CJK SC"/>
        </w:rPr>
        <w:t>Day 1 答案</w:t>
      </w:r>
    </w:p>
    <w:p>
      <w:pPr>
        <w:spacing w:after="60" w:before="0"/>
      </w:pPr>
      <w:r>
        <w:rPr>
          <w:rFonts w:ascii="Noto Sans CJK SC" w:hAnsi="Noto Sans CJK SC" w:eastAsia="Noto Sans CJK SC"/>
          <w:sz w:val="17"/>
        </w:rPr>
        <w:t>语文：声调读准即可；今日字 我今。只纠正一个主问题，优先笔顺启动和结构。</w:t>
      </w:r>
    </w:p>
    <w:p>
      <w:pPr>
        <w:spacing w:after="60" w:before="0"/>
      </w:pPr>
      <w:r>
        <w:rPr>
          <w:rFonts w:ascii="Noto Sans CJK SC" w:hAnsi="Noto Sans CJK SC" w:eastAsia="Noto Sans CJK SC"/>
          <w:sz w:val="16"/>
        </w:rPr>
        <w:t>乘法快闪答案：6×8=48；6×9=54；7×8=56；7×9=63；8×9=72；4×7=28</w:t>
      </w:r>
    </w:p>
    <w:p>
      <w:pPr>
        <w:spacing w:after="60" w:before="0"/>
      </w:pPr>
      <w:r>
        <w:rPr>
          <w:rFonts w:ascii="Noto Sans CJK SC" w:hAnsi="Noto Sans CJK SC" w:eastAsia="Noto Sans CJK SC"/>
          <w:sz w:val="16"/>
        </w:rPr>
        <w:t>数学1 [倍数+一共] 答：28。提示：小狗：7×3=21；一共：21+7=28。也可画成 1份+3份=4份。</w:t>
      </w:r>
    </w:p>
    <w:p>
      <w:pPr>
        <w:spacing w:after="60" w:before="0"/>
      </w:pPr>
      <w:r>
        <w:rPr>
          <w:rFonts w:ascii="Noto Sans CJK SC" w:hAnsi="Noto Sans CJK SC" w:eastAsia="Noto Sans CJK SC"/>
          <w:sz w:val="16"/>
        </w:rPr>
        <w:t>数学2 [和差] 答：小猫11个，小狗7个。提示：先去掉多出来的 4：18-4=14；平分：14÷2=7。小狗 7 个，小猫 11 个。</w:t>
      </w:r>
    </w:p>
    <w:p>
      <w:pPr>
        <w:spacing w:after="60" w:before="0"/>
      </w:pPr>
      <w:r>
        <w:rPr>
          <w:rFonts w:ascii="Noto Sans CJK SC" w:hAnsi="Noto Sans CJK SC" w:eastAsia="Noto Sans CJK SC"/>
          <w:sz w:val="16"/>
        </w:rPr>
        <w:t>数学3 [一步乘除] 答：7。提示：35÷5=7。</w:t>
      </w:r>
    </w:p>
    <w:p>
      <w:pPr>
        <w:spacing w:after="60" w:before="0"/>
      </w:pPr>
      <w:r>
        <w:rPr>
          <w:rFonts w:ascii="Noto Sans CJK SC" w:hAnsi="Noto Sans CJK SC" w:eastAsia="Noto Sans CJK SC"/>
          <w:sz w:val="16"/>
        </w:rPr>
        <w:t>英语：目标是能做动作，不强求翻译。指令：Draw a small bird；Give me the book；Give me two pencils；Take the ruler；Look at the window；Open the door。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2 答案</w:t>
      </w:r>
    </w:p>
    <w:p>
      <w:pPr>
        <w:spacing w:after="60" w:before="0"/>
      </w:pPr>
      <w:r>
        <w:rPr>
          <w:rFonts w:ascii="Noto Sans CJK SC" w:hAnsi="Noto Sans CJK SC" w:eastAsia="Noto Sans CJK SC"/>
          <w:sz w:val="17"/>
        </w:rPr>
        <w:t>语文：声调读准即可；今日字 天想。只纠正一个主问题，优先笔顺启动和结构。</w:t>
      </w:r>
    </w:p>
    <w:p>
      <w:pPr>
        <w:spacing w:after="60" w:before="0"/>
      </w:pPr>
      <w:r>
        <w:rPr>
          <w:rFonts w:ascii="Noto Sans CJK SC" w:hAnsi="Noto Sans CJK SC" w:eastAsia="Noto Sans CJK SC"/>
          <w:sz w:val="16"/>
        </w:rPr>
        <w:t>乘法快闪答案：6×9=54；7×8=56；7×9=63；8×9=72；6×7=42；5×8=40</w:t>
      </w:r>
    </w:p>
    <w:p>
      <w:pPr>
        <w:spacing w:after="60" w:before="0"/>
      </w:pPr>
      <w:r>
        <w:rPr>
          <w:rFonts w:ascii="Noto Sans CJK SC" w:hAnsi="Noto Sans CJK SC" w:eastAsia="Noto Sans CJK SC"/>
          <w:sz w:val="16"/>
        </w:rPr>
        <w:t>数学1 [倍数+一共] 答：40。提示：天天：8×4=32；一共：32+8=40。也可画成 1份+4份=5份。</w:t>
      </w:r>
    </w:p>
    <w:p>
      <w:pPr>
        <w:spacing w:after="60" w:before="0"/>
      </w:pPr>
      <w:r>
        <w:rPr>
          <w:rFonts w:ascii="Noto Sans CJK SC" w:hAnsi="Noto Sans CJK SC" w:eastAsia="Noto Sans CJK SC"/>
          <w:sz w:val="16"/>
        </w:rPr>
        <w:t>数学2 [和差] 答：乐乐13个，天天7个。提示：先去掉多出来的 6：20-6=14；平分：14÷2=7。天天 7 个，乐乐 13 个。</w:t>
      </w:r>
    </w:p>
    <w:p>
      <w:pPr>
        <w:spacing w:after="60" w:before="0"/>
      </w:pPr>
      <w:r>
        <w:rPr>
          <w:rFonts w:ascii="Noto Sans CJK SC" w:hAnsi="Noto Sans CJK SC" w:eastAsia="Noto Sans CJK SC"/>
          <w:sz w:val="16"/>
        </w:rPr>
        <w:t>数学3 [一步乘除] 答：8。提示：48÷6=8。</w:t>
      </w:r>
    </w:p>
    <w:p>
      <w:pPr>
        <w:spacing w:after="60" w:before="0"/>
      </w:pPr>
      <w:r>
        <w:rPr>
          <w:rFonts w:ascii="Noto Sans CJK SC" w:hAnsi="Noto Sans CJK SC" w:eastAsia="Noto Sans CJK SC"/>
          <w:sz w:val="16"/>
        </w:rPr>
        <w:t>英语：目标是能做动作，不强求翻译。指令：Take the ruler；Look at the window；Open the door；Close the door；Walk to the table；Stop at the chair。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3 答案</w:t>
      </w:r>
    </w:p>
    <w:p>
      <w:pPr>
        <w:spacing w:after="60" w:before="0"/>
      </w:pPr>
      <w:r>
        <w:rPr>
          <w:rFonts w:ascii="Noto Sans CJK SC" w:hAnsi="Noto Sans CJK SC" w:eastAsia="Noto Sans CJK SC"/>
          <w:sz w:val="17"/>
        </w:rPr>
        <w:t>语文：声调读准即可；今日字 吃苹。只纠正一个主问题，优先笔顺启动和结构。</w:t>
      </w:r>
    </w:p>
    <w:p>
      <w:pPr>
        <w:spacing w:after="60" w:before="0"/>
      </w:pPr>
      <w:r>
        <w:rPr>
          <w:rFonts w:ascii="Noto Sans CJK SC" w:hAnsi="Noto Sans CJK SC" w:eastAsia="Noto Sans CJK SC"/>
          <w:sz w:val="16"/>
        </w:rPr>
        <w:t>乘法快闪答案：7×8=56；7×9=63；8×9=72；6×7=42；6×8=48；9×6=54</w:t>
      </w:r>
    </w:p>
    <w:p>
      <w:pPr>
        <w:spacing w:after="60" w:before="0"/>
      </w:pPr>
      <w:r>
        <w:rPr>
          <w:rFonts w:ascii="Noto Sans CJK SC" w:hAnsi="Noto Sans CJK SC" w:eastAsia="Noto Sans CJK SC"/>
          <w:sz w:val="16"/>
        </w:rPr>
        <w:t>数学1 [倍数+一共] 答：36。提示：同学：9×3=27；一共：27+9=36。也可画成 1份+3份=4份。</w:t>
      </w:r>
    </w:p>
    <w:p>
      <w:pPr>
        <w:spacing w:after="60" w:before="0"/>
      </w:pPr>
      <w:r>
        <w:rPr>
          <w:rFonts w:ascii="Noto Sans CJK SC" w:hAnsi="Noto Sans CJK SC" w:eastAsia="Noto Sans CJK SC"/>
          <w:sz w:val="16"/>
        </w:rPr>
        <w:t>数学2 [和差] 答：老师13个，同学9个。提示：先去掉多出来的 4：22-4=18；平分：18÷2=9。同学 9 个，老师 13 个。</w:t>
      </w:r>
    </w:p>
    <w:p>
      <w:pPr>
        <w:spacing w:after="60" w:before="0"/>
      </w:pPr>
      <w:r>
        <w:rPr>
          <w:rFonts w:ascii="Noto Sans CJK SC" w:hAnsi="Noto Sans CJK SC" w:eastAsia="Noto Sans CJK SC"/>
          <w:sz w:val="16"/>
        </w:rPr>
        <w:t>数学3 [一步乘除] 答：9。提示：36÷4=9。</w:t>
      </w:r>
    </w:p>
    <w:p>
      <w:pPr>
        <w:spacing w:after="60" w:before="0"/>
      </w:pPr>
      <w:r>
        <w:rPr>
          <w:rFonts w:ascii="Noto Sans CJK SC" w:hAnsi="Noto Sans CJK SC" w:eastAsia="Noto Sans CJK SC"/>
          <w:sz w:val="16"/>
        </w:rPr>
        <w:t>英语：目标是能做动作，不强求翻译。指令：Close the door；Walk to the table；Stop at the chair；Find something yellow；Find something small；Draw a big cat。</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4 答案</w:t>
      </w:r>
    </w:p>
    <w:p>
      <w:pPr>
        <w:spacing w:after="60" w:before="0"/>
      </w:pPr>
      <w:r>
        <w:rPr>
          <w:rFonts w:ascii="Noto Sans CJK SC" w:hAnsi="Noto Sans CJK SC" w:eastAsia="Noto Sans CJK SC"/>
          <w:sz w:val="17"/>
        </w:rPr>
        <w:t>语文：声调读准即可；今日字 果跑。只纠正一个主问题，优先笔顺启动和结构。</w:t>
      </w:r>
    </w:p>
    <w:p>
      <w:pPr>
        <w:spacing w:after="60" w:before="0"/>
      </w:pPr>
      <w:r>
        <w:rPr>
          <w:rFonts w:ascii="Noto Sans CJK SC" w:hAnsi="Noto Sans CJK SC" w:eastAsia="Noto Sans CJK SC"/>
          <w:sz w:val="16"/>
        </w:rPr>
        <w:t>乘法快闪答案：7×9=63；8×9=72；6×7=42；6×8=48；6×9=54；2×6=12</w:t>
      </w:r>
    </w:p>
    <w:p>
      <w:pPr>
        <w:spacing w:after="60" w:before="0"/>
      </w:pPr>
      <w:r>
        <w:rPr>
          <w:rFonts w:ascii="Noto Sans CJK SC" w:hAnsi="Noto Sans CJK SC" w:eastAsia="Noto Sans CJK SC"/>
          <w:sz w:val="16"/>
        </w:rPr>
        <w:t>数学1 [倍数+一共] 答：30。提示：爸爸：6×4=24；一共：24+6=30。也可画成 1份+4份=5份。</w:t>
      </w:r>
    </w:p>
    <w:p>
      <w:pPr>
        <w:spacing w:after="60" w:before="0"/>
      </w:pPr>
      <w:r>
        <w:rPr>
          <w:rFonts w:ascii="Noto Sans CJK SC" w:hAnsi="Noto Sans CJK SC" w:eastAsia="Noto Sans CJK SC"/>
          <w:sz w:val="16"/>
        </w:rPr>
        <w:t>数学2 [和差] 答：妈妈16个，爸爸8个。提示：先去掉多出来的 8：24-8=16；平分：16÷2=8。爸爸 8 个，妈妈 16 个。</w:t>
      </w:r>
    </w:p>
    <w:p>
      <w:pPr>
        <w:spacing w:after="60" w:before="0"/>
      </w:pPr>
      <w:r>
        <w:rPr>
          <w:rFonts w:ascii="Noto Sans CJK SC" w:hAnsi="Noto Sans CJK SC" w:eastAsia="Noto Sans CJK SC"/>
          <w:sz w:val="16"/>
        </w:rPr>
        <w:t>数学3 [一步乘除] 答：6。提示：30÷5=6。</w:t>
      </w:r>
    </w:p>
    <w:p>
      <w:pPr>
        <w:spacing w:after="60" w:before="0"/>
      </w:pPr>
      <w:r>
        <w:rPr>
          <w:rFonts w:ascii="Noto Sans CJK SC" w:hAnsi="Noto Sans CJK SC" w:eastAsia="Noto Sans CJK SC"/>
          <w:sz w:val="16"/>
        </w:rPr>
        <w:t>英语：目标是能做动作，不强求翻译。指令：Find something yellow；Find something small；Draw a big cat；Put three books on the desk；Touch your left hand；Touch your right ear。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5 答案</w:t>
      </w:r>
    </w:p>
    <w:p>
      <w:pPr>
        <w:spacing w:after="60" w:before="0"/>
      </w:pPr>
      <w:r>
        <w:rPr>
          <w:rFonts w:ascii="Noto Sans CJK SC" w:hAnsi="Noto Sans CJK SC" w:eastAsia="Noto Sans CJK SC"/>
          <w:sz w:val="17"/>
        </w:rPr>
        <w:t>语文：声调读准即可；今日字 步数。只纠正一个主问题，优先笔顺启动和结构。</w:t>
      </w:r>
    </w:p>
    <w:p>
      <w:pPr>
        <w:spacing w:after="60" w:before="0"/>
      </w:pPr>
      <w:r>
        <w:rPr>
          <w:rFonts w:ascii="Noto Sans CJK SC" w:hAnsi="Noto Sans CJK SC" w:eastAsia="Noto Sans CJK SC"/>
          <w:sz w:val="16"/>
        </w:rPr>
        <w:t>乘法快闪答案：8×9=72；6×7=42；6×8=48；6×9=54；7×8=56；3×4=12</w:t>
      </w:r>
    </w:p>
    <w:p>
      <w:pPr>
        <w:spacing w:after="60" w:before="0"/>
      </w:pPr>
      <w:r>
        <w:rPr>
          <w:rFonts w:ascii="Noto Sans CJK SC" w:hAnsi="Noto Sans CJK SC" w:eastAsia="Noto Sans CJK SC"/>
          <w:sz w:val="16"/>
        </w:rPr>
        <w:t>数学1 [倍数+一共] 答：28。提示：小红：7×3=21；一共：21+7=28。也可画成 1份+3份=4份。</w:t>
      </w:r>
    </w:p>
    <w:p>
      <w:pPr>
        <w:spacing w:after="60" w:before="0"/>
      </w:pPr>
      <w:r>
        <w:rPr>
          <w:rFonts w:ascii="Noto Sans CJK SC" w:hAnsi="Noto Sans CJK SC" w:eastAsia="Noto Sans CJK SC"/>
          <w:sz w:val="16"/>
        </w:rPr>
        <w:t>数学2 [和差] 答：小明16个，小红10个。提示：先去掉多出来的 6：26-6=20；平分：20÷2=10。小红 10 个，小明 16 个。</w:t>
      </w:r>
    </w:p>
    <w:p>
      <w:pPr>
        <w:spacing w:after="60" w:before="0"/>
      </w:pPr>
      <w:r>
        <w:rPr>
          <w:rFonts w:ascii="Noto Sans CJK SC" w:hAnsi="Noto Sans CJK SC" w:eastAsia="Noto Sans CJK SC"/>
          <w:sz w:val="16"/>
        </w:rPr>
        <w:t>数学3 [一步乘除] 答：7。提示：42÷6=7。</w:t>
      </w:r>
    </w:p>
    <w:p>
      <w:pPr>
        <w:spacing w:after="60" w:before="0"/>
      </w:pPr>
      <w:r>
        <w:rPr>
          <w:rFonts w:ascii="Noto Sans CJK SC" w:hAnsi="Noto Sans CJK SC" w:eastAsia="Noto Sans CJK SC"/>
          <w:sz w:val="16"/>
        </w:rPr>
        <w:t>英语：目标是能做动作，不强求翻译。指令：Put three books on the desk；Touch your left hand；Touch your right ear；Put the toy under the table；Put the cup on the table；Take the apple from the bag。</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6 答案</w:t>
      </w:r>
    </w:p>
    <w:p>
      <w:pPr>
        <w:spacing w:after="60" w:before="0"/>
      </w:pPr>
      <w:r>
        <w:rPr>
          <w:rFonts w:ascii="Noto Sans CJK SC" w:hAnsi="Noto Sans CJK SC" w:eastAsia="Noto Sans CJK SC"/>
          <w:sz w:val="17"/>
        </w:rPr>
        <w:t>语文：声调读准即可；今日字 英语。只纠正一个主问题，优先笔顺启动和结构。</w:t>
      </w:r>
    </w:p>
    <w:p>
      <w:pPr>
        <w:spacing w:after="60" w:before="0"/>
      </w:pPr>
      <w:r>
        <w:rPr>
          <w:rFonts w:ascii="Noto Sans CJK SC" w:hAnsi="Noto Sans CJK SC" w:eastAsia="Noto Sans CJK SC"/>
          <w:sz w:val="16"/>
        </w:rPr>
        <w:t>乘法快闪答案：6×7=42；6×8=48；6×9=54；7×8=56；7×9=63；4×5=20</w:t>
      </w:r>
    </w:p>
    <w:p>
      <w:pPr>
        <w:spacing w:after="60" w:before="0"/>
      </w:pPr>
      <w:r>
        <w:rPr>
          <w:rFonts w:ascii="Noto Sans CJK SC" w:hAnsi="Noto Sans CJK SC" w:eastAsia="Noto Sans CJK SC"/>
          <w:sz w:val="16"/>
        </w:rPr>
        <w:t>数学1 [倍数+一共] 答：40。提示：弟弟：8×4=32；一共：32+8=40。也可画成 1份+4份=5份。</w:t>
      </w:r>
    </w:p>
    <w:p>
      <w:pPr>
        <w:spacing w:after="60" w:before="0"/>
      </w:pPr>
      <w:r>
        <w:rPr>
          <w:rFonts w:ascii="Noto Sans CJK SC" w:hAnsi="Noto Sans CJK SC" w:eastAsia="Noto Sans CJK SC"/>
          <w:sz w:val="16"/>
        </w:rPr>
        <w:t>数学2 [和差] 答：哥哥19个，弟弟9个。提示：先去掉多出来的 10：28-10=18；平分：18÷2=9。弟弟 9 个，哥哥 19 个。</w:t>
      </w:r>
    </w:p>
    <w:p>
      <w:pPr>
        <w:spacing w:after="60" w:before="0"/>
      </w:pPr>
      <w:r>
        <w:rPr>
          <w:rFonts w:ascii="Noto Sans CJK SC" w:hAnsi="Noto Sans CJK SC" w:eastAsia="Noto Sans CJK SC"/>
          <w:sz w:val="16"/>
        </w:rPr>
        <w:t>数学3 [一步乘除] 答：8。提示：32÷4=8。</w:t>
      </w:r>
    </w:p>
    <w:p>
      <w:pPr>
        <w:spacing w:after="60" w:before="0"/>
      </w:pPr>
      <w:r>
        <w:rPr>
          <w:rFonts w:ascii="Noto Sans CJK SC" w:hAnsi="Noto Sans CJK SC" w:eastAsia="Noto Sans CJK SC"/>
          <w:sz w:val="16"/>
        </w:rPr>
        <w:t>英语：目标是能做动作，不强求翻译。指令：Put the toy under the table；Put the cup on the table；Take the apple from the bag；Give the banana to dad；Find the dog card；Find the rabbit card。</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7 答案</w:t>
      </w:r>
    </w:p>
    <w:p>
      <w:pPr>
        <w:spacing w:after="60" w:before="0"/>
      </w:pPr>
      <w:r>
        <w:rPr>
          <w:rFonts w:ascii="Noto Sans CJK SC" w:hAnsi="Noto Sans CJK SC" w:eastAsia="Noto Sans CJK SC"/>
          <w:sz w:val="17"/>
        </w:rPr>
        <w:t>语文：声调读准即可；今日字 跳绳。只纠正一个主问题，优先笔顺启动和结构。</w:t>
      </w:r>
    </w:p>
    <w:p>
      <w:pPr>
        <w:spacing w:after="60" w:before="0"/>
      </w:pPr>
      <w:r>
        <w:rPr>
          <w:rFonts w:ascii="Noto Sans CJK SC" w:hAnsi="Noto Sans CJK SC" w:eastAsia="Noto Sans CJK SC"/>
          <w:sz w:val="16"/>
        </w:rPr>
        <w:t>乘法快闪答案：6×8=48；6×9=54；7×8=56；7×9=63；8×9=72；5×7=35</w:t>
      </w:r>
    </w:p>
    <w:p>
      <w:pPr>
        <w:spacing w:after="60" w:before="0"/>
      </w:pPr>
      <w:r>
        <w:rPr>
          <w:rFonts w:ascii="Noto Sans CJK SC" w:hAnsi="Noto Sans CJK SC" w:eastAsia="Noto Sans CJK SC"/>
          <w:sz w:val="16"/>
        </w:rPr>
        <w:t>数学1 [倍数+一共] 答：36。提示：小狗：9×3=27；一共：27+9=36。也可画成 1份+3份=4份。</w:t>
      </w:r>
    </w:p>
    <w:p>
      <w:pPr>
        <w:spacing w:after="60" w:before="0"/>
      </w:pPr>
      <w:r>
        <w:rPr>
          <w:rFonts w:ascii="Noto Sans CJK SC" w:hAnsi="Noto Sans CJK SC" w:eastAsia="Noto Sans CJK SC"/>
          <w:sz w:val="16"/>
        </w:rPr>
        <w:t>数学2 [和差] 答：小猫19个，小狗11个。提示：先去掉多出来的 8：30-8=22；平分：22÷2=11。小狗 11 个，小猫 19 个。</w:t>
      </w:r>
    </w:p>
    <w:p>
      <w:pPr>
        <w:spacing w:after="60" w:before="0"/>
      </w:pPr>
      <w:r>
        <w:rPr>
          <w:rFonts w:ascii="Noto Sans CJK SC" w:hAnsi="Noto Sans CJK SC" w:eastAsia="Noto Sans CJK SC"/>
          <w:sz w:val="16"/>
        </w:rPr>
        <w:t>数学3 [一步乘除] 答：9。提示：45÷5=9。</w:t>
      </w:r>
    </w:p>
    <w:p>
      <w:pPr>
        <w:spacing w:after="60" w:before="0"/>
      </w:pPr>
      <w:r>
        <w:rPr>
          <w:rFonts w:ascii="Noto Sans CJK SC" w:hAnsi="Noto Sans CJK SC" w:eastAsia="Noto Sans CJK SC"/>
          <w:sz w:val="16"/>
        </w:rPr>
        <w:t>英语：目标是能做动作，不强求翻译。指令：Give the banana to dad；Find the dog card；Find the rabbit card；Put the paper in the box；Read one word；Write one word。</w:t>
      </w:r>
    </w:p>
    <w:p>
      <w:pPr>
        <w:spacing w:after="60" w:before="0"/>
      </w:pPr>
      <w:r>
        <w:rPr>
          <w:rFonts w:ascii="Noto Sans CJK SC" w:hAnsi="Noto Sans CJK SC" w:eastAsia="Noto Sans CJK SC"/>
          <w:b/>
          <w:sz w:val="16"/>
        </w:rPr>
        <w:t>调参：若出现明显烦躁，立刻切到保底版：语文1个字、数学1道题、英语3条指令、运动10分钟。</w:t>
      </w:r>
    </w:p>
    <w:p>
      <w:r>
        <w:br w:type="page"/>
      </w:r>
    </w:p>
    <w:p>
      <w:pPr>
        <w:pStyle w:val="Heading1"/>
        <w:spacing w:after="80"/>
      </w:pPr>
      <w:r>
        <w:rPr>
          <w:rFonts w:ascii="Noto Sans CJK SC" w:hAnsi="Noto Sans CJK SC" w:eastAsia="Noto Sans CJK SC"/>
        </w:rPr>
        <w:t>第3周：短语与和倍模型</w:t>
      </w:r>
    </w:p>
    <w:p>
      <w:pPr>
        <w:spacing w:after="60" w:before="0"/>
      </w:pPr>
      <w:r>
        <w:rPr>
          <w:rFonts w:ascii="Noto Sans CJK SC" w:hAnsi="Noto Sans CJK SC" w:eastAsia="Noto Sans CJK SC"/>
          <w:b/>
          <w:sz w:val="20"/>
        </w:rPr>
        <w:t>本周目标：拼音词组升级到短句；数学和差/和倍；英语核心词分类。</w:t>
      </w:r>
    </w:p>
    <w:p>
      <w:pPr>
        <w:spacing w:after="60" w:before="0"/>
      </w:pPr>
      <w:r>
        <w:rPr>
          <w:rFonts w:ascii="Noto Sans CJK SC" w:hAnsi="Noto Sans CJK SC" w:eastAsia="Noto Sans CJK SC"/>
          <w:sz w:val="18"/>
        </w:rPr>
        <w:t>本周执行原则：每天完成核心任务即可，挑战题可选。若情绪明显下降，优先保住语文短练和运动。</w:t>
      </w:r>
    </w:p>
    <w:p>
      <w:r>
        <w:br w:type="page"/>
      </w:r>
    </w:p>
    <w:p>
      <w:pPr>
        <w:pStyle w:val="Heading1"/>
        <w:spacing w:after="80"/>
      </w:pPr>
      <w:r>
        <w:rPr>
          <w:rFonts w:ascii="Noto Sans CJK SC" w:hAnsi="Noto Sans CJK SC" w:eastAsia="Noto Sans CJK SC"/>
        </w:rPr>
        <w:t>第3周 Day 1 - 短语与和倍模型</w:t>
      </w:r>
    </w:p>
    <w:p>
      <w:pPr>
        <w:spacing w:after="60" w:before="0"/>
      </w:pPr>
      <w:r>
        <w:rPr>
          <w:rFonts w:ascii="Noto Sans CJK SC" w:hAnsi="Noto Sans CJK SC" w:eastAsia="Noto Sans CJK SC"/>
          <w:sz w:val="17"/>
        </w:rPr>
        <w:t>类型：训练日    今日目标：拼音词组升级到短句；数学和差/和倍；英语核心词分类。</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声调小雷达：家长随机读，孩子用手势/圈选。今日音节：lái  zuǒ  yòu  qián  hòu  wài  gè  zhī</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任</w:t>
            </w:r>
          </w:p>
        </w:tc>
        <w:tc>
          <w:tcPr>
            <w:tcW w:type="dxa" w:w="3685"/>
            <w:vAlign w:val="center"/>
          </w:tcPr>
          <w:p>
            <w:pPr>
              <w:spacing w:after="0"/>
            </w:pPr>
            <w:r/>
            <w:r>
              <w:rPr>
                <w:rFonts w:ascii="Noto Sans CJK SC" w:hAnsi="Noto Sans CJK SC" w:eastAsia="Noto Sans CJK SC"/>
                <w:b w:val="0"/>
                <w:sz w:val="16"/>
              </w:rPr>
              <w:t>单人旁，右边壬。</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务</w:t>
            </w:r>
          </w:p>
        </w:tc>
        <w:tc>
          <w:tcPr>
            <w:tcW w:type="dxa" w:w="3685"/>
            <w:vAlign w:val="center"/>
          </w:tcPr>
          <w:p>
            <w:pPr>
              <w:spacing w:after="0"/>
            </w:pPr>
            <w:r/>
            <w:r>
              <w:rPr>
                <w:rFonts w:ascii="Noto Sans CJK SC" w:hAnsi="Noto Sans CJK SC" w:eastAsia="Noto Sans CJK SC"/>
                <w:b w:val="0"/>
                <w:sz w:val="16"/>
              </w:rPr>
              <w:t>上面夂，下面力；力要有钩。</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1分钟抄写：我有一本书。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6×6=__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乐乐和天天一共有 20 个书签。乐乐比天天多 4 个。乐乐和天天各有几个？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乐乐和天天一共有 18 个书签。天天的书签是乐乐的 2 倍。乐乐和天天各有几个？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今日词卡：red / blue / green / yellow / black / white / orange / stand</w:t>
      </w:r>
    </w:p>
    <w:p>
      <w:pPr>
        <w:spacing w:after="60" w:before="0"/>
      </w:pPr>
      <w:r>
        <w:rPr>
          <w:rFonts w:ascii="Noto Sans CJK SC" w:hAnsi="Noto Sans CJK SC" w:eastAsia="Noto Sans CJK SC"/>
          <w:sz w:val="17"/>
        </w:rPr>
        <w:t>字母进单词：圈出含有字母 p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paper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Read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Write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Listen and point.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运动：跳绳技术日：连续跳 3 轮，每轮尽量不断；记录最好一次。</w:t>
      </w:r>
    </w:p>
    <w:p>
      <w:pPr>
        <w:spacing w:after="60" w:before="0"/>
      </w:pPr>
      <w:r>
        <w:rPr>
          <w:rFonts w:ascii="Noto Sans CJK SC" w:hAnsi="Noto Sans CJK SC" w:eastAsia="Noto Sans CJK SC"/>
          <w:sz w:val="17"/>
        </w:rPr>
        <w:t>象棋/心理：不安排棋题，只说一句“今天错题是系统提示”。</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第3周 Day 2 - 短语与和倍模型</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声调小雷达：家长随机读，孩子用手势/圈选。今日音节：tiáo  kuài  duō  shǎo  bǐ  gòng  píng  jūn</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书</w:t>
            </w:r>
          </w:p>
        </w:tc>
        <w:tc>
          <w:tcPr>
            <w:tcW w:type="dxa" w:w="3685"/>
            <w:vAlign w:val="center"/>
          </w:tcPr>
          <w:p>
            <w:pPr>
              <w:spacing w:after="0"/>
            </w:pPr>
            <w:r/>
            <w:r>
              <w:rPr>
                <w:rFonts w:ascii="Noto Sans CJK SC" w:hAnsi="Noto Sans CJK SC" w:eastAsia="Noto Sans CJK SC"/>
                <w:b w:val="0"/>
                <w:sz w:val="16"/>
              </w:rPr>
              <w:t>横折、横折钩、竖、点；不要写散。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笔</w:t>
            </w:r>
          </w:p>
        </w:tc>
        <w:tc>
          <w:tcPr>
            <w:tcW w:type="dxa" w:w="3685"/>
            <w:vAlign w:val="center"/>
          </w:tcPr>
          <w:p>
            <w:pPr>
              <w:spacing w:after="0"/>
            </w:pPr>
            <w:r/>
            <w:r>
              <w:rPr>
                <w:rFonts w:ascii="Noto Sans CJK SC" w:hAnsi="Noto Sans CJK SC" w:eastAsia="Noto Sans CJK SC"/>
                <w:b w:val="0"/>
                <w:sz w:val="16"/>
              </w:rPr>
              <w:t>竹字头，下面毛；竖弯钩要稳。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1分钟抄写：笔在桌上。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3×8=__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老师和同学一共有 24 个卡片。老师比同学多 6 个。老师和同学各有几个？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老师和同学一共有 24 个卡片。同学的卡片是老师的 3 倍。老师和同学各有几个？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今日词卡：white / orange / pink / purple / brown / cat / dog / sit</w:t>
      </w:r>
    </w:p>
    <w:p>
      <w:pPr>
        <w:spacing w:after="60" w:before="0"/>
      </w:pPr>
      <w:r>
        <w:rPr>
          <w:rFonts w:ascii="Noto Sans CJK SC" w:hAnsi="Noto Sans CJK SC" w:eastAsia="Noto Sans CJK SC"/>
          <w:sz w:val="17"/>
        </w:rPr>
        <w:t>字母进单词：圈出含有字母 q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Listen and point.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eye.</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运动：跑步节奏日：慢跑 5 分钟 + 50 米轻松跑 1 次，不追求极限。</w:t>
      </w:r>
    </w:p>
    <w:p>
      <w:pPr>
        <w:spacing w:after="60" w:before="0"/>
      </w:pPr>
      <w:r>
        <w:rPr>
          <w:rFonts w:ascii="Noto Sans CJK SC" w:hAnsi="Noto Sans CJK SC" w:eastAsia="Noto Sans CJK SC"/>
          <w:sz w:val="17"/>
        </w:rPr>
        <w:t>象棋/心理：1 步将杀题 1 道，做不出也算完成。</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第3周 Day 3 - 短语与和倍模型</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声调小雷达：家长随机读，孩子用手势/圈选。今日音节：fēn  zǔ  péng  yǒu  lǎo  shī  yuán  xiào</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桌</w:t>
            </w:r>
          </w:p>
        </w:tc>
        <w:tc>
          <w:tcPr>
            <w:tcW w:type="dxa" w:w="3685"/>
            <w:vAlign w:val="center"/>
          </w:tcPr>
          <w:p>
            <w:pPr>
              <w:spacing w:after="0"/>
            </w:pPr>
            <w:r/>
            <w:r>
              <w:rPr>
                <w:rFonts w:ascii="Noto Sans CJK SC" w:hAnsi="Noto Sans CJK SC" w:eastAsia="Noto Sans CJK SC"/>
                <w:b w:val="0"/>
                <w:sz w:val="16"/>
              </w:rPr>
              <w:t>上面占，下面木；竖要对中。</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椅</w:t>
            </w:r>
          </w:p>
        </w:tc>
        <w:tc>
          <w:tcPr>
            <w:tcW w:type="dxa" w:w="3685"/>
            <w:vAlign w:val="center"/>
          </w:tcPr>
          <w:p>
            <w:pPr>
              <w:spacing w:after="0"/>
            </w:pPr>
            <w:r/>
            <w:r>
              <w:rPr>
                <w:rFonts w:ascii="Noto Sans CJK SC" w:hAnsi="Noto Sans CJK SC" w:eastAsia="Noto Sans CJK SC"/>
                <w:b w:val="0"/>
                <w:sz w:val="16"/>
              </w:rPr>
              <w:t>木字旁窄，右边奇。</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1分钟抄写：椅子在桌旁。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4×7=__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妈妈和爸爸一共有 28 个贴纸。妈妈比爸爸多 8 个。妈妈和爸爸各有几个？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妈妈和爸爸一共有 30 个贴纸。爸爸的贴纸是妈妈的 4 倍。妈妈和爸爸各有几个？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今日词卡：cat / dog / fish / bird / rabbit / duck / pig / jump</w:t>
      </w:r>
    </w:p>
    <w:p>
      <w:pPr>
        <w:spacing w:after="60" w:before="0"/>
      </w:pPr>
      <w:r>
        <w:rPr>
          <w:rFonts w:ascii="Noto Sans CJK SC" w:hAnsi="Noto Sans CJK SC" w:eastAsia="Noto Sans CJK SC"/>
          <w:sz w:val="17"/>
        </w:rPr>
        <w:t>字母进单词：圈出含有字母 j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eye.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mouth.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运动：跳绳速度日：30 秒 × 3 轮 + 1 分钟 × 1 轮；记录中断次数。</w:t>
      </w:r>
    </w:p>
    <w:p>
      <w:pPr>
        <w:spacing w:after="60" w:before="0"/>
      </w:pPr>
      <w:r>
        <w:rPr>
          <w:rFonts w:ascii="Noto Sans CJK SC" w:hAnsi="Noto Sans CJK SC" w:eastAsia="Noto Sans CJK SC"/>
          <w:sz w:val="17"/>
        </w:rPr>
        <w:t>象棋/心理：亲子轻松局 1 盘，家长让 1 个小目标。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第3周 Day 4 - 短语与和倍模型</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声调小雷达：家长随机读，孩子用手势/圈选。今日音节：fáng  jiān  yú  māo  gǒu  tù  zhōng  guó</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红</w:t>
            </w:r>
          </w:p>
        </w:tc>
        <w:tc>
          <w:tcPr>
            <w:tcW w:type="dxa" w:w="3685"/>
            <w:vAlign w:val="center"/>
          </w:tcPr>
          <w:p>
            <w:pPr>
              <w:spacing w:after="0"/>
            </w:pPr>
            <w:r/>
            <w:r>
              <w:rPr>
                <w:rFonts w:ascii="Noto Sans CJK SC" w:hAnsi="Noto Sans CJK SC" w:eastAsia="Noto Sans CJK SC"/>
                <w:b w:val="0"/>
                <w:sz w:val="16"/>
              </w:rPr>
              <w:t>绞丝旁，右边工。</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蓝</w:t>
            </w:r>
          </w:p>
        </w:tc>
        <w:tc>
          <w:tcPr>
            <w:tcW w:type="dxa" w:w="3685"/>
            <w:vAlign w:val="center"/>
          </w:tcPr>
          <w:p>
            <w:pPr>
              <w:spacing w:after="0"/>
            </w:pPr>
            <w:r/>
            <w:r>
              <w:rPr>
                <w:rFonts w:ascii="Noto Sans CJK SC" w:hAnsi="Noto Sans CJK SC" w:eastAsia="Noto Sans CJK SC"/>
                <w:b w:val="0"/>
                <w:sz w:val="16"/>
              </w:rPr>
              <w:t>草字头，下面监；整体别太宽。</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1分钟抄写：红蓝黄黑白。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5×8=__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小明和小红一共有 32 个金币。小明比小红多 6 个。小明和小红各有几个？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小明和小红一共有 32 个金币。小红的金币是小明的 3 倍。小明和小红各有几个？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今日词卡：duck / pig / cow / red / blue / green / yellow / on</w:t>
      </w:r>
    </w:p>
    <w:p>
      <w:pPr>
        <w:spacing w:after="60" w:before="0"/>
      </w:pPr>
      <w:r>
        <w:rPr>
          <w:rFonts w:ascii="Noto Sans CJK SC" w:hAnsi="Noto Sans CJK SC" w:eastAsia="Noto Sans CJK SC"/>
          <w:sz w:val="17"/>
        </w:rPr>
        <w:t>字母进单词：圈出含有字母 l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mouth.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Run to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Jump three times.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运动：户外综合日：球类/追逐/骑行 30-60 分钟。</w:t>
      </w:r>
    </w:p>
    <w:p>
      <w:pPr>
        <w:spacing w:after="60" w:before="0"/>
      </w:pPr>
      <w:r>
        <w:rPr>
          <w:rFonts w:ascii="Noto Sans CJK SC" w:hAnsi="Noto Sans CJK SC" w:eastAsia="Noto Sans CJK SC"/>
          <w:sz w:val="17"/>
        </w:rPr>
        <w:t>象棋/心理：复盘 1 个错误：下次先看王、后、车。</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第3周 Day 5 - 短语与和倍模型</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má  mǎ  mà  bā  bá  bǎ  bà</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黄</w:t>
            </w:r>
          </w:p>
        </w:tc>
        <w:tc>
          <w:tcPr>
            <w:tcW w:type="dxa" w:w="3685"/>
            <w:vAlign w:val="center"/>
          </w:tcPr>
          <w:p>
            <w:pPr>
              <w:spacing w:after="0"/>
            </w:pPr>
            <w:r/>
            <w:r>
              <w:rPr>
                <w:rFonts w:ascii="Noto Sans CJK SC" w:hAnsi="Noto Sans CJK SC" w:eastAsia="Noto Sans CJK SC"/>
                <w:b w:val="0"/>
                <w:sz w:val="16"/>
              </w:rPr>
              <w:t>上中下结构，下面八打开。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黑</w:t>
            </w:r>
          </w:p>
        </w:tc>
        <w:tc>
          <w:tcPr>
            <w:tcW w:type="dxa" w:w="3685"/>
            <w:vAlign w:val="center"/>
          </w:tcPr>
          <w:p>
            <w:pPr>
              <w:spacing w:after="0"/>
            </w:pPr>
            <w:r/>
            <w:r>
              <w:rPr>
                <w:rFonts w:ascii="Noto Sans CJK SC" w:hAnsi="Noto Sans CJK SC" w:eastAsia="Noto Sans CJK SC"/>
                <w:b w:val="0"/>
                <w:sz w:val="16"/>
              </w:rPr>
              <w:t>上面写紧，下面四点排匀。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1分钟抄写：我的手很小。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9×6=__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哥哥和弟弟一共有 36 个积木。哥哥比弟弟多 10 个。哥哥和弟弟各有几个？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哥哥和弟弟一共有 36 个积木。弟弟的积木是哥哥的 2 倍。哥哥和弟弟各有几个？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今日词卡：green / yellow / black / white / orange / pink / purple / under</w:t>
      </w:r>
    </w:p>
    <w:p>
      <w:pPr>
        <w:spacing w:after="60" w:before="0"/>
      </w:pPr>
      <w:r>
        <w:rPr>
          <w:rFonts w:ascii="Noto Sans CJK SC" w:hAnsi="Noto Sans CJK SC" w:eastAsia="Noto Sans CJK SC"/>
          <w:sz w:val="17"/>
        </w:rPr>
        <w:t>字母进单词：圈出含有字母 z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Run to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Jump three times.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pencil under the book.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运动：跑跳混合日：开合跳 20 次 + 折返跑 3 组 + 拉伸。</w:t>
      </w:r>
    </w:p>
    <w:p>
      <w:pPr>
        <w:spacing w:after="60" w:before="0"/>
      </w:pPr>
      <w:r>
        <w:rPr>
          <w:rFonts w:ascii="Noto Sans CJK SC" w:hAnsi="Noto Sans CJK SC" w:eastAsia="Noto Sans CJK SC"/>
          <w:sz w:val="17"/>
        </w:rPr>
        <w:t>象棋/心理：残局看图 5 分钟，找最好一步。</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第3周 Day 6 - 短语与和倍模型</w:t>
      </w:r>
    </w:p>
    <w:p>
      <w:pPr>
        <w:spacing w:after="60" w:before="0"/>
      </w:pPr>
      <w:r>
        <w:rPr>
          <w:rFonts w:ascii="Noto Sans CJK SC" w:hAnsi="Noto Sans CJK SC" w:eastAsia="Noto Sans CJK SC"/>
          <w:sz w:val="17"/>
        </w:rPr>
        <w:t>类型：周测日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声调小雷达：家长随机读，孩子用手势/圈选。今日音节：shī  shí  shǐ  shì  zhōng  zhóng  zhǒng  zhòng  mā  mǎ  má  mà</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白</w:t>
            </w:r>
          </w:p>
        </w:tc>
        <w:tc>
          <w:tcPr>
            <w:tcW w:type="dxa" w:w="3685"/>
            <w:vAlign w:val="center"/>
          </w:tcPr>
          <w:p>
            <w:pPr>
              <w:spacing w:after="0"/>
            </w:pPr>
            <w:r/>
            <w:r>
              <w:rPr>
                <w:rFonts w:ascii="Noto Sans CJK SC" w:hAnsi="Noto Sans CJK SC" w:eastAsia="Noto Sans CJK SC"/>
                <w:b w:val="0"/>
                <w:sz w:val="16"/>
              </w:rPr>
              <w:t>撇后写日，里面两横要平。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手</w:t>
            </w:r>
          </w:p>
        </w:tc>
        <w:tc>
          <w:tcPr>
            <w:tcW w:type="dxa" w:w="3685"/>
            <w:vAlign w:val="center"/>
          </w:tcPr>
          <w:p>
            <w:pPr>
              <w:spacing w:after="0"/>
            </w:pPr>
            <w:r/>
            <w:r>
              <w:rPr>
                <w:rFonts w:ascii="Noto Sans CJK SC" w:hAnsi="Noto Sans CJK SC" w:eastAsia="Noto Sans CJK SC"/>
                <w:b w:val="0"/>
                <w:sz w:val="16"/>
              </w:rPr>
              <w:t>撇、横、横、竖钩；竖钩居中。</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1分钟抄写：我摸头和眼。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2×6=__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小猫和小狗一共有 40 个糖果。小猫比小狗多 8 个。小猫和小狗各有几个？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小猫和小狗一共有 40 个糖果。小狗的糖果是小猫的 4 倍。小猫和小狗各有几个？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今日词卡：pink / purple / brown / cat / dog / fish / bird / desk</w:t>
      </w:r>
    </w:p>
    <w:p>
      <w:pPr>
        <w:spacing w:after="60" w:before="0"/>
      </w:pPr>
      <w:r>
        <w:rPr>
          <w:rFonts w:ascii="Noto Sans CJK SC" w:hAnsi="Noto Sans CJK SC" w:eastAsia="Noto Sans CJK SC"/>
          <w:sz w:val="17"/>
        </w:rPr>
        <w:t>字母进单词：圈出含有字母 b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pencil under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pencil in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book on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bag under the chair.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运动：周测日：1 分钟跳绳 + 连续跳绳；只记录，不批评。</w:t>
      </w:r>
    </w:p>
    <w:p>
      <w:pPr>
        <w:spacing w:after="60" w:before="0"/>
      </w:pPr>
      <w:r>
        <w:rPr>
          <w:rFonts w:ascii="Noto Sans CJK SC" w:hAnsi="Noto Sans CJK SC" w:eastAsia="Noto Sans CJK SC"/>
          <w:sz w:val="17"/>
        </w:rPr>
        <w:t>象棋/心理：周末棋局：只捡一个装备。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第3周 Day 7 - 短语与和倍模型</w:t>
      </w:r>
    </w:p>
    <w:p>
      <w:pPr>
        <w:spacing w:after="60" w:before="0"/>
      </w:pPr>
      <w:r>
        <w:rPr>
          <w:rFonts w:ascii="Noto Sans CJK SC" w:hAnsi="Noto Sans CJK SC" w:eastAsia="Noto Sans CJK SC"/>
          <w:sz w:val="17"/>
        </w:rPr>
        <w:t>类型：休整日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mǎ  má  mà  bā  bà</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头</w:t>
            </w:r>
          </w:p>
        </w:tc>
        <w:tc>
          <w:tcPr>
            <w:tcW w:type="dxa" w:w="3685"/>
            <w:vAlign w:val="center"/>
          </w:tcPr>
          <w:p>
            <w:pPr>
              <w:spacing w:after="0"/>
            </w:pPr>
            <w:r/>
            <w:r>
              <w:rPr>
                <w:rFonts w:ascii="Noto Sans CJK SC" w:hAnsi="Noto Sans CJK SC" w:eastAsia="Noto Sans CJK SC"/>
                <w:b w:val="0"/>
                <w:sz w:val="16"/>
              </w:rPr>
              <w:t>点、点、横、撇、点；撇捺要分开。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眼</w:t>
            </w:r>
          </w:p>
        </w:tc>
        <w:tc>
          <w:tcPr>
            <w:tcW w:type="dxa" w:w="3685"/>
            <w:vAlign w:val="center"/>
          </w:tcPr>
          <w:p>
            <w:pPr>
              <w:spacing w:after="0"/>
            </w:pPr>
            <w:r/>
            <w:r>
              <w:rPr>
                <w:rFonts w:ascii="Noto Sans CJK SC" w:hAnsi="Noto Sans CJK SC" w:eastAsia="Noto Sans CJK SC"/>
                <w:b w:val="0"/>
                <w:sz w:val="16"/>
              </w:rPr>
              <w:t>目字旁窄，右边艮。</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1分钟抄写：我有耳口鼻。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3×4=__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乐乐和天天一共有 44 个小星星。乐乐比天天多 12 个。乐乐和天天各有几个？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乐乐和天天一共有 45 个小星星。天天的小星星是乐乐的 4 倍。乐乐和天天各有几个？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今日词卡：fish / bird / rabbit / duck / pig / cow / red / chair</w:t>
      </w:r>
    </w:p>
    <w:p>
      <w:pPr>
        <w:spacing w:after="60" w:before="0"/>
      </w:pPr>
      <w:r>
        <w:rPr>
          <w:rFonts w:ascii="Noto Sans CJK SC" w:hAnsi="Noto Sans CJK SC" w:eastAsia="Noto Sans CJK SC"/>
          <w:sz w:val="17"/>
        </w:rPr>
        <w:t>字母进单词：圈出含有字母 d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pencil in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book on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bag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ball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Find a red pencil.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Find a blue book.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运动：休整日：户外散步/公园活动，低强度恢复。</w:t>
      </w:r>
    </w:p>
    <w:p>
      <w:pPr>
        <w:spacing w:after="60" w:before="0"/>
      </w:pPr>
      <w:r>
        <w:rPr>
          <w:rFonts w:ascii="Noto Sans CJK SC" w:hAnsi="Noto Sans CJK SC" w:eastAsia="Noto Sans CJK SC"/>
          <w:sz w:val="17"/>
        </w:rPr>
        <w:t>象棋/心理：休息或自由棋，不复盘。</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第3周 家长答案与观察点</w:t>
      </w:r>
    </w:p>
    <w:p>
      <w:pPr>
        <w:spacing w:after="60" w:before="0"/>
      </w:pPr>
      <w:r>
        <w:rPr>
          <w:rFonts w:ascii="Noto Sans CJK SC" w:hAnsi="Noto Sans CJK SC" w:eastAsia="Noto Sans CJK SC"/>
          <w:b/>
          <w:sz w:val="18"/>
        </w:rPr>
        <w:t>使用：每天做完后再看，不要边做边讲答案。每晚只记录趋势。</w:t>
      </w:r>
    </w:p>
    <w:p>
      <w:pPr>
        <w:pStyle w:val="Heading2"/>
        <w:spacing w:after="80"/>
      </w:pPr>
      <w:r>
        <w:rPr>
          <w:rFonts w:ascii="Noto Sans CJK SC" w:hAnsi="Noto Sans CJK SC" w:eastAsia="Noto Sans CJK SC"/>
        </w:rPr>
        <w:t>Day 1 答案</w:t>
      </w:r>
    </w:p>
    <w:p>
      <w:pPr>
        <w:spacing w:after="60" w:before="0"/>
      </w:pPr>
      <w:r>
        <w:rPr>
          <w:rFonts w:ascii="Noto Sans CJK SC" w:hAnsi="Noto Sans CJK SC" w:eastAsia="Noto Sans CJK SC"/>
          <w:sz w:val="17"/>
        </w:rPr>
        <w:t>语文：声调读准即可；今日字 任务。只纠正一个主问题，优先笔顺启动和结构。</w:t>
      </w:r>
    </w:p>
    <w:p>
      <w:pPr>
        <w:spacing w:after="60" w:before="0"/>
      </w:pPr>
      <w:r>
        <w:rPr>
          <w:rFonts w:ascii="Noto Sans CJK SC" w:hAnsi="Noto Sans CJK SC" w:eastAsia="Noto Sans CJK SC"/>
          <w:sz w:val="16"/>
        </w:rPr>
        <w:t>乘法快闪答案：6×9=54；7×8=56；7×9=63；8×9=72；6×7=42；6×6=36</w:t>
      </w:r>
    </w:p>
    <w:p>
      <w:pPr>
        <w:spacing w:after="60" w:before="0"/>
      </w:pPr>
      <w:r>
        <w:rPr>
          <w:rFonts w:ascii="Noto Sans CJK SC" w:hAnsi="Noto Sans CJK SC" w:eastAsia="Noto Sans CJK SC"/>
          <w:sz w:val="16"/>
        </w:rPr>
        <w:t>数学1 [和差] 答：乐乐12个，天天8个。提示：先去掉多出来的 4：20-4=16；平分：16÷2=8。天天 8 个，乐乐 12 个。</w:t>
      </w:r>
    </w:p>
    <w:p>
      <w:pPr>
        <w:spacing w:after="60" w:before="0"/>
      </w:pPr>
      <w:r>
        <w:rPr>
          <w:rFonts w:ascii="Noto Sans CJK SC" w:hAnsi="Noto Sans CJK SC" w:eastAsia="Noto Sans CJK SC"/>
          <w:sz w:val="16"/>
        </w:rPr>
        <w:t>数学2 [和倍] 答：乐乐6个，天天12个。提示：一共是 1份+2份=3份；18÷3=6。乐乐 6 个，天天 12 个。</w:t>
      </w:r>
    </w:p>
    <w:p>
      <w:pPr>
        <w:spacing w:after="60" w:before="0"/>
      </w:pPr>
      <w:r>
        <w:rPr>
          <w:rFonts w:ascii="Noto Sans CJK SC" w:hAnsi="Noto Sans CJK SC" w:eastAsia="Noto Sans CJK SC"/>
          <w:sz w:val="16"/>
        </w:rPr>
        <w:t>数学3 [线段计数] 答：15。提示：从第1个点出发数：5+4+3+2+1=15。</w:t>
      </w:r>
    </w:p>
    <w:p>
      <w:pPr>
        <w:spacing w:after="60" w:before="0"/>
      </w:pPr>
      <w:r>
        <w:rPr>
          <w:rFonts w:ascii="Noto Sans CJK SC" w:hAnsi="Noto Sans CJK SC" w:eastAsia="Noto Sans CJK SC"/>
          <w:sz w:val="16"/>
        </w:rPr>
        <w:t>英语：目标是能做动作，不强求翻译。指令：Put the paper in the box；Read one word；Write one word；Listen and point；Touch your nose；Touch your head。</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2 答案</w:t>
      </w:r>
    </w:p>
    <w:p>
      <w:pPr>
        <w:spacing w:after="60" w:before="0"/>
      </w:pPr>
      <w:r>
        <w:rPr>
          <w:rFonts w:ascii="Noto Sans CJK SC" w:hAnsi="Noto Sans CJK SC" w:eastAsia="Noto Sans CJK SC"/>
          <w:sz w:val="17"/>
        </w:rPr>
        <w:t>语文：声调读准即可；今日字 书笔。只纠正一个主问题，优先笔顺启动和结构。</w:t>
      </w:r>
    </w:p>
    <w:p>
      <w:pPr>
        <w:spacing w:after="60" w:before="0"/>
      </w:pPr>
      <w:r>
        <w:rPr>
          <w:rFonts w:ascii="Noto Sans CJK SC" w:hAnsi="Noto Sans CJK SC" w:eastAsia="Noto Sans CJK SC"/>
          <w:sz w:val="16"/>
        </w:rPr>
        <w:t>乘法快闪答案：7×8=56；7×9=63；8×9=72；6×7=42；6×8=48；3×8=24</w:t>
      </w:r>
    </w:p>
    <w:p>
      <w:pPr>
        <w:spacing w:after="60" w:before="0"/>
      </w:pPr>
      <w:r>
        <w:rPr>
          <w:rFonts w:ascii="Noto Sans CJK SC" w:hAnsi="Noto Sans CJK SC" w:eastAsia="Noto Sans CJK SC"/>
          <w:sz w:val="16"/>
        </w:rPr>
        <w:t>数学1 [和差] 答：老师15个，同学9个。提示：先去掉多出来的 6：24-6=18；平分：18÷2=9。同学 9 个，老师 15 个。</w:t>
      </w:r>
    </w:p>
    <w:p>
      <w:pPr>
        <w:spacing w:after="60" w:before="0"/>
      </w:pPr>
      <w:r>
        <w:rPr>
          <w:rFonts w:ascii="Noto Sans CJK SC" w:hAnsi="Noto Sans CJK SC" w:eastAsia="Noto Sans CJK SC"/>
          <w:sz w:val="16"/>
        </w:rPr>
        <w:t>数学2 [和倍] 答：老师6个，同学18个。提示：一共是 1份+3份=4份；24÷4=6。老师 6 个，同学 18 个。</w:t>
      </w:r>
    </w:p>
    <w:p>
      <w:pPr>
        <w:spacing w:after="60" w:before="0"/>
      </w:pPr>
      <w:r>
        <w:rPr>
          <w:rFonts w:ascii="Noto Sans CJK SC" w:hAnsi="Noto Sans CJK SC" w:eastAsia="Noto Sans CJK SC"/>
          <w:sz w:val="16"/>
        </w:rPr>
        <w:t>数学3 [线段计数] 答：10。提示：从第1个点出发数：4+3+2+1=10。</w:t>
      </w:r>
    </w:p>
    <w:p>
      <w:pPr>
        <w:spacing w:after="60" w:before="0"/>
      </w:pPr>
      <w:r>
        <w:rPr>
          <w:rFonts w:ascii="Noto Sans CJK SC" w:hAnsi="Noto Sans CJK SC" w:eastAsia="Noto Sans CJK SC"/>
          <w:sz w:val="16"/>
        </w:rPr>
        <w:t>英语：目标是能做动作，不强求翻译。指令：Listen and point；Touch your nose；Touch your head；Touch your hand；Touch your ear；Touch your eye。</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3 答案</w:t>
      </w:r>
    </w:p>
    <w:p>
      <w:pPr>
        <w:spacing w:after="60" w:before="0"/>
      </w:pPr>
      <w:r>
        <w:rPr>
          <w:rFonts w:ascii="Noto Sans CJK SC" w:hAnsi="Noto Sans CJK SC" w:eastAsia="Noto Sans CJK SC"/>
          <w:sz w:val="17"/>
        </w:rPr>
        <w:t>语文：声调读准即可；今日字 桌椅。只纠正一个主问题，优先笔顺启动和结构。</w:t>
      </w:r>
    </w:p>
    <w:p>
      <w:pPr>
        <w:spacing w:after="60" w:before="0"/>
      </w:pPr>
      <w:r>
        <w:rPr>
          <w:rFonts w:ascii="Noto Sans CJK SC" w:hAnsi="Noto Sans CJK SC" w:eastAsia="Noto Sans CJK SC"/>
          <w:sz w:val="16"/>
        </w:rPr>
        <w:t>乘法快闪答案：7×9=63；8×9=72；6×7=42；6×8=48；6×9=54；4×7=28</w:t>
      </w:r>
    </w:p>
    <w:p>
      <w:pPr>
        <w:spacing w:after="60" w:before="0"/>
      </w:pPr>
      <w:r>
        <w:rPr>
          <w:rFonts w:ascii="Noto Sans CJK SC" w:hAnsi="Noto Sans CJK SC" w:eastAsia="Noto Sans CJK SC"/>
          <w:sz w:val="16"/>
        </w:rPr>
        <w:t>数学1 [和差] 答：妈妈18个，爸爸10个。提示：先去掉多出来的 8：28-8=20；平分：20÷2=10。爸爸 10 个，妈妈 18 个。</w:t>
      </w:r>
    </w:p>
    <w:p>
      <w:pPr>
        <w:spacing w:after="60" w:before="0"/>
      </w:pPr>
      <w:r>
        <w:rPr>
          <w:rFonts w:ascii="Noto Sans CJK SC" w:hAnsi="Noto Sans CJK SC" w:eastAsia="Noto Sans CJK SC"/>
          <w:sz w:val="16"/>
        </w:rPr>
        <w:t>数学2 [和倍] 答：妈妈6个，爸爸24个。提示：一共是 1份+4份=5份；30÷5=6。妈妈 6 个，爸爸 24 个。</w:t>
      </w:r>
    </w:p>
    <w:p>
      <w:pPr>
        <w:spacing w:after="60" w:before="0"/>
      </w:pPr>
      <w:r>
        <w:rPr>
          <w:rFonts w:ascii="Noto Sans CJK SC" w:hAnsi="Noto Sans CJK SC" w:eastAsia="Noto Sans CJK SC"/>
          <w:sz w:val="16"/>
        </w:rPr>
        <w:t>数学3 [线段计数] 答：15。提示：从第1个点出发数：5+4+3+2+1=15。</w:t>
      </w:r>
    </w:p>
    <w:p>
      <w:pPr>
        <w:spacing w:after="60" w:before="0"/>
      </w:pPr>
      <w:r>
        <w:rPr>
          <w:rFonts w:ascii="Noto Sans CJK SC" w:hAnsi="Noto Sans CJK SC" w:eastAsia="Noto Sans CJK SC"/>
          <w:sz w:val="16"/>
        </w:rPr>
        <w:t>英语：目标是能做动作，不强求翻译。指令：Touch your hand；Touch your ear；Touch your eye；Touch your mouth；Stand up；Sit down。</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4 答案</w:t>
      </w:r>
    </w:p>
    <w:p>
      <w:pPr>
        <w:spacing w:after="60" w:before="0"/>
      </w:pPr>
      <w:r>
        <w:rPr>
          <w:rFonts w:ascii="Noto Sans CJK SC" w:hAnsi="Noto Sans CJK SC" w:eastAsia="Noto Sans CJK SC"/>
          <w:sz w:val="17"/>
        </w:rPr>
        <w:t>语文：声调读准即可；今日字 红蓝。只纠正一个主问题，优先笔顺启动和结构。</w:t>
      </w:r>
    </w:p>
    <w:p>
      <w:pPr>
        <w:spacing w:after="60" w:before="0"/>
      </w:pPr>
      <w:r>
        <w:rPr>
          <w:rFonts w:ascii="Noto Sans CJK SC" w:hAnsi="Noto Sans CJK SC" w:eastAsia="Noto Sans CJK SC"/>
          <w:sz w:val="16"/>
        </w:rPr>
        <w:t>乘法快闪答案：8×9=72；6×7=42；6×8=48；6×9=54；7×8=56；5×8=40</w:t>
      </w:r>
    </w:p>
    <w:p>
      <w:pPr>
        <w:spacing w:after="60" w:before="0"/>
      </w:pPr>
      <w:r>
        <w:rPr>
          <w:rFonts w:ascii="Noto Sans CJK SC" w:hAnsi="Noto Sans CJK SC" w:eastAsia="Noto Sans CJK SC"/>
          <w:sz w:val="16"/>
        </w:rPr>
        <w:t>数学1 [和差] 答：小明19个，小红13个。提示：先去掉多出来的 6：32-6=26；平分：26÷2=13。小红 13 个，小明 19 个。</w:t>
      </w:r>
    </w:p>
    <w:p>
      <w:pPr>
        <w:spacing w:after="60" w:before="0"/>
      </w:pPr>
      <w:r>
        <w:rPr>
          <w:rFonts w:ascii="Noto Sans CJK SC" w:hAnsi="Noto Sans CJK SC" w:eastAsia="Noto Sans CJK SC"/>
          <w:sz w:val="16"/>
        </w:rPr>
        <w:t>数学2 [和倍] 答：小明8个，小红24个。提示：一共是 1份+3份=4份；32÷4=8。小明 8 个，小红 24 个。</w:t>
      </w:r>
    </w:p>
    <w:p>
      <w:pPr>
        <w:spacing w:after="60" w:before="0"/>
      </w:pPr>
      <w:r>
        <w:rPr>
          <w:rFonts w:ascii="Noto Sans CJK SC" w:hAnsi="Noto Sans CJK SC" w:eastAsia="Noto Sans CJK SC"/>
          <w:sz w:val="16"/>
        </w:rPr>
        <w:t>数学3 [线段计数] 答：10。提示：从第1个点出发数：4+3+2+1=10。</w:t>
      </w:r>
    </w:p>
    <w:p>
      <w:pPr>
        <w:spacing w:after="60" w:before="0"/>
      </w:pPr>
      <w:r>
        <w:rPr>
          <w:rFonts w:ascii="Noto Sans CJK SC" w:hAnsi="Noto Sans CJK SC" w:eastAsia="Noto Sans CJK SC"/>
          <w:sz w:val="16"/>
        </w:rPr>
        <w:t>英语：目标是能做动作，不强求翻译。指令：Touch your mouth；Stand up；Sit down；Run to the door；Jump three times；Open the book。</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5 答案</w:t>
      </w:r>
    </w:p>
    <w:p>
      <w:pPr>
        <w:spacing w:after="60" w:before="0"/>
      </w:pPr>
      <w:r>
        <w:rPr>
          <w:rFonts w:ascii="Noto Sans CJK SC" w:hAnsi="Noto Sans CJK SC" w:eastAsia="Noto Sans CJK SC"/>
          <w:sz w:val="17"/>
        </w:rPr>
        <w:t>语文：声调读准即可；今日字 黄黑。只纠正一个主问题，优先笔顺启动和结构。</w:t>
      </w:r>
    </w:p>
    <w:p>
      <w:pPr>
        <w:spacing w:after="60" w:before="0"/>
      </w:pPr>
      <w:r>
        <w:rPr>
          <w:rFonts w:ascii="Noto Sans CJK SC" w:hAnsi="Noto Sans CJK SC" w:eastAsia="Noto Sans CJK SC"/>
          <w:sz w:val="16"/>
        </w:rPr>
        <w:t>乘法快闪答案：6×7=42；6×8=48；6×9=54；7×8=56；7×9=63；9×6=54</w:t>
      </w:r>
    </w:p>
    <w:p>
      <w:pPr>
        <w:spacing w:after="60" w:before="0"/>
      </w:pPr>
      <w:r>
        <w:rPr>
          <w:rFonts w:ascii="Noto Sans CJK SC" w:hAnsi="Noto Sans CJK SC" w:eastAsia="Noto Sans CJK SC"/>
          <w:sz w:val="16"/>
        </w:rPr>
        <w:t>数学1 [和差] 答：哥哥23个，弟弟13个。提示：先去掉多出来的 10：36-10=26；平分：26÷2=13。弟弟 13 个，哥哥 23 个。</w:t>
      </w:r>
    </w:p>
    <w:p>
      <w:pPr>
        <w:spacing w:after="60" w:before="0"/>
      </w:pPr>
      <w:r>
        <w:rPr>
          <w:rFonts w:ascii="Noto Sans CJK SC" w:hAnsi="Noto Sans CJK SC" w:eastAsia="Noto Sans CJK SC"/>
          <w:sz w:val="16"/>
        </w:rPr>
        <w:t>数学2 [和倍] 答：哥哥12个，弟弟24个。提示：一共是 1份+2份=3份；36÷3=12。哥哥 12 个，弟弟 24 个。</w:t>
      </w:r>
    </w:p>
    <w:p>
      <w:pPr>
        <w:spacing w:after="60" w:before="0"/>
      </w:pPr>
      <w:r>
        <w:rPr>
          <w:rFonts w:ascii="Noto Sans CJK SC" w:hAnsi="Noto Sans CJK SC" w:eastAsia="Noto Sans CJK SC"/>
          <w:sz w:val="16"/>
        </w:rPr>
        <w:t>数学3 [线段计数] 答：15。提示：从第1个点出发数：5+4+3+2+1=15。</w:t>
      </w:r>
    </w:p>
    <w:p>
      <w:pPr>
        <w:spacing w:after="60" w:before="0"/>
      </w:pPr>
      <w:r>
        <w:rPr>
          <w:rFonts w:ascii="Noto Sans CJK SC" w:hAnsi="Noto Sans CJK SC" w:eastAsia="Noto Sans CJK SC"/>
          <w:sz w:val="16"/>
        </w:rPr>
        <w:t>英语：目标是能做动作，不强求翻译。指令：Run to the door；Jump three times；Open the book；Close the book；Put the pencil on the desk；Put the pencil under the book。</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6 答案</w:t>
      </w:r>
    </w:p>
    <w:p>
      <w:pPr>
        <w:spacing w:after="60" w:before="0"/>
      </w:pPr>
      <w:r>
        <w:rPr>
          <w:rFonts w:ascii="Noto Sans CJK SC" w:hAnsi="Noto Sans CJK SC" w:eastAsia="Noto Sans CJK SC"/>
          <w:sz w:val="17"/>
        </w:rPr>
        <w:t>语文：声调读准即可；今日字 白手。只纠正一个主问题，优先笔顺启动和结构。</w:t>
      </w:r>
    </w:p>
    <w:p>
      <w:pPr>
        <w:spacing w:after="60" w:before="0"/>
      </w:pPr>
      <w:r>
        <w:rPr>
          <w:rFonts w:ascii="Noto Sans CJK SC" w:hAnsi="Noto Sans CJK SC" w:eastAsia="Noto Sans CJK SC"/>
          <w:sz w:val="16"/>
        </w:rPr>
        <w:t>乘法快闪答案：6×8=48；6×9=54；7×8=56；7×9=63；8×9=72；2×6=12</w:t>
      </w:r>
    </w:p>
    <w:p>
      <w:pPr>
        <w:spacing w:after="60" w:before="0"/>
      </w:pPr>
      <w:r>
        <w:rPr>
          <w:rFonts w:ascii="Noto Sans CJK SC" w:hAnsi="Noto Sans CJK SC" w:eastAsia="Noto Sans CJK SC"/>
          <w:sz w:val="16"/>
        </w:rPr>
        <w:t>数学1 [和差] 答：小猫24个，小狗16个。提示：先去掉多出来的 8：40-8=32；平分：32÷2=16。小狗 16 个，小猫 24 个。</w:t>
      </w:r>
    </w:p>
    <w:p>
      <w:pPr>
        <w:spacing w:after="60" w:before="0"/>
      </w:pPr>
      <w:r>
        <w:rPr>
          <w:rFonts w:ascii="Noto Sans CJK SC" w:hAnsi="Noto Sans CJK SC" w:eastAsia="Noto Sans CJK SC"/>
          <w:sz w:val="16"/>
        </w:rPr>
        <w:t>数学2 [和倍] 答：小猫8个，小狗32个。提示：一共是 1份+4份=5份；40÷5=8。小猫 8 个，小狗 32 个。</w:t>
      </w:r>
    </w:p>
    <w:p>
      <w:pPr>
        <w:spacing w:after="60" w:before="0"/>
      </w:pPr>
      <w:r>
        <w:rPr>
          <w:rFonts w:ascii="Noto Sans CJK SC" w:hAnsi="Noto Sans CJK SC" w:eastAsia="Noto Sans CJK SC"/>
          <w:sz w:val="16"/>
        </w:rPr>
        <w:t>数学3 [线段计数] 答：10。提示：从第1个点出发数：4+3+2+1=10。</w:t>
      </w:r>
    </w:p>
    <w:p>
      <w:pPr>
        <w:spacing w:after="60" w:before="0"/>
      </w:pPr>
      <w:r>
        <w:rPr>
          <w:rFonts w:ascii="Noto Sans CJK SC" w:hAnsi="Noto Sans CJK SC" w:eastAsia="Noto Sans CJK SC"/>
          <w:sz w:val="16"/>
        </w:rPr>
        <w:t>英语：目标是能做动作，不强求翻译。指令：Close the book；Put the pencil on the desk；Put the pencil under the book；Put the pencil in the bag；Put the book on the chair；Put the bag under the chair。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7 答案</w:t>
      </w:r>
    </w:p>
    <w:p>
      <w:pPr>
        <w:spacing w:after="60" w:before="0"/>
      </w:pPr>
      <w:r>
        <w:rPr>
          <w:rFonts w:ascii="Noto Sans CJK SC" w:hAnsi="Noto Sans CJK SC" w:eastAsia="Noto Sans CJK SC"/>
          <w:sz w:val="17"/>
        </w:rPr>
        <w:t>语文：声调读准即可；今日字 头眼。只纠正一个主问题，优先笔顺启动和结构。</w:t>
      </w:r>
    </w:p>
    <w:p>
      <w:pPr>
        <w:spacing w:after="60" w:before="0"/>
      </w:pPr>
      <w:r>
        <w:rPr>
          <w:rFonts w:ascii="Noto Sans CJK SC" w:hAnsi="Noto Sans CJK SC" w:eastAsia="Noto Sans CJK SC"/>
          <w:sz w:val="16"/>
        </w:rPr>
        <w:t>乘法快闪答案：6×9=54；7×8=56；7×9=63；8×9=72；6×7=42；3×4=12</w:t>
      </w:r>
    </w:p>
    <w:p>
      <w:pPr>
        <w:spacing w:after="60" w:before="0"/>
      </w:pPr>
      <w:r>
        <w:rPr>
          <w:rFonts w:ascii="Noto Sans CJK SC" w:hAnsi="Noto Sans CJK SC" w:eastAsia="Noto Sans CJK SC"/>
          <w:sz w:val="16"/>
        </w:rPr>
        <w:t>数学1 [和差] 答：乐乐28个，天天16个。提示：先去掉多出来的 12：44-12=32；平分：32÷2=16。天天 16 个，乐乐 28 个。</w:t>
      </w:r>
    </w:p>
    <w:p>
      <w:pPr>
        <w:spacing w:after="60" w:before="0"/>
      </w:pPr>
      <w:r>
        <w:rPr>
          <w:rFonts w:ascii="Noto Sans CJK SC" w:hAnsi="Noto Sans CJK SC" w:eastAsia="Noto Sans CJK SC"/>
          <w:sz w:val="16"/>
        </w:rPr>
        <w:t>数学2 [和倍] 答：乐乐9个，天天36个。提示：一共是 1份+4份=5份；45÷5=9。乐乐 9 个，天天 36 个。</w:t>
      </w:r>
    </w:p>
    <w:p>
      <w:pPr>
        <w:spacing w:after="60" w:before="0"/>
      </w:pPr>
      <w:r>
        <w:rPr>
          <w:rFonts w:ascii="Noto Sans CJK SC" w:hAnsi="Noto Sans CJK SC" w:eastAsia="Noto Sans CJK SC"/>
          <w:sz w:val="16"/>
        </w:rPr>
        <w:t>数学3 [线段计数] 答：15。提示：从第1个点出发数：5+4+3+2+1=15。</w:t>
      </w:r>
    </w:p>
    <w:p>
      <w:pPr>
        <w:spacing w:after="60" w:before="0"/>
      </w:pPr>
      <w:r>
        <w:rPr>
          <w:rFonts w:ascii="Noto Sans CJK SC" w:hAnsi="Noto Sans CJK SC" w:eastAsia="Noto Sans CJK SC"/>
          <w:sz w:val="16"/>
        </w:rPr>
        <w:t>英语：目标是能做动作，不强求翻译。指令：Put the pencil in the bag；Put the book on the chair；Put the bag under the chair；Put the ball in the box；Find a red pencil；Find a blue book。</w:t>
      </w:r>
    </w:p>
    <w:p>
      <w:pPr>
        <w:spacing w:after="60" w:before="0"/>
      </w:pPr>
      <w:r>
        <w:rPr>
          <w:rFonts w:ascii="Noto Sans CJK SC" w:hAnsi="Noto Sans CJK SC" w:eastAsia="Noto Sans CJK SC"/>
          <w:b/>
          <w:sz w:val="16"/>
        </w:rPr>
        <w:t>调参：若出现明显烦躁，立刻切到保底版：语文1个字、数学1道题、英语3条指令、运动10分钟。</w:t>
      </w:r>
    </w:p>
    <w:p>
      <w:r>
        <w:br w:type="page"/>
      </w:r>
    </w:p>
    <w:p>
      <w:pPr>
        <w:pStyle w:val="Heading1"/>
        <w:spacing w:after="80"/>
      </w:pPr>
      <w:r>
        <w:rPr>
          <w:rFonts w:ascii="Noto Sans CJK SC" w:hAnsi="Noto Sans CJK SC" w:eastAsia="Noto Sans CJK SC"/>
        </w:rPr>
        <w:t>第4周：句子化与周期启蒙</w:t>
      </w:r>
    </w:p>
    <w:p>
      <w:pPr>
        <w:spacing w:after="60" w:before="0"/>
      </w:pPr>
      <w:r>
        <w:rPr>
          <w:rFonts w:ascii="Noto Sans CJK SC" w:hAnsi="Noto Sans CJK SC" w:eastAsia="Noto Sans CJK SC"/>
          <w:b/>
          <w:sz w:val="20"/>
        </w:rPr>
        <w:t>本周目标：语文短句、英语家庭指令；数学和倍、周期。</w:t>
      </w:r>
    </w:p>
    <w:p>
      <w:pPr>
        <w:spacing w:after="60" w:before="0"/>
      </w:pPr>
      <w:r>
        <w:rPr>
          <w:rFonts w:ascii="Noto Sans CJK SC" w:hAnsi="Noto Sans CJK SC" w:eastAsia="Noto Sans CJK SC"/>
          <w:sz w:val="18"/>
        </w:rPr>
        <w:t>本周执行原则：每天完成核心任务即可，挑战题可选。若情绪明显下降，优先保住语文短练和运动。</w:t>
      </w:r>
    </w:p>
    <w:p>
      <w:r>
        <w:br w:type="page"/>
      </w:r>
    </w:p>
    <w:p>
      <w:pPr>
        <w:pStyle w:val="Heading1"/>
        <w:spacing w:after="80"/>
      </w:pPr>
      <w:r>
        <w:rPr>
          <w:rFonts w:ascii="Noto Sans CJK SC" w:hAnsi="Noto Sans CJK SC" w:eastAsia="Noto Sans CJK SC"/>
        </w:rPr>
        <w:t>第4周 Day 1 - 句子化与周期启蒙</w:t>
      </w:r>
    </w:p>
    <w:p>
      <w:pPr>
        <w:spacing w:after="60" w:before="0"/>
      </w:pPr>
      <w:r>
        <w:rPr>
          <w:rFonts w:ascii="Noto Sans CJK SC" w:hAnsi="Noto Sans CJK SC" w:eastAsia="Noto Sans CJK SC"/>
          <w:sz w:val="17"/>
        </w:rPr>
        <w:t>类型：训练日    今日目标：语文短句、英语家庭指令；数学和倍、周期。</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声调小雷达：家长随机读，孩子用手势/圈选。今日音节：zhōng  zhǒng  zhòng  shī  shí  shì  mǎ  bǎ</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耳</w:t>
            </w:r>
          </w:p>
        </w:tc>
        <w:tc>
          <w:tcPr>
            <w:tcW w:type="dxa" w:w="3685"/>
            <w:vAlign w:val="center"/>
          </w:tcPr>
          <w:p>
            <w:pPr>
              <w:spacing w:after="0"/>
            </w:pPr>
            <w:r/>
            <w:r>
              <w:rPr>
                <w:rFonts w:ascii="Noto Sans CJK SC" w:hAnsi="Noto Sans CJK SC" w:eastAsia="Noto Sans CJK SC"/>
                <w:b w:val="0"/>
                <w:sz w:val="16"/>
              </w:rPr>
              <w:t>横、竖、竖、横、横、横；横画均匀。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口</w:t>
            </w:r>
          </w:p>
        </w:tc>
        <w:tc>
          <w:tcPr>
            <w:tcW w:type="dxa" w:w="3685"/>
            <w:vAlign w:val="center"/>
          </w:tcPr>
          <w:p>
            <w:pPr>
              <w:spacing w:after="0"/>
            </w:pPr>
            <w:r/>
            <w:r>
              <w:rPr>
                <w:rFonts w:ascii="Noto Sans CJK SC" w:hAnsi="Noto Sans CJK SC" w:eastAsia="Noto Sans CJK SC"/>
                <w:b w:val="0"/>
                <w:sz w:val="16"/>
              </w:rPr>
              <w:t>竖、横折、横；小口要闭合。</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1分钟抄写：我在家里。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4×5=__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[和倍] 老师和同学一共有 18 个棋子。同学的棋子是老师的 2 倍。老师和同学各有几个？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老师有 8 个棋子，同学的棋子是老师的 3 倍。两人一共有多少个棋子？</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按“红、黄、蓝”不断重复排列，第 14 个是哪个项目？</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今日词卡：mom / dad / baby / boy / girl / teacher / friend / brother</w:t>
      </w:r>
    </w:p>
    <w:p>
      <w:pPr>
        <w:spacing w:after="60" w:before="0"/>
      </w:pPr>
      <w:r>
        <w:rPr>
          <w:rFonts w:ascii="Noto Sans CJK SC" w:hAnsi="Noto Sans CJK SC" w:eastAsia="Noto Sans CJK SC"/>
          <w:sz w:val="17"/>
        </w:rPr>
        <w:t>字母进单词：圈出含有字母 q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ball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Find a red pencil.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Find a blue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Draw a fish.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Draw a small bird.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Give me the book.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运动：跳绳技术日：连续跳 3 轮，每轮尽量不断；记录最好一次。</w:t>
      </w:r>
    </w:p>
    <w:p>
      <w:pPr>
        <w:spacing w:after="60" w:before="0"/>
      </w:pPr>
      <w:r>
        <w:rPr>
          <w:rFonts w:ascii="Noto Sans CJK SC" w:hAnsi="Noto Sans CJK SC" w:eastAsia="Noto Sans CJK SC"/>
          <w:sz w:val="17"/>
        </w:rPr>
        <w:t>象棋/心理：不安排棋题，只说一句“今天错题是系统提示”。</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第4周 Day 2 - 句子化与周期启蒙</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声调小雷达：家长随机读，孩子用手势/圈选。今日音节：mǎ  mā  bà  bá  shì  shī  zhǒng  zhōng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鼻</w:t>
            </w:r>
          </w:p>
        </w:tc>
        <w:tc>
          <w:tcPr>
            <w:tcW w:type="dxa" w:w="3685"/>
            <w:vAlign w:val="center"/>
          </w:tcPr>
          <w:p>
            <w:pPr>
              <w:spacing w:after="0"/>
            </w:pPr>
            <w:r/>
            <w:r>
              <w:rPr>
                <w:rFonts w:ascii="Noto Sans CJK SC" w:hAnsi="Noto Sans CJK SC" w:eastAsia="Noto Sans CJK SC"/>
                <w:b w:val="0"/>
                <w:sz w:val="16"/>
              </w:rPr>
              <w:t>上中下结构，先写自，再写田，再写下面。</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家</w:t>
            </w:r>
          </w:p>
        </w:tc>
        <w:tc>
          <w:tcPr>
            <w:tcW w:type="dxa" w:w="3685"/>
            <w:vAlign w:val="center"/>
          </w:tcPr>
          <w:p>
            <w:pPr>
              <w:spacing w:after="0"/>
            </w:pPr>
            <w:r/>
            <w:r>
              <w:rPr>
                <w:rFonts w:ascii="Noto Sans CJK SC" w:hAnsi="Noto Sans CJK SC" w:eastAsia="Noto Sans CJK SC"/>
                <w:b w:val="0"/>
                <w:sz w:val="16"/>
              </w:rPr>
              <w:t>宝盖头盖住下面，下面豕不要散。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1分钟抄写：这里有书。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5×7=__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[和倍] 妈妈和爸爸一共有 28 个书签。爸爸的书签是妈妈的 3 倍。妈妈和爸爸各有几个？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妈妈有 9 个书签，爸爸的书签是妈妈的 4 倍。两人一共有多少个书签？</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按“猫、狗”不断重复排列，第 16 个是哪个项目？</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今日词卡：teacher / friend / brother / home / school / room / kitchen / bathroom</w:t>
      </w:r>
    </w:p>
    <w:p>
      <w:pPr>
        <w:spacing w:after="60" w:before="0"/>
      </w:pPr>
      <w:r>
        <w:rPr>
          <w:rFonts w:ascii="Noto Sans CJK SC" w:hAnsi="Noto Sans CJK SC" w:eastAsia="Noto Sans CJK SC"/>
          <w:sz w:val="17"/>
        </w:rPr>
        <w:t>字母进单词：圈出含有字母 j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Draw a fish.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Draw a small bird.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Give me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Give me two pencils.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Take the ruler.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Look at the window.</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运动：跑步节奏日：慢跑 5 分钟 + 50 米轻松跑 1 次，不追求极限。</w:t>
      </w:r>
    </w:p>
    <w:p>
      <w:pPr>
        <w:spacing w:after="60" w:before="0"/>
      </w:pPr>
      <w:r>
        <w:rPr>
          <w:rFonts w:ascii="Noto Sans CJK SC" w:hAnsi="Noto Sans CJK SC" w:eastAsia="Noto Sans CJK SC"/>
          <w:sz w:val="17"/>
        </w:rPr>
        <w:t>象棋/心理：1 步将杀题 1 道，做不出也算完成。</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第4周 Day 3 - 句子化与周期启蒙</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声调小雷达：家长随机读，孩子用手势/圈选。今日音节：má  bǎ  shí  zhòng  mà  bā  shǐ  zhóng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里</w:t>
            </w:r>
          </w:p>
        </w:tc>
        <w:tc>
          <w:tcPr>
            <w:tcW w:type="dxa" w:w="3685"/>
            <w:vAlign w:val="center"/>
          </w:tcPr>
          <w:p>
            <w:pPr>
              <w:spacing w:after="0"/>
            </w:pPr>
            <w:r/>
            <w:r>
              <w:rPr>
                <w:rFonts w:ascii="Noto Sans CJK SC" w:hAnsi="Noto Sans CJK SC" w:eastAsia="Noto Sans CJK SC"/>
                <w:b w:val="0"/>
                <w:sz w:val="16"/>
              </w:rPr>
              <w:t>日加土，中竖贯穿。</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有</w:t>
            </w:r>
          </w:p>
        </w:tc>
        <w:tc>
          <w:tcPr>
            <w:tcW w:type="dxa" w:w="3685"/>
            <w:vAlign w:val="center"/>
          </w:tcPr>
          <w:p>
            <w:pPr>
              <w:spacing w:after="0"/>
            </w:pPr>
            <w:r/>
            <w:r>
              <w:rPr>
                <w:rFonts w:ascii="Noto Sans CJK SC" w:hAnsi="Noto Sans CJK SC" w:eastAsia="Noto Sans CJK SC"/>
                <w:b w:val="0"/>
                <w:sz w:val="16"/>
              </w:rPr>
              <w:t>横撇后写月；月要窄。</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1分钟抄写：我没看见。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6×6=__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[和倍] 小明和小红一共有 40 个卡片。小红的卡片是小明的 4 倍。小明和小红各有几个？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小明有 7 个卡片，小红的卡片是小明的 5 倍。两人一共有多少个卡片？</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按“上、下、左、右”不断重复排列，第 18 个是哪个项目？</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今日词卡：room / kitchen / bathroom / garden / bed / table / paper / ruler</w:t>
      </w:r>
    </w:p>
    <w:p>
      <w:pPr>
        <w:spacing w:after="60" w:before="0"/>
      </w:pPr>
      <w:r>
        <w:rPr>
          <w:rFonts w:ascii="Noto Sans CJK SC" w:hAnsi="Noto Sans CJK SC" w:eastAsia="Noto Sans CJK SC"/>
          <w:sz w:val="17"/>
        </w:rPr>
        <w:t>字母进单词：圈出含有字母 l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Give me two pencils.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Take the ruler.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Look at the window.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Open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Close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Walk to the table.</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运动：跳绳速度日：30 秒 × 3 轮 + 1 分钟 × 1 轮；记录中断次数。</w:t>
      </w:r>
    </w:p>
    <w:p>
      <w:pPr>
        <w:spacing w:after="60" w:before="0"/>
      </w:pPr>
      <w:r>
        <w:rPr>
          <w:rFonts w:ascii="Noto Sans CJK SC" w:hAnsi="Noto Sans CJK SC" w:eastAsia="Noto Sans CJK SC"/>
          <w:sz w:val="17"/>
        </w:rPr>
        <w:t>象棋/心理：亲子轻松局 1 盘，家长让 1 个小目标。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第4周 Day 4 - 句子化与周期启蒙</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mǎ  bā  bǎ  shī  shí  zhōng  zhòng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没</w:t>
            </w:r>
          </w:p>
        </w:tc>
        <w:tc>
          <w:tcPr>
            <w:tcW w:type="dxa" w:w="3685"/>
            <w:vAlign w:val="center"/>
          </w:tcPr>
          <w:p>
            <w:pPr>
              <w:spacing w:after="0"/>
            </w:pPr>
            <w:r/>
            <w:r>
              <w:rPr>
                <w:rFonts w:ascii="Noto Sans CJK SC" w:hAnsi="Noto Sans CJK SC" w:eastAsia="Noto Sans CJK SC"/>
                <w:b w:val="0"/>
                <w:sz w:val="16"/>
              </w:rPr>
              <w:t>三点水，右边殳。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看</w:t>
            </w:r>
          </w:p>
        </w:tc>
        <w:tc>
          <w:tcPr>
            <w:tcW w:type="dxa" w:w="3685"/>
            <w:vAlign w:val="center"/>
          </w:tcPr>
          <w:p>
            <w:pPr>
              <w:spacing w:after="0"/>
            </w:pPr>
            <w:r/>
            <w:r>
              <w:rPr>
                <w:rFonts w:ascii="Noto Sans CJK SC" w:hAnsi="Noto Sans CJK SC" w:eastAsia="Noto Sans CJK SC"/>
                <w:b w:val="0"/>
                <w:sz w:val="16"/>
              </w:rPr>
              <w:t>上面手的变形，下面目；别写成着。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1分钟抄写：我去又回来。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3×8=__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[和倍] 哥哥和弟弟一共有 36 个贴纸。弟弟的贴纸是哥哥的 3 倍。哥哥和弟弟各有几个？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哥哥有 8 个贴纸，弟弟的贴纸是哥哥的 2 倍。两人一共有多少个贴纸？</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按“A、B、C”不断重复排列，第 20 个是哪个项目？</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今日词卡：table / paper / ruler / eraser / apple / banana / mom / dad</w:t>
      </w:r>
    </w:p>
    <w:p>
      <w:pPr>
        <w:spacing w:after="60" w:before="0"/>
      </w:pPr>
      <w:r>
        <w:rPr>
          <w:rFonts w:ascii="Noto Sans CJK SC" w:hAnsi="Noto Sans CJK SC" w:eastAsia="Noto Sans CJK SC"/>
          <w:sz w:val="17"/>
        </w:rPr>
        <w:t>字母进单词：圈出含有字母 z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Open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Close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Walk to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Stop at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Find something yellow.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Find something small.</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运动：户外综合日：球类/追逐/骑行 30-60 分钟。</w:t>
      </w:r>
    </w:p>
    <w:p>
      <w:pPr>
        <w:spacing w:after="60" w:before="0"/>
      </w:pPr>
      <w:r>
        <w:rPr>
          <w:rFonts w:ascii="Noto Sans CJK SC" w:hAnsi="Noto Sans CJK SC" w:eastAsia="Noto Sans CJK SC"/>
          <w:sz w:val="17"/>
        </w:rPr>
        <w:t>象棋/心理：复盘 1 个错误：下次先看王、后、车。</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第4周 Day 5 - 句子化与周期启蒙</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声调小雷达：家长随机读，孩子用手势/圈选。今日音节：guō  guó  guǒ  guò  gōu  góu  gǒu  gòu</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见</w:t>
            </w:r>
          </w:p>
        </w:tc>
        <w:tc>
          <w:tcPr>
            <w:tcW w:type="dxa" w:w="3685"/>
            <w:vAlign w:val="center"/>
          </w:tcPr>
          <w:p>
            <w:pPr>
              <w:spacing w:after="0"/>
            </w:pPr>
            <w:r/>
            <w:r>
              <w:rPr>
                <w:rFonts w:ascii="Noto Sans CJK SC" w:hAnsi="Noto Sans CJK SC" w:eastAsia="Noto Sans CJK SC"/>
                <w:b w:val="0"/>
                <w:sz w:val="16"/>
              </w:rPr>
              <w:t>先框后撇竖弯钩。</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去</w:t>
            </w:r>
          </w:p>
        </w:tc>
        <w:tc>
          <w:tcPr>
            <w:tcW w:type="dxa" w:w="3685"/>
            <w:vAlign w:val="center"/>
          </w:tcPr>
          <w:p>
            <w:pPr>
              <w:spacing w:after="0"/>
            </w:pPr>
            <w:r/>
            <w:r>
              <w:rPr>
                <w:rFonts w:ascii="Noto Sans CJK SC" w:hAnsi="Noto Sans CJK SC" w:eastAsia="Noto Sans CJK SC"/>
                <w:b w:val="0"/>
                <w:sz w:val="16"/>
              </w:rPr>
              <w:t>土在上，厶在下。</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1分钟抄写：左边和右边。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4×7=__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[和倍] 小猫和小狗一共有 30 个金币。小狗的金币是小猫的 2 倍。小猫和小狗各有几个？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小猫有 9 个金币，小狗的金币是小猫的 3 倍。两人一共有多少个金币？</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按“圆、三角、方块”不断重复排列，第 22 个是哪个项目？</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今日词卡：banana / mom / dad / baby / boy / girl / teacher / friend</w:t>
      </w:r>
    </w:p>
    <w:p>
      <w:pPr>
        <w:spacing w:after="60" w:before="0"/>
      </w:pPr>
      <w:r>
        <w:rPr>
          <w:rFonts w:ascii="Noto Sans CJK SC" w:hAnsi="Noto Sans CJK SC" w:eastAsia="Noto Sans CJK SC"/>
          <w:sz w:val="17"/>
        </w:rPr>
        <w:t>字母进单词：圈出含有字母 b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Stop at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Find something yellow.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Find something small.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Draw a big cat.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three books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left hand.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运动：跑跳混合日：开合跳 20 次 + 折返跑 3 组 + 拉伸。</w:t>
      </w:r>
    </w:p>
    <w:p>
      <w:pPr>
        <w:spacing w:after="60" w:before="0"/>
      </w:pPr>
      <w:r>
        <w:rPr>
          <w:rFonts w:ascii="Noto Sans CJK SC" w:hAnsi="Noto Sans CJK SC" w:eastAsia="Noto Sans CJK SC"/>
          <w:sz w:val="17"/>
        </w:rPr>
        <w:t>象棋/心理：残局看图 5 分钟，找最好一步。</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第4周 Day 6 - 句子化与周期启蒙</w:t>
      </w:r>
    </w:p>
    <w:p>
      <w:pPr>
        <w:spacing w:after="60" w:before="0"/>
      </w:pPr>
      <w:r>
        <w:rPr>
          <w:rFonts w:ascii="Noto Sans CJK SC" w:hAnsi="Noto Sans CJK SC" w:eastAsia="Noto Sans CJK SC"/>
          <w:sz w:val="17"/>
        </w:rPr>
        <w:t>类型：周测日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声调小雷达：家长随机读，孩子用手势/圈选。今日音节：mén  men  niǎo  xué  wǒ  xiǎng  chī  píng  guó  guǒ  gǒu  gòu</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来</w:t>
            </w:r>
          </w:p>
        </w:tc>
        <w:tc>
          <w:tcPr>
            <w:tcW w:type="dxa" w:w="3685"/>
            <w:vAlign w:val="center"/>
          </w:tcPr>
          <w:p>
            <w:pPr>
              <w:spacing w:after="0"/>
            </w:pPr>
            <w:r/>
            <w:r>
              <w:rPr>
                <w:rFonts w:ascii="Noto Sans CJK SC" w:hAnsi="Noto Sans CJK SC" w:eastAsia="Noto Sans CJK SC"/>
                <w:b w:val="0"/>
                <w:sz w:val="16"/>
              </w:rPr>
              <w:t>中竖立住，撇捺打开。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左</w:t>
            </w:r>
          </w:p>
        </w:tc>
        <w:tc>
          <w:tcPr>
            <w:tcW w:type="dxa" w:w="3685"/>
            <w:vAlign w:val="center"/>
          </w:tcPr>
          <w:p>
            <w:pPr>
              <w:spacing w:after="0"/>
            </w:pPr>
            <w:r/>
            <w:r>
              <w:rPr>
                <w:rFonts w:ascii="Noto Sans CJK SC" w:hAnsi="Noto Sans CJK SC" w:eastAsia="Noto Sans CJK SC"/>
                <w:b w:val="0"/>
                <w:sz w:val="16"/>
              </w:rPr>
              <w:t>横撇后写工。</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1分钟抄写：前面和后面。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5×8=__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[和倍] 乐乐和天天一共有 55 个积木。天天的积木是乐乐的 4 倍。乐乐和天天各有几个？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乐乐有 7 个积木，天天的积木是乐乐的 4 倍。两人一共有多少个积木？</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按“黑、白”不断重复排列，第 24 个是哪个项目？</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今日词卡：girl / teacher / friend / brother / home / school / room / kitchen</w:t>
      </w:r>
    </w:p>
    <w:p>
      <w:pPr>
        <w:spacing w:after="60" w:before="0"/>
      </w:pPr>
      <w:r>
        <w:rPr>
          <w:rFonts w:ascii="Noto Sans CJK SC" w:hAnsi="Noto Sans CJK SC" w:eastAsia="Noto Sans CJK SC"/>
          <w:sz w:val="17"/>
        </w:rPr>
        <w:t>字母进单词：圈出含有字母 d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Draw a big cat.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three books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left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right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toy under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cup on the table.</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运动：周测日：1 分钟跳绳 + 连续跳绳；只记录，不批评。</w:t>
      </w:r>
    </w:p>
    <w:p>
      <w:pPr>
        <w:spacing w:after="60" w:before="0"/>
      </w:pPr>
      <w:r>
        <w:rPr>
          <w:rFonts w:ascii="Noto Sans CJK SC" w:hAnsi="Noto Sans CJK SC" w:eastAsia="Noto Sans CJK SC"/>
          <w:sz w:val="17"/>
        </w:rPr>
        <w:t>象棋/心理：周末棋局：只捡一个装备。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第4周 Day 7 - 句子化与周期启蒙</w:t>
      </w:r>
    </w:p>
    <w:p>
      <w:pPr>
        <w:spacing w:after="60" w:before="0"/>
      </w:pPr>
      <w:r>
        <w:rPr>
          <w:rFonts w:ascii="Noto Sans CJK SC" w:hAnsi="Noto Sans CJK SC" w:eastAsia="Noto Sans CJK SC"/>
          <w:sz w:val="17"/>
        </w:rPr>
        <w:t>类型：休整日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声调小雷达：家长随机读，孩子用手势/圈选。今日音节：guó  guǒ  gǒu  gòu  mén  niǎo</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右</w:t>
            </w:r>
          </w:p>
        </w:tc>
        <w:tc>
          <w:tcPr>
            <w:tcW w:type="dxa" w:w="3685"/>
            <w:vAlign w:val="center"/>
          </w:tcPr>
          <w:p>
            <w:pPr>
              <w:spacing w:after="0"/>
            </w:pPr>
            <w:r/>
            <w:r>
              <w:rPr>
                <w:rFonts w:ascii="Noto Sans CJK SC" w:hAnsi="Noto Sans CJK SC" w:eastAsia="Noto Sans CJK SC"/>
                <w:b w:val="0"/>
                <w:sz w:val="16"/>
              </w:rPr>
              <w:t>横撇后写口。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前</w:t>
            </w:r>
          </w:p>
        </w:tc>
        <w:tc>
          <w:tcPr>
            <w:tcW w:type="dxa" w:w="3685"/>
            <w:vAlign w:val="center"/>
          </w:tcPr>
          <w:p>
            <w:pPr>
              <w:spacing w:after="0"/>
            </w:pPr>
            <w:r/>
            <w:r>
              <w:rPr>
                <w:rFonts w:ascii="Noto Sans CJK SC" w:hAnsi="Noto Sans CJK SC" w:eastAsia="Noto Sans CJK SC"/>
                <w:b w:val="0"/>
                <w:sz w:val="16"/>
              </w:rPr>
              <w:t>上面点撇横，下面月和刂。</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1分钟抄写：门外有人。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9×6=__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[和倍] 老师和同学一共有 72 个糖果。同学的糖果是老师的 5 倍。老师和同学各有几个？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老师有 8 个糖果，同学的糖果是老师的 5 倍。两人一共有多少个糖果？</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按“1、2、3、4”不断重复排列，第 26 个是哪个项目？</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今日词卡：school / room / kitchen / bathroom / garden / bed / table / paper</w:t>
      </w:r>
    </w:p>
    <w:p>
      <w:pPr>
        <w:spacing w:after="60" w:before="0"/>
      </w:pPr>
      <w:r>
        <w:rPr>
          <w:rFonts w:ascii="Noto Sans CJK SC" w:hAnsi="Noto Sans CJK SC" w:eastAsia="Noto Sans CJK SC"/>
          <w:sz w:val="17"/>
        </w:rPr>
        <w:t>字母进单词：圈出含有字母 p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right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toy under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cup on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Take the apple from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Give the banana to dad.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Find the dog card.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运动：休整日：户外散步/公园活动，低强度恢复。</w:t>
      </w:r>
    </w:p>
    <w:p>
      <w:pPr>
        <w:spacing w:after="60" w:before="0"/>
      </w:pPr>
      <w:r>
        <w:rPr>
          <w:rFonts w:ascii="Noto Sans CJK SC" w:hAnsi="Noto Sans CJK SC" w:eastAsia="Noto Sans CJK SC"/>
          <w:sz w:val="17"/>
        </w:rPr>
        <w:t>象棋/心理：休息或自由棋，不复盘。</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第4周 家长答案与观察点</w:t>
      </w:r>
    </w:p>
    <w:p>
      <w:pPr>
        <w:spacing w:after="60" w:before="0"/>
      </w:pPr>
      <w:r>
        <w:rPr>
          <w:rFonts w:ascii="Noto Sans CJK SC" w:hAnsi="Noto Sans CJK SC" w:eastAsia="Noto Sans CJK SC"/>
          <w:b/>
          <w:sz w:val="18"/>
        </w:rPr>
        <w:t>使用：每天做完后再看，不要边做边讲答案。每晚只记录趋势。</w:t>
      </w:r>
    </w:p>
    <w:p>
      <w:pPr>
        <w:pStyle w:val="Heading2"/>
        <w:spacing w:after="80"/>
      </w:pPr>
      <w:r>
        <w:rPr>
          <w:rFonts w:ascii="Noto Sans CJK SC" w:hAnsi="Noto Sans CJK SC" w:eastAsia="Noto Sans CJK SC"/>
        </w:rPr>
        <w:t>Day 1 答案</w:t>
      </w:r>
    </w:p>
    <w:p>
      <w:pPr>
        <w:spacing w:after="60" w:before="0"/>
      </w:pPr>
      <w:r>
        <w:rPr>
          <w:rFonts w:ascii="Noto Sans CJK SC" w:hAnsi="Noto Sans CJK SC" w:eastAsia="Noto Sans CJK SC"/>
          <w:sz w:val="17"/>
        </w:rPr>
        <w:t>语文：声调读准即可；今日字 耳口。只纠正一个主问题，优先笔顺启动和结构。</w:t>
      </w:r>
    </w:p>
    <w:p>
      <w:pPr>
        <w:spacing w:after="60" w:before="0"/>
      </w:pPr>
      <w:r>
        <w:rPr>
          <w:rFonts w:ascii="Noto Sans CJK SC" w:hAnsi="Noto Sans CJK SC" w:eastAsia="Noto Sans CJK SC"/>
          <w:sz w:val="16"/>
        </w:rPr>
        <w:t>乘法快闪答案：7×8=56；7×9=63；8×9=72；6×7=42；6×8=48；4×5=20</w:t>
      </w:r>
    </w:p>
    <w:p>
      <w:pPr>
        <w:spacing w:after="60" w:before="0"/>
      </w:pPr>
      <w:r>
        <w:rPr>
          <w:rFonts w:ascii="Noto Sans CJK SC" w:hAnsi="Noto Sans CJK SC" w:eastAsia="Noto Sans CJK SC"/>
          <w:sz w:val="16"/>
        </w:rPr>
        <w:t>数学1 [和倍] 答：老师6个，同学12个。提示：一共是 1份+2份=3份；18÷3=6。老师 6 个，同学 12 个。</w:t>
      </w:r>
    </w:p>
    <w:p>
      <w:pPr>
        <w:spacing w:after="60" w:before="0"/>
      </w:pPr>
      <w:r>
        <w:rPr>
          <w:rFonts w:ascii="Noto Sans CJK SC" w:hAnsi="Noto Sans CJK SC" w:eastAsia="Noto Sans CJK SC"/>
          <w:sz w:val="16"/>
        </w:rPr>
        <w:t>数学2 [倍数+一共] 答：32。提示：同学：8×3=24；一共：24+8=32。也可画成 1份+3份=4份。</w:t>
      </w:r>
    </w:p>
    <w:p>
      <w:pPr>
        <w:spacing w:after="60" w:before="0"/>
      </w:pPr>
      <w:r>
        <w:rPr>
          <w:rFonts w:ascii="Noto Sans CJK SC" w:hAnsi="Noto Sans CJK SC" w:eastAsia="Noto Sans CJK SC"/>
          <w:sz w:val="16"/>
        </w:rPr>
        <w:t>数学3 [周期] 答：黄。提示：一组 3 个；14÷3 余 2。第 14 个是 黄。</w:t>
      </w:r>
    </w:p>
    <w:p>
      <w:pPr>
        <w:spacing w:after="60" w:before="0"/>
      </w:pPr>
      <w:r>
        <w:rPr>
          <w:rFonts w:ascii="Noto Sans CJK SC" w:hAnsi="Noto Sans CJK SC" w:eastAsia="Noto Sans CJK SC"/>
          <w:sz w:val="16"/>
        </w:rPr>
        <w:t>英语：目标是能做动作，不强求翻译。指令：Put the ball in the box；Find a red pencil；Find a blue book；Draw a fish；Draw a small bird；Give me the book。</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2 答案</w:t>
      </w:r>
    </w:p>
    <w:p>
      <w:pPr>
        <w:spacing w:after="60" w:before="0"/>
      </w:pPr>
      <w:r>
        <w:rPr>
          <w:rFonts w:ascii="Noto Sans CJK SC" w:hAnsi="Noto Sans CJK SC" w:eastAsia="Noto Sans CJK SC"/>
          <w:sz w:val="17"/>
        </w:rPr>
        <w:t>语文：声调读准即可；今日字 鼻家。只纠正一个主问题，优先笔顺启动和结构。</w:t>
      </w:r>
    </w:p>
    <w:p>
      <w:pPr>
        <w:spacing w:after="60" w:before="0"/>
      </w:pPr>
      <w:r>
        <w:rPr>
          <w:rFonts w:ascii="Noto Sans CJK SC" w:hAnsi="Noto Sans CJK SC" w:eastAsia="Noto Sans CJK SC"/>
          <w:sz w:val="16"/>
        </w:rPr>
        <w:t>乘法快闪答案：7×9=63；8×9=72；6×7=42；6×8=48；6×9=54；5×7=35</w:t>
      </w:r>
    </w:p>
    <w:p>
      <w:pPr>
        <w:spacing w:after="60" w:before="0"/>
      </w:pPr>
      <w:r>
        <w:rPr>
          <w:rFonts w:ascii="Noto Sans CJK SC" w:hAnsi="Noto Sans CJK SC" w:eastAsia="Noto Sans CJK SC"/>
          <w:sz w:val="16"/>
        </w:rPr>
        <w:t>数学1 [和倍] 答：妈妈7个，爸爸21个。提示：一共是 1份+3份=4份；28÷4=7。妈妈 7 个，爸爸 21 个。</w:t>
      </w:r>
    </w:p>
    <w:p>
      <w:pPr>
        <w:spacing w:after="60" w:before="0"/>
      </w:pPr>
      <w:r>
        <w:rPr>
          <w:rFonts w:ascii="Noto Sans CJK SC" w:hAnsi="Noto Sans CJK SC" w:eastAsia="Noto Sans CJK SC"/>
          <w:sz w:val="16"/>
        </w:rPr>
        <w:t>数学2 [倍数+一共] 答：45。提示：爸爸：9×4=36；一共：36+9=45。也可画成 1份+4份=5份。</w:t>
      </w:r>
    </w:p>
    <w:p>
      <w:pPr>
        <w:spacing w:after="60" w:before="0"/>
      </w:pPr>
      <w:r>
        <w:rPr>
          <w:rFonts w:ascii="Noto Sans CJK SC" w:hAnsi="Noto Sans CJK SC" w:eastAsia="Noto Sans CJK SC"/>
          <w:sz w:val="16"/>
        </w:rPr>
        <w:t>数学3 [周期] 答：狗。提示：一组 2 个；16÷2 余 0。第 16 个是 狗。</w:t>
      </w:r>
    </w:p>
    <w:p>
      <w:pPr>
        <w:spacing w:after="60" w:before="0"/>
      </w:pPr>
      <w:r>
        <w:rPr>
          <w:rFonts w:ascii="Noto Sans CJK SC" w:hAnsi="Noto Sans CJK SC" w:eastAsia="Noto Sans CJK SC"/>
          <w:sz w:val="16"/>
        </w:rPr>
        <w:t>英语：目标是能做动作，不强求翻译。指令：Draw a fish；Draw a small bird；Give me the book；Give me two pencils；Take the ruler；Look at the window。</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3 答案</w:t>
      </w:r>
    </w:p>
    <w:p>
      <w:pPr>
        <w:spacing w:after="60" w:before="0"/>
      </w:pPr>
      <w:r>
        <w:rPr>
          <w:rFonts w:ascii="Noto Sans CJK SC" w:hAnsi="Noto Sans CJK SC" w:eastAsia="Noto Sans CJK SC"/>
          <w:sz w:val="17"/>
        </w:rPr>
        <w:t>语文：声调读准即可；今日字 里有。只纠正一个主问题，优先笔顺启动和结构。</w:t>
      </w:r>
    </w:p>
    <w:p>
      <w:pPr>
        <w:spacing w:after="60" w:before="0"/>
      </w:pPr>
      <w:r>
        <w:rPr>
          <w:rFonts w:ascii="Noto Sans CJK SC" w:hAnsi="Noto Sans CJK SC" w:eastAsia="Noto Sans CJK SC"/>
          <w:sz w:val="16"/>
        </w:rPr>
        <w:t>乘法快闪答案：8×9=72；6×7=42；6×8=48；6×9=54；7×8=56；6×6=36</w:t>
      </w:r>
    </w:p>
    <w:p>
      <w:pPr>
        <w:spacing w:after="60" w:before="0"/>
      </w:pPr>
      <w:r>
        <w:rPr>
          <w:rFonts w:ascii="Noto Sans CJK SC" w:hAnsi="Noto Sans CJK SC" w:eastAsia="Noto Sans CJK SC"/>
          <w:sz w:val="16"/>
        </w:rPr>
        <w:t>数学1 [和倍] 答：小明8个，小红32个。提示：一共是 1份+4份=5份；40÷5=8。小明 8 个，小红 32 个。</w:t>
      </w:r>
    </w:p>
    <w:p>
      <w:pPr>
        <w:spacing w:after="60" w:before="0"/>
      </w:pPr>
      <w:r>
        <w:rPr>
          <w:rFonts w:ascii="Noto Sans CJK SC" w:hAnsi="Noto Sans CJK SC" w:eastAsia="Noto Sans CJK SC"/>
          <w:sz w:val="16"/>
        </w:rPr>
        <w:t>数学2 [倍数+一共] 答：42。提示：小红：7×5=35；一共：35+7=42。也可画成 1份+5份=6份。</w:t>
      </w:r>
    </w:p>
    <w:p>
      <w:pPr>
        <w:spacing w:after="60" w:before="0"/>
      </w:pPr>
      <w:r>
        <w:rPr>
          <w:rFonts w:ascii="Noto Sans CJK SC" w:hAnsi="Noto Sans CJK SC" w:eastAsia="Noto Sans CJK SC"/>
          <w:sz w:val="16"/>
        </w:rPr>
        <w:t>数学3 [周期] 答：下。提示：一组 4 个；18÷4 余 2。第 18 个是 下。</w:t>
      </w:r>
    </w:p>
    <w:p>
      <w:pPr>
        <w:spacing w:after="60" w:before="0"/>
      </w:pPr>
      <w:r>
        <w:rPr>
          <w:rFonts w:ascii="Noto Sans CJK SC" w:hAnsi="Noto Sans CJK SC" w:eastAsia="Noto Sans CJK SC"/>
          <w:sz w:val="16"/>
        </w:rPr>
        <w:t>英语：目标是能做动作，不强求翻译。指令：Give me two pencils；Take the ruler；Look at the window；Open the door；Close the door；Walk to the table。</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4 答案</w:t>
      </w:r>
    </w:p>
    <w:p>
      <w:pPr>
        <w:spacing w:after="60" w:before="0"/>
      </w:pPr>
      <w:r>
        <w:rPr>
          <w:rFonts w:ascii="Noto Sans CJK SC" w:hAnsi="Noto Sans CJK SC" w:eastAsia="Noto Sans CJK SC"/>
          <w:sz w:val="17"/>
        </w:rPr>
        <w:t>语文：声调读准即可；今日字 没看。只纠正一个主问题，优先笔顺启动和结构。</w:t>
      </w:r>
    </w:p>
    <w:p>
      <w:pPr>
        <w:spacing w:after="60" w:before="0"/>
      </w:pPr>
      <w:r>
        <w:rPr>
          <w:rFonts w:ascii="Noto Sans CJK SC" w:hAnsi="Noto Sans CJK SC" w:eastAsia="Noto Sans CJK SC"/>
          <w:sz w:val="16"/>
        </w:rPr>
        <w:t>乘法快闪答案：6×7=42；6×8=48；6×9=54；7×8=56；7×9=63；3×8=24</w:t>
      </w:r>
    </w:p>
    <w:p>
      <w:pPr>
        <w:spacing w:after="60" w:before="0"/>
      </w:pPr>
      <w:r>
        <w:rPr>
          <w:rFonts w:ascii="Noto Sans CJK SC" w:hAnsi="Noto Sans CJK SC" w:eastAsia="Noto Sans CJK SC"/>
          <w:sz w:val="16"/>
        </w:rPr>
        <w:t>数学1 [和倍] 答：哥哥9个，弟弟27个。提示：一共是 1份+3份=4份；36÷4=9。哥哥 9 个，弟弟 27 个。</w:t>
      </w:r>
    </w:p>
    <w:p>
      <w:pPr>
        <w:spacing w:after="60" w:before="0"/>
      </w:pPr>
      <w:r>
        <w:rPr>
          <w:rFonts w:ascii="Noto Sans CJK SC" w:hAnsi="Noto Sans CJK SC" w:eastAsia="Noto Sans CJK SC"/>
          <w:sz w:val="16"/>
        </w:rPr>
        <w:t>数学2 [倍数+一共] 答：24。提示：弟弟：8×2=16；一共：16+8=24。也可画成 1份+2份=3份。</w:t>
      </w:r>
    </w:p>
    <w:p>
      <w:pPr>
        <w:spacing w:after="60" w:before="0"/>
      </w:pPr>
      <w:r>
        <w:rPr>
          <w:rFonts w:ascii="Noto Sans CJK SC" w:hAnsi="Noto Sans CJK SC" w:eastAsia="Noto Sans CJK SC"/>
          <w:sz w:val="16"/>
        </w:rPr>
        <w:t>数学3 [周期] 答：B。提示：一组 3 个；20÷3 余 2。第 20 个是 B。</w:t>
      </w:r>
    </w:p>
    <w:p>
      <w:pPr>
        <w:spacing w:after="60" w:before="0"/>
      </w:pPr>
      <w:r>
        <w:rPr>
          <w:rFonts w:ascii="Noto Sans CJK SC" w:hAnsi="Noto Sans CJK SC" w:eastAsia="Noto Sans CJK SC"/>
          <w:sz w:val="16"/>
        </w:rPr>
        <w:t>英语：目标是能做动作，不强求翻译。指令：Open the door；Close the door；Walk to the table；Stop at the chair；Find something yellow；Find something small。</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5 答案</w:t>
      </w:r>
    </w:p>
    <w:p>
      <w:pPr>
        <w:spacing w:after="60" w:before="0"/>
      </w:pPr>
      <w:r>
        <w:rPr>
          <w:rFonts w:ascii="Noto Sans CJK SC" w:hAnsi="Noto Sans CJK SC" w:eastAsia="Noto Sans CJK SC"/>
          <w:sz w:val="17"/>
        </w:rPr>
        <w:t>语文：声调读准即可；今日字 见去。只纠正一个主问题，优先笔顺启动和结构。</w:t>
      </w:r>
    </w:p>
    <w:p>
      <w:pPr>
        <w:spacing w:after="60" w:before="0"/>
      </w:pPr>
      <w:r>
        <w:rPr>
          <w:rFonts w:ascii="Noto Sans CJK SC" w:hAnsi="Noto Sans CJK SC" w:eastAsia="Noto Sans CJK SC"/>
          <w:sz w:val="16"/>
        </w:rPr>
        <w:t>乘法快闪答案：6×8=48；6×9=54；7×8=56；7×9=63；8×9=72；4×7=28</w:t>
      </w:r>
    </w:p>
    <w:p>
      <w:pPr>
        <w:spacing w:after="60" w:before="0"/>
      </w:pPr>
      <w:r>
        <w:rPr>
          <w:rFonts w:ascii="Noto Sans CJK SC" w:hAnsi="Noto Sans CJK SC" w:eastAsia="Noto Sans CJK SC"/>
          <w:sz w:val="16"/>
        </w:rPr>
        <w:t>数学1 [和倍] 答：小猫10个，小狗20个。提示：一共是 1份+2份=3份；30÷3=10。小猫 10 个，小狗 20 个。</w:t>
      </w:r>
    </w:p>
    <w:p>
      <w:pPr>
        <w:spacing w:after="60" w:before="0"/>
      </w:pPr>
      <w:r>
        <w:rPr>
          <w:rFonts w:ascii="Noto Sans CJK SC" w:hAnsi="Noto Sans CJK SC" w:eastAsia="Noto Sans CJK SC"/>
          <w:sz w:val="16"/>
        </w:rPr>
        <w:t>数学2 [倍数+一共] 答：36。提示：小狗：9×3=27；一共：27+9=36。也可画成 1份+3份=4份。</w:t>
      </w:r>
    </w:p>
    <w:p>
      <w:pPr>
        <w:spacing w:after="60" w:before="0"/>
      </w:pPr>
      <w:r>
        <w:rPr>
          <w:rFonts w:ascii="Noto Sans CJK SC" w:hAnsi="Noto Sans CJK SC" w:eastAsia="Noto Sans CJK SC"/>
          <w:sz w:val="16"/>
        </w:rPr>
        <w:t>数学3 [周期] 答：圆。提示：一组 3 个；22÷3 余 1。第 22 个是 圆。</w:t>
      </w:r>
    </w:p>
    <w:p>
      <w:pPr>
        <w:spacing w:after="60" w:before="0"/>
      </w:pPr>
      <w:r>
        <w:rPr>
          <w:rFonts w:ascii="Noto Sans CJK SC" w:hAnsi="Noto Sans CJK SC" w:eastAsia="Noto Sans CJK SC"/>
          <w:sz w:val="16"/>
        </w:rPr>
        <w:t>英语：目标是能做动作，不强求翻译。指令：Stop at the chair；Find something yellow；Find something small；Draw a big cat；Put three books on the desk；Touch your left hand。</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6 答案</w:t>
      </w:r>
    </w:p>
    <w:p>
      <w:pPr>
        <w:spacing w:after="60" w:before="0"/>
      </w:pPr>
      <w:r>
        <w:rPr>
          <w:rFonts w:ascii="Noto Sans CJK SC" w:hAnsi="Noto Sans CJK SC" w:eastAsia="Noto Sans CJK SC"/>
          <w:sz w:val="17"/>
        </w:rPr>
        <w:t>语文：声调读准即可；今日字 来左。只纠正一个主问题，优先笔顺启动和结构。</w:t>
      </w:r>
    </w:p>
    <w:p>
      <w:pPr>
        <w:spacing w:after="60" w:before="0"/>
      </w:pPr>
      <w:r>
        <w:rPr>
          <w:rFonts w:ascii="Noto Sans CJK SC" w:hAnsi="Noto Sans CJK SC" w:eastAsia="Noto Sans CJK SC"/>
          <w:sz w:val="16"/>
        </w:rPr>
        <w:t>乘法快闪答案：6×9=54；7×8=56；7×9=63；8×9=72；6×7=42；5×8=40</w:t>
      </w:r>
    </w:p>
    <w:p>
      <w:pPr>
        <w:spacing w:after="60" w:before="0"/>
      </w:pPr>
      <w:r>
        <w:rPr>
          <w:rFonts w:ascii="Noto Sans CJK SC" w:hAnsi="Noto Sans CJK SC" w:eastAsia="Noto Sans CJK SC"/>
          <w:sz w:val="16"/>
        </w:rPr>
        <w:t>数学1 [和倍] 答：乐乐11个，天天44个。提示：一共是 1份+4份=5份；55÷5=11。乐乐 11 个，天天 44 个。</w:t>
      </w:r>
    </w:p>
    <w:p>
      <w:pPr>
        <w:spacing w:after="60" w:before="0"/>
      </w:pPr>
      <w:r>
        <w:rPr>
          <w:rFonts w:ascii="Noto Sans CJK SC" w:hAnsi="Noto Sans CJK SC" w:eastAsia="Noto Sans CJK SC"/>
          <w:sz w:val="16"/>
        </w:rPr>
        <w:t>数学2 [倍数+一共] 答：35。提示：天天：7×4=28；一共：28+7=35。也可画成 1份+4份=5份。</w:t>
      </w:r>
    </w:p>
    <w:p>
      <w:pPr>
        <w:spacing w:after="60" w:before="0"/>
      </w:pPr>
      <w:r>
        <w:rPr>
          <w:rFonts w:ascii="Noto Sans CJK SC" w:hAnsi="Noto Sans CJK SC" w:eastAsia="Noto Sans CJK SC"/>
          <w:sz w:val="16"/>
        </w:rPr>
        <w:t>数学3 [周期] 答：白。提示：一组 2 个；24÷2 余 0。第 24 个是 白。</w:t>
      </w:r>
    </w:p>
    <w:p>
      <w:pPr>
        <w:spacing w:after="60" w:before="0"/>
      </w:pPr>
      <w:r>
        <w:rPr>
          <w:rFonts w:ascii="Noto Sans CJK SC" w:hAnsi="Noto Sans CJK SC" w:eastAsia="Noto Sans CJK SC"/>
          <w:sz w:val="16"/>
        </w:rPr>
        <w:t>英语：目标是能做动作，不强求翻译。指令：Draw a big cat；Put three books on the desk；Touch your left hand；Touch your right ear；Put the toy under the table；Put the cup on the table。</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7 答案</w:t>
      </w:r>
    </w:p>
    <w:p>
      <w:pPr>
        <w:spacing w:after="60" w:before="0"/>
      </w:pPr>
      <w:r>
        <w:rPr>
          <w:rFonts w:ascii="Noto Sans CJK SC" w:hAnsi="Noto Sans CJK SC" w:eastAsia="Noto Sans CJK SC"/>
          <w:sz w:val="17"/>
        </w:rPr>
        <w:t>语文：声调读准即可；今日字 右前。只纠正一个主问题，优先笔顺启动和结构。</w:t>
      </w:r>
    </w:p>
    <w:p>
      <w:pPr>
        <w:spacing w:after="60" w:before="0"/>
      </w:pPr>
      <w:r>
        <w:rPr>
          <w:rFonts w:ascii="Noto Sans CJK SC" w:hAnsi="Noto Sans CJK SC" w:eastAsia="Noto Sans CJK SC"/>
          <w:sz w:val="16"/>
        </w:rPr>
        <w:t>乘法快闪答案：7×8=56；7×9=63；8×9=72；6×7=42；6×8=48；9×6=54</w:t>
      </w:r>
    </w:p>
    <w:p>
      <w:pPr>
        <w:spacing w:after="60" w:before="0"/>
      </w:pPr>
      <w:r>
        <w:rPr>
          <w:rFonts w:ascii="Noto Sans CJK SC" w:hAnsi="Noto Sans CJK SC" w:eastAsia="Noto Sans CJK SC"/>
          <w:sz w:val="16"/>
        </w:rPr>
        <w:t>数学1 [和倍] 答：老师12个，同学60个。提示：一共是 1份+5份=6份；72÷6=12。老师 12 个，同学 60 个。</w:t>
      </w:r>
    </w:p>
    <w:p>
      <w:pPr>
        <w:spacing w:after="60" w:before="0"/>
      </w:pPr>
      <w:r>
        <w:rPr>
          <w:rFonts w:ascii="Noto Sans CJK SC" w:hAnsi="Noto Sans CJK SC" w:eastAsia="Noto Sans CJK SC"/>
          <w:sz w:val="16"/>
        </w:rPr>
        <w:t>数学2 [倍数+一共] 答：48。提示：同学：8×5=40；一共：40+8=48。也可画成 1份+5份=6份。</w:t>
      </w:r>
    </w:p>
    <w:p>
      <w:pPr>
        <w:spacing w:after="60" w:before="0"/>
      </w:pPr>
      <w:r>
        <w:rPr>
          <w:rFonts w:ascii="Noto Sans CJK SC" w:hAnsi="Noto Sans CJK SC" w:eastAsia="Noto Sans CJK SC"/>
          <w:sz w:val="16"/>
        </w:rPr>
        <w:t>数学3 [周期] 答：2。提示：一组 4 个；26÷4 余 2。第 26 个是 2。</w:t>
      </w:r>
    </w:p>
    <w:p>
      <w:pPr>
        <w:spacing w:after="60" w:before="0"/>
      </w:pPr>
      <w:r>
        <w:rPr>
          <w:rFonts w:ascii="Noto Sans CJK SC" w:hAnsi="Noto Sans CJK SC" w:eastAsia="Noto Sans CJK SC"/>
          <w:sz w:val="16"/>
        </w:rPr>
        <w:t>英语：目标是能做动作，不强求翻译。指令：Touch your right ear；Put the toy under the table；Put the cup on the table；Take the apple from the bag；Give the banana to dad；Find the dog card。</w:t>
      </w:r>
    </w:p>
    <w:p>
      <w:pPr>
        <w:spacing w:after="60" w:before="0"/>
      </w:pPr>
      <w:r>
        <w:rPr>
          <w:rFonts w:ascii="Noto Sans CJK SC" w:hAnsi="Noto Sans CJK SC" w:eastAsia="Noto Sans CJK SC"/>
          <w:b/>
          <w:sz w:val="16"/>
        </w:rPr>
        <w:t>调参：若出现明显烦躁，立刻切到保底版：语文1个字、数学1道题、英语3条指令、运动10分钟。</w:t>
      </w:r>
    </w:p>
    <w:p>
      <w:r>
        <w:br w:type="page"/>
      </w:r>
    </w:p>
    <w:p>
      <w:pPr>
        <w:pStyle w:val="Heading1"/>
        <w:spacing w:after="80"/>
      </w:pPr>
      <w:r>
        <w:rPr>
          <w:rFonts w:ascii="Noto Sans CJK SC" w:hAnsi="Noto Sans CJK SC" w:eastAsia="Noto Sans CJK SC"/>
        </w:rPr>
        <w:t>第5周：差倍与综合方向词</w:t>
      </w:r>
    </w:p>
    <w:p>
      <w:pPr>
        <w:spacing w:after="60" w:before="0"/>
      </w:pPr>
      <w:r>
        <w:rPr>
          <w:rFonts w:ascii="Noto Sans CJK SC" w:hAnsi="Noto Sans CJK SC" w:eastAsia="Noto Sans CJK SC"/>
          <w:b/>
          <w:sz w:val="20"/>
        </w:rPr>
        <w:t>本周目标：数学差倍+周期；语文数量词；英语左右上下和形容词。</w:t>
      </w:r>
    </w:p>
    <w:p>
      <w:pPr>
        <w:spacing w:after="60" w:before="0"/>
      </w:pPr>
      <w:r>
        <w:rPr>
          <w:rFonts w:ascii="Noto Sans CJK SC" w:hAnsi="Noto Sans CJK SC" w:eastAsia="Noto Sans CJK SC"/>
          <w:sz w:val="18"/>
        </w:rPr>
        <w:t>本周执行原则：每天完成核心任务即可，挑战题可选。若情绪明显下降，优先保住语文短练和运动。</w:t>
      </w:r>
    </w:p>
    <w:p>
      <w:r>
        <w:br w:type="page"/>
      </w:r>
    </w:p>
    <w:p>
      <w:pPr>
        <w:pStyle w:val="Heading1"/>
        <w:spacing w:after="80"/>
      </w:pPr>
      <w:r>
        <w:rPr>
          <w:rFonts w:ascii="Noto Sans CJK SC" w:hAnsi="Noto Sans CJK SC" w:eastAsia="Noto Sans CJK SC"/>
        </w:rPr>
        <w:t>第5周 Day 1 - 差倍与综合方向词</w:t>
      </w:r>
    </w:p>
    <w:p>
      <w:pPr>
        <w:spacing w:after="60" w:before="0"/>
      </w:pPr>
      <w:r>
        <w:rPr>
          <w:rFonts w:ascii="Noto Sans CJK SC" w:hAnsi="Noto Sans CJK SC" w:eastAsia="Noto Sans CJK SC"/>
          <w:sz w:val="17"/>
        </w:rPr>
        <w:t>类型：训练日    今日目标：数学差倍+周期；语文数量词；英语左右上下和形容词。</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声调小雷达：家长随机读，孩子用手势/圈选。今日音节：jīn  tiān  pǎo  bù  shù  yīng  yǔ  tiào</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后</w:t>
            </w:r>
          </w:p>
        </w:tc>
        <w:tc>
          <w:tcPr>
            <w:tcW w:type="dxa" w:w="3685"/>
            <w:vAlign w:val="center"/>
          </w:tcPr>
          <w:p>
            <w:pPr>
              <w:spacing w:after="0"/>
            </w:pPr>
            <w:r/>
            <w:r>
              <w:rPr>
                <w:rFonts w:ascii="Noto Sans CJK SC" w:hAnsi="Noto Sans CJK SC" w:eastAsia="Noto Sans CJK SC"/>
                <w:b w:val="0"/>
                <w:sz w:val="16"/>
              </w:rPr>
              <w:t>先撇，再写里面的口。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外</w:t>
            </w:r>
          </w:p>
        </w:tc>
        <w:tc>
          <w:tcPr>
            <w:tcW w:type="dxa" w:w="3685"/>
            <w:vAlign w:val="center"/>
          </w:tcPr>
          <w:p>
            <w:pPr>
              <w:spacing w:after="0"/>
            </w:pPr>
            <w:r/>
            <w:r>
              <w:rPr>
                <w:rFonts w:ascii="Noto Sans CJK SC" w:hAnsi="Noto Sans CJK SC" w:eastAsia="Noto Sans CJK SC"/>
                <w:b w:val="0"/>
                <w:sz w:val="16"/>
              </w:rPr>
              <w:t>夕在左，卜在右。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1分钟抄写：一个和一只。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2×6=__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[差倍] 爸爸的小星星是妈妈的 3 倍。爸爸比妈妈多 10 个小星星。妈妈和爸爸各有几个？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按“红、黄、蓝”不断重复排列，第 21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[和差] 妈妈和爸爸一共有 26 个小星星。妈妈比爸爸多 6 个。妈妈和爸爸各有几个？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今日词卡：big / small / long / short / happy / sad / hot / cold</w:t>
      </w:r>
    </w:p>
    <w:p>
      <w:pPr>
        <w:spacing w:after="60" w:before="0"/>
      </w:pPr>
      <w:r>
        <w:rPr>
          <w:rFonts w:ascii="Noto Sans CJK SC" w:hAnsi="Noto Sans CJK SC" w:eastAsia="Noto Sans CJK SC"/>
          <w:sz w:val="17"/>
        </w:rPr>
        <w:t>字母进单词：圈出含有字母 j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Take the apple from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Give the banana to dad.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Find the dog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Find the rabbit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paper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Read one word.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运动：跳绳技术日：连续跳 3 轮，每轮尽量不断；记录最好一次。</w:t>
      </w:r>
    </w:p>
    <w:p>
      <w:pPr>
        <w:spacing w:after="60" w:before="0"/>
      </w:pPr>
      <w:r>
        <w:rPr>
          <w:rFonts w:ascii="Noto Sans CJK SC" w:hAnsi="Noto Sans CJK SC" w:eastAsia="Noto Sans CJK SC"/>
          <w:sz w:val="17"/>
        </w:rPr>
        <w:t>象棋/心理：不安排棋题，只说一句“今天错题是系统提示”。</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第5周 Day 2 - 差倍与综合方向词</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声调小雷达：家长随机读，孩子用手势/圈选。今日音节：rèn  wù  shū  bǐ  zhuō  yǐ  hóng  lán</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个</w:t>
            </w:r>
          </w:p>
        </w:tc>
        <w:tc>
          <w:tcPr>
            <w:tcW w:type="dxa" w:w="3685"/>
            <w:vAlign w:val="center"/>
          </w:tcPr>
          <w:p>
            <w:pPr>
              <w:spacing w:after="0"/>
            </w:pPr>
            <w:r/>
            <w:r>
              <w:rPr>
                <w:rFonts w:ascii="Noto Sans CJK SC" w:hAnsi="Noto Sans CJK SC" w:eastAsia="Noto Sans CJK SC"/>
                <w:b w:val="0"/>
                <w:sz w:val="16"/>
              </w:rPr>
              <w:t>人字头下面一竖居中。</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只</w:t>
            </w:r>
          </w:p>
        </w:tc>
        <w:tc>
          <w:tcPr>
            <w:tcW w:type="dxa" w:w="3685"/>
            <w:vAlign w:val="center"/>
          </w:tcPr>
          <w:p>
            <w:pPr>
              <w:spacing w:after="0"/>
            </w:pPr>
            <w:r/>
            <w:r>
              <w:rPr>
                <w:rFonts w:ascii="Noto Sans CJK SC" w:hAnsi="Noto Sans CJK SC" w:eastAsia="Noto Sans CJK SC"/>
                <w:b w:val="0"/>
                <w:sz w:val="16"/>
              </w:rPr>
              <w:t>口在上，八在下。</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1分钟抄写：一条鱼一块糖。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3×4=__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[差倍] 小红的棋子是小明的 4 倍。小红比小明多 18 个棋子。小明和小红各有几个？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按“拍手、跺脚、转圈”不断重复排列，第 24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[和差] 小明和小红一共有 28 个棋子。小明比小红多 8 个。小明和小红各有几个？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今日词卡：sad / hot / cold / read / write / eat / drink / walk</w:t>
      </w:r>
    </w:p>
    <w:p>
      <w:pPr>
        <w:spacing w:after="60" w:before="0"/>
      </w:pPr>
      <w:r>
        <w:rPr>
          <w:rFonts w:ascii="Noto Sans CJK SC" w:hAnsi="Noto Sans CJK SC" w:eastAsia="Noto Sans CJK SC"/>
          <w:sz w:val="17"/>
        </w:rPr>
        <w:t>字母进单词：圈出含有字母 l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Find the rabbit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paper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Read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Write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Listen and point.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运动：跑步节奏日：慢跑 5 分钟 + 50 米轻松跑 1 次，不追求极限。</w:t>
      </w:r>
    </w:p>
    <w:p>
      <w:pPr>
        <w:spacing w:after="60" w:before="0"/>
      </w:pPr>
      <w:r>
        <w:rPr>
          <w:rFonts w:ascii="Noto Sans CJK SC" w:hAnsi="Noto Sans CJK SC" w:eastAsia="Noto Sans CJK SC"/>
          <w:sz w:val="17"/>
        </w:rPr>
        <w:t>象棋/心理：1 步将杀题 1 道，做不出也算完成。</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第5周 Day 3 - 差倍与综合方向词</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声调小雷达：家长随机读，孩子用手势/圈选。今日音节：huáng  hēi  bái  shǒu  tóu  yǎn  ěr  kǒu</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条</w:t>
            </w:r>
          </w:p>
        </w:tc>
        <w:tc>
          <w:tcPr>
            <w:tcW w:type="dxa" w:w="3685"/>
            <w:vAlign w:val="center"/>
          </w:tcPr>
          <w:p>
            <w:pPr>
              <w:spacing w:after="0"/>
            </w:pPr>
            <w:r/>
            <w:r>
              <w:rPr>
                <w:rFonts w:ascii="Noto Sans CJK SC" w:hAnsi="Noto Sans CJK SC" w:eastAsia="Noto Sans CJK SC"/>
                <w:b w:val="0"/>
                <w:sz w:val="16"/>
              </w:rPr>
              <w:t>夂在上，木在下。</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块</w:t>
            </w:r>
          </w:p>
        </w:tc>
        <w:tc>
          <w:tcPr>
            <w:tcW w:type="dxa" w:w="3685"/>
            <w:vAlign w:val="center"/>
          </w:tcPr>
          <w:p>
            <w:pPr>
              <w:spacing w:after="0"/>
            </w:pPr>
            <w:r/>
            <w:r>
              <w:rPr>
                <w:rFonts w:ascii="Noto Sans CJK SC" w:hAnsi="Noto Sans CJK SC" w:eastAsia="Noto Sans CJK SC"/>
                <w:b w:val="0"/>
                <w:sz w:val="16"/>
              </w:rPr>
              <w:t>土字旁，右边夬。</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1分钟抄写：多少要看清。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4×5=__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[差倍] 弟弟的书签是哥哥的 3 倍。弟弟比哥哥多 14 个书签。哥哥和弟弟各有几个？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按“猫、狗、兔”不断重复排列，第 27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[和差] 哥哥和弟弟一共有 30 个书签。哥哥比弟弟多 4 个。哥哥和弟弟各有几个？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今日词卡：eat / drink / walk / stop / left / right / up / down</w:t>
      </w:r>
    </w:p>
    <w:p>
      <w:pPr>
        <w:spacing w:after="60" w:before="0"/>
      </w:pPr>
      <w:r>
        <w:rPr>
          <w:rFonts w:ascii="Noto Sans CJK SC" w:hAnsi="Noto Sans CJK SC" w:eastAsia="Noto Sans CJK SC"/>
          <w:sz w:val="17"/>
        </w:rPr>
        <w:t>字母进单词：圈出含有字母 z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Write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Listen and point.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ear.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运动：跳绳速度日：30 秒 × 3 轮 + 1 分钟 × 1 轮；记录中断次数。</w:t>
      </w:r>
    </w:p>
    <w:p>
      <w:pPr>
        <w:spacing w:after="60" w:before="0"/>
      </w:pPr>
      <w:r>
        <w:rPr>
          <w:rFonts w:ascii="Noto Sans CJK SC" w:hAnsi="Noto Sans CJK SC" w:eastAsia="Noto Sans CJK SC"/>
          <w:sz w:val="17"/>
        </w:rPr>
        <w:t>象棋/心理：亲子轻松局 1 盘，家长让 1 个小目标。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第5周 Day 4 - 差倍与综合方向词</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声调小雷达：家长随机读，孩子用手势/圈选。今日音节：bí  jiā  lǐ  yǒu  méi  kàn  jiàn  qù</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多</w:t>
            </w:r>
          </w:p>
        </w:tc>
        <w:tc>
          <w:tcPr>
            <w:tcW w:type="dxa" w:w="3685"/>
            <w:vAlign w:val="center"/>
          </w:tcPr>
          <w:p>
            <w:pPr>
              <w:spacing w:after="0"/>
            </w:pPr>
            <w:r/>
            <w:r>
              <w:rPr>
                <w:rFonts w:ascii="Noto Sans CJK SC" w:hAnsi="Noto Sans CJK SC" w:eastAsia="Noto Sans CJK SC"/>
                <w:b w:val="0"/>
                <w:sz w:val="16"/>
              </w:rPr>
              <w:t>两个夕，上小下大。</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少</w:t>
            </w:r>
          </w:p>
        </w:tc>
        <w:tc>
          <w:tcPr>
            <w:tcW w:type="dxa" w:w="3685"/>
            <w:vAlign w:val="center"/>
          </w:tcPr>
          <w:p>
            <w:pPr>
              <w:spacing w:after="0"/>
            </w:pPr>
            <w:r/>
            <w:r>
              <w:rPr>
                <w:rFonts w:ascii="Noto Sans CJK SC" w:hAnsi="Noto Sans CJK SC" w:eastAsia="Noto Sans CJK SC"/>
                <w:b w:val="0"/>
                <w:sz w:val="16"/>
              </w:rPr>
              <w:t>小加一撇；撇不要漏。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1分钟抄写：比一比多少。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5×7=__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[差倍] 小狗的卡片是小猫的 5 倍。小狗比小猫多 32 个卡片。小猫和小狗各有几个？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按“春、夏、秋、冬”不断重复排列，第 30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[和差] 小猫和小狗一共有 32 个卡片。小猫比小狗多 6 个。小猫和小狗各有几个？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今日词卡：right / up / down / big / small / long / short / happy</w:t>
      </w:r>
    </w:p>
    <w:p>
      <w:pPr>
        <w:spacing w:after="60" w:before="0"/>
      </w:pPr>
      <w:r>
        <w:rPr>
          <w:rFonts w:ascii="Noto Sans CJK SC" w:hAnsi="Noto Sans CJK SC" w:eastAsia="Noto Sans CJK SC"/>
          <w:sz w:val="17"/>
        </w:rPr>
        <w:t>字母进单词：圈出含有字母 b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eye.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mouth.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运动：户外综合日：球类/追逐/骑行 30-60 分钟。</w:t>
      </w:r>
    </w:p>
    <w:p>
      <w:pPr>
        <w:spacing w:after="60" w:before="0"/>
      </w:pPr>
      <w:r>
        <w:rPr>
          <w:rFonts w:ascii="Noto Sans CJK SC" w:hAnsi="Noto Sans CJK SC" w:eastAsia="Noto Sans CJK SC"/>
          <w:sz w:val="17"/>
        </w:rPr>
        <w:t>象棋/心理：复盘 1 个错误：下次先看王、后、车。</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第5周 Day 5 - 差倍与综合方向词</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声调小雷达：家长随机读，孩子用手势/圈选。今日音节：lái  zuǒ  yòu  qián  hòu  wài  gè  zhī</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比</w:t>
            </w:r>
          </w:p>
        </w:tc>
        <w:tc>
          <w:tcPr>
            <w:tcW w:type="dxa" w:w="3685"/>
            <w:vAlign w:val="center"/>
          </w:tcPr>
          <w:p>
            <w:pPr>
              <w:spacing w:after="0"/>
            </w:pPr>
            <w:r/>
            <w:r>
              <w:rPr>
                <w:rFonts w:ascii="Noto Sans CJK SC" w:hAnsi="Noto Sans CJK SC" w:eastAsia="Noto Sans CJK SC"/>
                <w:b w:val="0"/>
                <w:sz w:val="16"/>
              </w:rPr>
              <w:t>先左后右，两个匕要分开。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共</w:t>
            </w:r>
          </w:p>
        </w:tc>
        <w:tc>
          <w:tcPr>
            <w:tcW w:type="dxa" w:w="3685"/>
            <w:vAlign w:val="center"/>
          </w:tcPr>
          <w:p>
            <w:pPr>
              <w:spacing w:after="0"/>
            </w:pPr>
            <w:r/>
            <w:r>
              <w:rPr>
                <w:rFonts w:ascii="Noto Sans CJK SC" w:hAnsi="Noto Sans CJK SC" w:eastAsia="Noto Sans CJK SC"/>
                <w:b w:val="0"/>
                <w:sz w:val="16"/>
              </w:rPr>
              <w:t>两横两竖，下面八打开。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1分钟抄写：一共有几个。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6×6=__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[差倍] 天天的贴纸是乐乐的 4 倍。天天比乐乐多 27 个贴纸。乐乐和天天各有几个？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按“A、B、C、D”不断重复排列，第 33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[和差] 乐乐和天天一共有 34 个贴纸。乐乐比天天多 8 个。乐乐和天天各有几个？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今日词卡：long / short / happy / sad / hot / cold / read / write</w:t>
      </w:r>
    </w:p>
    <w:p>
      <w:pPr>
        <w:spacing w:after="60" w:before="0"/>
      </w:pPr>
      <w:r>
        <w:rPr>
          <w:rFonts w:ascii="Noto Sans CJK SC" w:hAnsi="Noto Sans CJK SC" w:eastAsia="Noto Sans CJK SC"/>
          <w:sz w:val="17"/>
        </w:rPr>
        <w:t>字母进单词：圈出含有字母 d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eye.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mouth.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Run to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Jump three times.</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运动：跑跳混合日：开合跳 20 次 + 折返跑 3 组 + 拉伸。</w:t>
      </w:r>
    </w:p>
    <w:p>
      <w:pPr>
        <w:spacing w:after="60" w:before="0"/>
      </w:pPr>
      <w:r>
        <w:rPr>
          <w:rFonts w:ascii="Noto Sans CJK SC" w:hAnsi="Noto Sans CJK SC" w:eastAsia="Noto Sans CJK SC"/>
          <w:sz w:val="17"/>
        </w:rPr>
        <w:t>象棋/心理：残局看图 5 分钟，找最好一步。</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第5周 Day 6 - 差倍与综合方向词</w:t>
      </w:r>
    </w:p>
    <w:p>
      <w:pPr>
        <w:spacing w:after="60" w:before="0"/>
      </w:pPr>
      <w:r>
        <w:rPr>
          <w:rFonts w:ascii="Noto Sans CJK SC" w:hAnsi="Noto Sans CJK SC" w:eastAsia="Noto Sans CJK SC"/>
          <w:sz w:val="17"/>
        </w:rPr>
        <w:t>类型：周测日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声调小雷达：家长随机读，孩子用手势/圈选。今日音节：tiáo  kuài  duō  shǎo  bǐ  gòng  píng  jūn  fēn  zǔ  péng  yǒu</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平</w:t>
            </w:r>
          </w:p>
        </w:tc>
        <w:tc>
          <w:tcPr>
            <w:tcW w:type="dxa" w:w="3685"/>
            <w:vAlign w:val="center"/>
          </w:tcPr>
          <w:p>
            <w:pPr>
              <w:spacing w:after="0"/>
            </w:pPr>
            <w:r/>
            <w:r>
              <w:rPr>
                <w:rFonts w:ascii="Noto Sans CJK SC" w:hAnsi="Noto Sans CJK SC" w:eastAsia="Noto Sans CJK SC"/>
                <w:b w:val="0"/>
                <w:sz w:val="16"/>
              </w:rPr>
              <w:t>横、点、撇、横、竖；中竖居中。</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均</w:t>
            </w:r>
          </w:p>
        </w:tc>
        <w:tc>
          <w:tcPr>
            <w:tcW w:type="dxa" w:w="3685"/>
            <w:vAlign w:val="center"/>
          </w:tcPr>
          <w:p>
            <w:pPr>
              <w:spacing w:after="0"/>
            </w:pPr>
            <w:r/>
            <w:r>
              <w:rPr>
                <w:rFonts w:ascii="Noto Sans CJK SC" w:hAnsi="Noto Sans CJK SC" w:eastAsia="Noto Sans CJK SC"/>
                <w:b w:val="0"/>
                <w:sz w:val="16"/>
              </w:rPr>
              <w:t>土字旁，右边匀。</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1分钟抄写：平均分一分。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3×8=__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[差倍] 同学的金币是老师的 3 倍。同学比老师多 20 个金币。老师和同学各有几个？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按“上、下”不断重复排列，第 36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[和差] 老师和同学一共有 36 个金币。老师比同学多 4 个。老师和同学各有几个？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今日词卡：cold / read / write / eat / drink / walk / stop / left</w:t>
      </w:r>
    </w:p>
    <w:p>
      <w:pPr>
        <w:spacing w:after="60" w:before="0"/>
      </w:pPr>
      <w:r>
        <w:rPr>
          <w:rFonts w:ascii="Noto Sans CJK SC" w:hAnsi="Noto Sans CJK SC" w:eastAsia="Noto Sans CJK SC"/>
          <w:sz w:val="17"/>
        </w:rPr>
        <w:t>字母进单词：圈出含有字母 p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Run to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Jump three times.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运动：周测日：1 分钟跳绳 + 连续跳绳；只记录，不批评。</w:t>
      </w:r>
    </w:p>
    <w:p>
      <w:pPr>
        <w:spacing w:after="60" w:before="0"/>
      </w:pPr>
      <w:r>
        <w:rPr>
          <w:rFonts w:ascii="Noto Sans CJK SC" w:hAnsi="Noto Sans CJK SC" w:eastAsia="Noto Sans CJK SC"/>
          <w:sz w:val="17"/>
        </w:rPr>
        <w:t>象棋/心理：周末棋局：只捡一个装备。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第5周 Day 7 - 差倍与综合方向词</w:t>
      </w:r>
    </w:p>
    <w:p>
      <w:pPr>
        <w:spacing w:after="60" w:before="0"/>
      </w:pPr>
      <w:r>
        <w:rPr>
          <w:rFonts w:ascii="Noto Sans CJK SC" w:hAnsi="Noto Sans CJK SC" w:eastAsia="Noto Sans CJK SC"/>
          <w:sz w:val="17"/>
        </w:rPr>
        <w:t>类型：休整日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声调小雷达：家长随机读，孩子用手势/圈选。今日音节：fēn  zǔ  péng  yǒu  lǎo  shī</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分</w:t>
            </w:r>
          </w:p>
        </w:tc>
        <w:tc>
          <w:tcPr>
            <w:tcW w:type="dxa" w:w="3685"/>
            <w:vAlign w:val="center"/>
          </w:tcPr>
          <w:p>
            <w:pPr>
              <w:spacing w:after="0"/>
            </w:pPr>
            <w:r/>
            <w:r>
              <w:rPr>
                <w:rFonts w:ascii="Noto Sans CJK SC" w:hAnsi="Noto Sans CJK SC" w:eastAsia="Noto Sans CJK SC"/>
                <w:b w:val="0"/>
                <w:sz w:val="16"/>
              </w:rPr>
              <w:t>八在上，刀在下。</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组</w:t>
            </w:r>
          </w:p>
        </w:tc>
        <w:tc>
          <w:tcPr>
            <w:tcW w:type="dxa" w:w="3685"/>
            <w:vAlign w:val="center"/>
          </w:tcPr>
          <w:p>
            <w:pPr>
              <w:spacing w:after="0"/>
            </w:pPr>
            <w:r/>
            <w:r>
              <w:rPr>
                <w:rFonts w:ascii="Noto Sans CJK SC" w:hAnsi="Noto Sans CJK SC" w:eastAsia="Noto Sans CJK SC"/>
                <w:b w:val="0"/>
                <w:sz w:val="16"/>
              </w:rPr>
              <w:t>绞丝旁，右边且。</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1分钟抄写：每组一样多。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4×7=__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[差倍] 爸爸的积木是妈妈的 5 倍。爸爸比妈妈多 44 个积木。妈妈和爸爸各有几个？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按“圆、方、三角”不断重复排列，第 39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[和差] 妈妈和爸爸一共有 38 个积木。妈妈比爸爸多 6 个。妈妈和爸爸各有几个？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今日词卡：walk / stop / left / right / up / down / big / small</w:t>
      </w:r>
    </w:p>
    <w:p>
      <w:pPr>
        <w:spacing w:after="60" w:before="0"/>
      </w:pPr>
      <w:r>
        <w:rPr>
          <w:rFonts w:ascii="Noto Sans CJK SC" w:hAnsi="Noto Sans CJK SC" w:eastAsia="Noto Sans CJK SC"/>
          <w:sz w:val="17"/>
        </w:rPr>
        <w:t>字母进单词：圈出含有字母 q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pencil under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pencil in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book on the chair.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运动：休整日：户外散步/公园活动，低强度恢复。</w:t>
      </w:r>
    </w:p>
    <w:p>
      <w:pPr>
        <w:spacing w:after="60" w:before="0"/>
      </w:pPr>
      <w:r>
        <w:rPr>
          <w:rFonts w:ascii="Noto Sans CJK SC" w:hAnsi="Noto Sans CJK SC" w:eastAsia="Noto Sans CJK SC"/>
          <w:sz w:val="17"/>
        </w:rPr>
        <w:t>象棋/心理：休息或自由棋，不复盘。</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第5周 家长答案与观察点</w:t>
      </w:r>
    </w:p>
    <w:p>
      <w:pPr>
        <w:spacing w:after="60" w:before="0"/>
      </w:pPr>
      <w:r>
        <w:rPr>
          <w:rFonts w:ascii="Noto Sans CJK SC" w:hAnsi="Noto Sans CJK SC" w:eastAsia="Noto Sans CJK SC"/>
          <w:b/>
          <w:sz w:val="18"/>
        </w:rPr>
        <w:t>使用：每天做完后再看，不要边做边讲答案。每晚只记录趋势。</w:t>
      </w:r>
    </w:p>
    <w:p>
      <w:pPr>
        <w:pStyle w:val="Heading2"/>
        <w:spacing w:after="80"/>
      </w:pPr>
      <w:r>
        <w:rPr>
          <w:rFonts w:ascii="Noto Sans CJK SC" w:hAnsi="Noto Sans CJK SC" w:eastAsia="Noto Sans CJK SC"/>
        </w:rPr>
        <w:t>Day 1 答案</w:t>
      </w:r>
    </w:p>
    <w:p>
      <w:pPr>
        <w:spacing w:after="60" w:before="0"/>
      </w:pPr>
      <w:r>
        <w:rPr>
          <w:rFonts w:ascii="Noto Sans CJK SC" w:hAnsi="Noto Sans CJK SC" w:eastAsia="Noto Sans CJK SC"/>
          <w:sz w:val="17"/>
        </w:rPr>
        <w:t>语文：声调读准即可；今日字 后外。只纠正一个主问题，优先笔顺启动和结构。</w:t>
      </w:r>
    </w:p>
    <w:p>
      <w:pPr>
        <w:spacing w:after="60" w:before="0"/>
      </w:pPr>
      <w:r>
        <w:rPr>
          <w:rFonts w:ascii="Noto Sans CJK SC" w:hAnsi="Noto Sans CJK SC" w:eastAsia="Noto Sans CJK SC"/>
          <w:sz w:val="16"/>
        </w:rPr>
        <w:t>乘法快闪答案：7×9=63；8×9=72；6×7=42；6×8=48；6×9=54；2×6=12</w:t>
      </w:r>
    </w:p>
    <w:p>
      <w:pPr>
        <w:spacing w:after="60" w:before="0"/>
      </w:pPr>
      <w:r>
        <w:rPr>
          <w:rFonts w:ascii="Noto Sans CJK SC" w:hAnsi="Noto Sans CJK SC" w:eastAsia="Noto Sans CJK SC"/>
          <w:sz w:val="16"/>
        </w:rPr>
        <w:t>数学1 [差倍] 答：妈妈5个，爸爸15个。提示：多出来的是 3-1=2 份；10÷2=5。妈妈 5 个，爸爸 15 个。</w:t>
      </w:r>
    </w:p>
    <w:p>
      <w:pPr>
        <w:spacing w:after="60" w:before="0"/>
      </w:pPr>
      <w:r>
        <w:rPr>
          <w:rFonts w:ascii="Noto Sans CJK SC" w:hAnsi="Noto Sans CJK SC" w:eastAsia="Noto Sans CJK SC"/>
          <w:sz w:val="16"/>
        </w:rPr>
        <w:t>数学2 [周期] 答：蓝。提示：一组 3 个；21÷3 余 0。第 21 个是 蓝。</w:t>
      </w:r>
    </w:p>
    <w:p>
      <w:pPr>
        <w:spacing w:after="60" w:before="0"/>
      </w:pPr>
      <w:r>
        <w:rPr>
          <w:rFonts w:ascii="Noto Sans CJK SC" w:hAnsi="Noto Sans CJK SC" w:eastAsia="Noto Sans CJK SC"/>
          <w:sz w:val="16"/>
        </w:rPr>
        <w:t>数学3 [和差] 答：妈妈16个，爸爸10个。提示：先去掉多出来的 6：26-6=20；平分：20÷2=10。爸爸 10 个，妈妈 16 个。</w:t>
      </w:r>
    </w:p>
    <w:p>
      <w:pPr>
        <w:spacing w:after="60" w:before="0"/>
      </w:pPr>
      <w:r>
        <w:rPr>
          <w:rFonts w:ascii="Noto Sans CJK SC" w:hAnsi="Noto Sans CJK SC" w:eastAsia="Noto Sans CJK SC"/>
          <w:sz w:val="16"/>
        </w:rPr>
        <w:t>英语：目标是能做动作，不强求翻译。指令：Take the apple from the bag；Give the banana to dad；Find the dog card；Find the rabbit card；Put the paper in the box；Read one word。</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2 答案</w:t>
      </w:r>
    </w:p>
    <w:p>
      <w:pPr>
        <w:spacing w:after="60" w:before="0"/>
      </w:pPr>
      <w:r>
        <w:rPr>
          <w:rFonts w:ascii="Noto Sans CJK SC" w:hAnsi="Noto Sans CJK SC" w:eastAsia="Noto Sans CJK SC"/>
          <w:sz w:val="17"/>
        </w:rPr>
        <w:t>语文：声调读准即可；今日字 个只。只纠正一个主问题，优先笔顺启动和结构。</w:t>
      </w:r>
    </w:p>
    <w:p>
      <w:pPr>
        <w:spacing w:after="60" w:before="0"/>
      </w:pPr>
      <w:r>
        <w:rPr>
          <w:rFonts w:ascii="Noto Sans CJK SC" w:hAnsi="Noto Sans CJK SC" w:eastAsia="Noto Sans CJK SC"/>
          <w:sz w:val="16"/>
        </w:rPr>
        <w:t>乘法快闪答案：8×9=72；6×7=42；6×8=48；6×9=54；7×8=56；3×4=12</w:t>
      </w:r>
    </w:p>
    <w:p>
      <w:pPr>
        <w:spacing w:after="60" w:before="0"/>
      </w:pPr>
      <w:r>
        <w:rPr>
          <w:rFonts w:ascii="Noto Sans CJK SC" w:hAnsi="Noto Sans CJK SC" w:eastAsia="Noto Sans CJK SC"/>
          <w:sz w:val="16"/>
        </w:rPr>
        <w:t>数学1 [差倍] 答：小明6个，小红24个。提示：多出来的是 4-1=3 份；18÷3=6。小明 6 个，小红 24 个。</w:t>
      </w:r>
    </w:p>
    <w:p>
      <w:pPr>
        <w:spacing w:after="60" w:before="0"/>
      </w:pPr>
      <w:r>
        <w:rPr>
          <w:rFonts w:ascii="Noto Sans CJK SC" w:hAnsi="Noto Sans CJK SC" w:eastAsia="Noto Sans CJK SC"/>
          <w:sz w:val="16"/>
        </w:rPr>
        <w:t>数学2 [周期] 答：转圈。提示：一组 3 个；24÷3 余 0。第 24 个是 转圈。</w:t>
      </w:r>
    </w:p>
    <w:p>
      <w:pPr>
        <w:spacing w:after="60" w:before="0"/>
      </w:pPr>
      <w:r>
        <w:rPr>
          <w:rFonts w:ascii="Noto Sans CJK SC" w:hAnsi="Noto Sans CJK SC" w:eastAsia="Noto Sans CJK SC"/>
          <w:sz w:val="16"/>
        </w:rPr>
        <w:t>数学3 [和差] 答：小明18个，小红10个。提示：先去掉多出来的 8：28-8=20；平分：20÷2=10。小红 10 个，小明 18 个。</w:t>
      </w:r>
    </w:p>
    <w:p>
      <w:pPr>
        <w:spacing w:after="60" w:before="0"/>
      </w:pPr>
      <w:r>
        <w:rPr>
          <w:rFonts w:ascii="Noto Sans CJK SC" w:hAnsi="Noto Sans CJK SC" w:eastAsia="Noto Sans CJK SC"/>
          <w:sz w:val="16"/>
        </w:rPr>
        <w:t>英语：目标是能做动作，不强求翻译。指令：Find the rabbit card；Put the paper in the box；Read one word；Write one word；Listen and point；Touch your nose。</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3 答案</w:t>
      </w:r>
    </w:p>
    <w:p>
      <w:pPr>
        <w:spacing w:after="60" w:before="0"/>
      </w:pPr>
      <w:r>
        <w:rPr>
          <w:rFonts w:ascii="Noto Sans CJK SC" w:hAnsi="Noto Sans CJK SC" w:eastAsia="Noto Sans CJK SC"/>
          <w:sz w:val="17"/>
        </w:rPr>
        <w:t>语文：声调读准即可；今日字 条块。只纠正一个主问题，优先笔顺启动和结构。</w:t>
      </w:r>
    </w:p>
    <w:p>
      <w:pPr>
        <w:spacing w:after="60" w:before="0"/>
      </w:pPr>
      <w:r>
        <w:rPr>
          <w:rFonts w:ascii="Noto Sans CJK SC" w:hAnsi="Noto Sans CJK SC" w:eastAsia="Noto Sans CJK SC"/>
          <w:sz w:val="16"/>
        </w:rPr>
        <w:t>乘法快闪答案：6×7=42；6×8=48；6×9=54；7×8=56；7×9=63；4×5=20</w:t>
      </w:r>
    </w:p>
    <w:p>
      <w:pPr>
        <w:spacing w:after="60" w:before="0"/>
      </w:pPr>
      <w:r>
        <w:rPr>
          <w:rFonts w:ascii="Noto Sans CJK SC" w:hAnsi="Noto Sans CJK SC" w:eastAsia="Noto Sans CJK SC"/>
          <w:sz w:val="16"/>
        </w:rPr>
        <w:t>数学1 [差倍] 答：哥哥7个，弟弟21个。提示：多出来的是 3-1=2 份；14÷2=7。哥哥 7 个，弟弟 21 个。</w:t>
      </w:r>
    </w:p>
    <w:p>
      <w:pPr>
        <w:spacing w:after="60" w:before="0"/>
      </w:pPr>
      <w:r>
        <w:rPr>
          <w:rFonts w:ascii="Noto Sans CJK SC" w:hAnsi="Noto Sans CJK SC" w:eastAsia="Noto Sans CJK SC"/>
          <w:sz w:val="16"/>
        </w:rPr>
        <w:t>数学2 [周期] 答：兔。提示：一组 3 个；27÷3 余 0。第 27 个是 兔。</w:t>
      </w:r>
    </w:p>
    <w:p>
      <w:pPr>
        <w:spacing w:after="60" w:before="0"/>
      </w:pPr>
      <w:r>
        <w:rPr>
          <w:rFonts w:ascii="Noto Sans CJK SC" w:hAnsi="Noto Sans CJK SC" w:eastAsia="Noto Sans CJK SC"/>
          <w:sz w:val="16"/>
        </w:rPr>
        <w:t>数学3 [和差] 答：哥哥17个，弟弟13个。提示：先去掉多出来的 4：30-4=26；平分：26÷2=13。弟弟 13 个，哥哥 17 个。</w:t>
      </w:r>
    </w:p>
    <w:p>
      <w:pPr>
        <w:spacing w:after="60" w:before="0"/>
      </w:pPr>
      <w:r>
        <w:rPr>
          <w:rFonts w:ascii="Noto Sans CJK SC" w:hAnsi="Noto Sans CJK SC" w:eastAsia="Noto Sans CJK SC"/>
          <w:sz w:val="16"/>
        </w:rPr>
        <w:t>英语：目标是能做动作，不强求翻译。指令：Write one word；Listen and point；Touch your nose；Touch your head；Touch your hand；Touch your ear。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4 答案</w:t>
      </w:r>
    </w:p>
    <w:p>
      <w:pPr>
        <w:spacing w:after="60" w:before="0"/>
      </w:pPr>
      <w:r>
        <w:rPr>
          <w:rFonts w:ascii="Noto Sans CJK SC" w:hAnsi="Noto Sans CJK SC" w:eastAsia="Noto Sans CJK SC"/>
          <w:sz w:val="17"/>
        </w:rPr>
        <w:t>语文：声调读准即可；今日字 多少。只纠正一个主问题，优先笔顺启动和结构。</w:t>
      </w:r>
    </w:p>
    <w:p>
      <w:pPr>
        <w:spacing w:after="60" w:before="0"/>
      </w:pPr>
      <w:r>
        <w:rPr>
          <w:rFonts w:ascii="Noto Sans CJK SC" w:hAnsi="Noto Sans CJK SC" w:eastAsia="Noto Sans CJK SC"/>
          <w:sz w:val="16"/>
        </w:rPr>
        <w:t>乘法快闪答案：6×8=48；6×9=54；7×8=56；7×9=63；8×9=72；5×7=35</w:t>
      </w:r>
    </w:p>
    <w:p>
      <w:pPr>
        <w:spacing w:after="60" w:before="0"/>
      </w:pPr>
      <w:r>
        <w:rPr>
          <w:rFonts w:ascii="Noto Sans CJK SC" w:hAnsi="Noto Sans CJK SC" w:eastAsia="Noto Sans CJK SC"/>
          <w:sz w:val="16"/>
        </w:rPr>
        <w:t>数学1 [差倍] 答：小猫8个，小狗40个。提示：多出来的是 5-1=4 份；32÷4=8。小猫 8 个，小狗 40 个。</w:t>
      </w:r>
    </w:p>
    <w:p>
      <w:pPr>
        <w:spacing w:after="60" w:before="0"/>
      </w:pPr>
      <w:r>
        <w:rPr>
          <w:rFonts w:ascii="Noto Sans CJK SC" w:hAnsi="Noto Sans CJK SC" w:eastAsia="Noto Sans CJK SC"/>
          <w:sz w:val="16"/>
        </w:rPr>
        <w:t>数学2 [周期] 答：夏。提示：一组 4 个；30÷4 余 2。第 30 个是 夏。</w:t>
      </w:r>
    </w:p>
    <w:p>
      <w:pPr>
        <w:spacing w:after="60" w:before="0"/>
      </w:pPr>
      <w:r>
        <w:rPr>
          <w:rFonts w:ascii="Noto Sans CJK SC" w:hAnsi="Noto Sans CJK SC" w:eastAsia="Noto Sans CJK SC"/>
          <w:sz w:val="16"/>
        </w:rPr>
        <w:t>数学3 [和差] 答：小猫19个，小狗13个。提示：先去掉多出来的 6：32-6=26；平分：26÷2=13。小狗 13 个，小猫 19 个。</w:t>
      </w:r>
    </w:p>
    <w:p>
      <w:pPr>
        <w:spacing w:after="60" w:before="0"/>
      </w:pPr>
      <w:r>
        <w:rPr>
          <w:rFonts w:ascii="Noto Sans CJK SC" w:hAnsi="Noto Sans CJK SC" w:eastAsia="Noto Sans CJK SC"/>
          <w:sz w:val="16"/>
        </w:rPr>
        <w:t>英语：目标是能做动作，不强求翻译。指令：Touch your head；Touch your hand；Touch your ear；Touch your eye；Touch your mouth；Stand up。</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5 答案</w:t>
      </w:r>
    </w:p>
    <w:p>
      <w:pPr>
        <w:spacing w:after="60" w:before="0"/>
      </w:pPr>
      <w:r>
        <w:rPr>
          <w:rFonts w:ascii="Noto Sans CJK SC" w:hAnsi="Noto Sans CJK SC" w:eastAsia="Noto Sans CJK SC"/>
          <w:sz w:val="17"/>
        </w:rPr>
        <w:t>语文：声调读准即可；今日字 比共。只纠正一个主问题，优先笔顺启动和结构。</w:t>
      </w:r>
    </w:p>
    <w:p>
      <w:pPr>
        <w:spacing w:after="60" w:before="0"/>
      </w:pPr>
      <w:r>
        <w:rPr>
          <w:rFonts w:ascii="Noto Sans CJK SC" w:hAnsi="Noto Sans CJK SC" w:eastAsia="Noto Sans CJK SC"/>
          <w:sz w:val="16"/>
        </w:rPr>
        <w:t>乘法快闪答案：6×9=54；7×8=56；7×9=63；8×9=72；6×7=42；6×6=36</w:t>
      </w:r>
    </w:p>
    <w:p>
      <w:pPr>
        <w:spacing w:after="60" w:before="0"/>
      </w:pPr>
      <w:r>
        <w:rPr>
          <w:rFonts w:ascii="Noto Sans CJK SC" w:hAnsi="Noto Sans CJK SC" w:eastAsia="Noto Sans CJK SC"/>
          <w:sz w:val="16"/>
        </w:rPr>
        <w:t>数学1 [差倍] 答：乐乐9个，天天36个。提示：多出来的是 4-1=3 份；27÷3=9。乐乐 9 个，天天 36 个。</w:t>
      </w:r>
    </w:p>
    <w:p>
      <w:pPr>
        <w:spacing w:after="60" w:before="0"/>
      </w:pPr>
      <w:r>
        <w:rPr>
          <w:rFonts w:ascii="Noto Sans CJK SC" w:hAnsi="Noto Sans CJK SC" w:eastAsia="Noto Sans CJK SC"/>
          <w:sz w:val="16"/>
        </w:rPr>
        <w:t>数学2 [周期] 答：A。提示：一组 4 个；33÷4 余 1。第 33 个是 A。</w:t>
      </w:r>
    </w:p>
    <w:p>
      <w:pPr>
        <w:spacing w:after="60" w:before="0"/>
      </w:pPr>
      <w:r>
        <w:rPr>
          <w:rFonts w:ascii="Noto Sans CJK SC" w:hAnsi="Noto Sans CJK SC" w:eastAsia="Noto Sans CJK SC"/>
          <w:sz w:val="16"/>
        </w:rPr>
        <w:t>数学3 [和差] 答：乐乐21个，天天13个。提示：先去掉多出来的 8：34-8=26；平分：26÷2=13。天天 13 个，乐乐 21 个。</w:t>
      </w:r>
    </w:p>
    <w:p>
      <w:pPr>
        <w:spacing w:after="60" w:before="0"/>
      </w:pPr>
      <w:r>
        <w:rPr>
          <w:rFonts w:ascii="Noto Sans CJK SC" w:hAnsi="Noto Sans CJK SC" w:eastAsia="Noto Sans CJK SC"/>
          <w:sz w:val="16"/>
        </w:rPr>
        <w:t>英语：目标是能做动作，不强求翻译。指令：Touch your eye；Touch your mouth；Stand up；Sit down；Run to the door；Jump three times。</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6 答案</w:t>
      </w:r>
    </w:p>
    <w:p>
      <w:pPr>
        <w:spacing w:after="60" w:before="0"/>
      </w:pPr>
      <w:r>
        <w:rPr>
          <w:rFonts w:ascii="Noto Sans CJK SC" w:hAnsi="Noto Sans CJK SC" w:eastAsia="Noto Sans CJK SC"/>
          <w:sz w:val="17"/>
        </w:rPr>
        <w:t>语文：声调读准即可；今日字 平均。只纠正一个主问题，优先笔顺启动和结构。</w:t>
      </w:r>
    </w:p>
    <w:p>
      <w:pPr>
        <w:spacing w:after="60" w:before="0"/>
      </w:pPr>
      <w:r>
        <w:rPr>
          <w:rFonts w:ascii="Noto Sans CJK SC" w:hAnsi="Noto Sans CJK SC" w:eastAsia="Noto Sans CJK SC"/>
          <w:sz w:val="16"/>
        </w:rPr>
        <w:t>乘法快闪答案：7×8=56；7×9=63；8×9=72；6×7=42；6×8=48；3×8=24</w:t>
      </w:r>
    </w:p>
    <w:p>
      <w:pPr>
        <w:spacing w:after="60" w:before="0"/>
      </w:pPr>
      <w:r>
        <w:rPr>
          <w:rFonts w:ascii="Noto Sans CJK SC" w:hAnsi="Noto Sans CJK SC" w:eastAsia="Noto Sans CJK SC"/>
          <w:sz w:val="16"/>
        </w:rPr>
        <w:t>数学1 [差倍] 答：老师10个，同学30个。提示：多出来的是 3-1=2 份；20÷2=10。老师 10 个，同学 30 个。</w:t>
      </w:r>
    </w:p>
    <w:p>
      <w:pPr>
        <w:spacing w:after="60" w:before="0"/>
      </w:pPr>
      <w:r>
        <w:rPr>
          <w:rFonts w:ascii="Noto Sans CJK SC" w:hAnsi="Noto Sans CJK SC" w:eastAsia="Noto Sans CJK SC"/>
          <w:sz w:val="16"/>
        </w:rPr>
        <w:t>数学2 [周期] 答：下。提示：一组 2 个；36÷2 余 0。第 36 个是 下。</w:t>
      </w:r>
    </w:p>
    <w:p>
      <w:pPr>
        <w:spacing w:after="60" w:before="0"/>
      </w:pPr>
      <w:r>
        <w:rPr>
          <w:rFonts w:ascii="Noto Sans CJK SC" w:hAnsi="Noto Sans CJK SC" w:eastAsia="Noto Sans CJK SC"/>
          <w:sz w:val="16"/>
        </w:rPr>
        <w:t>数学3 [和差] 答：老师20个，同学16个。提示：先去掉多出来的 4：36-4=32；平分：32÷2=16。同学 16 个，老师 20 个。</w:t>
      </w:r>
    </w:p>
    <w:p>
      <w:pPr>
        <w:spacing w:after="60" w:before="0"/>
      </w:pPr>
      <w:r>
        <w:rPr>
          <w:rFonts w:ascii="Noto Sans CJK SC" w:hAnsi="Noto Sans CJK SC" w:eastAsia="Noto Sans CJK SC"/>
          <w:sz w:val="16"/>
        </w:rPr>
        <w:t>英语：目标是能做动作，不强求翻译。指令：Sit down；Run to the door；Jump three times；Open the book；Close the book；Put the pencil on the desk。</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7 答案</w:t>
      </w:r>
    </w:p>
    <w:p>
      <w:pPr>
        <w:spacing w:after="60" w:before="0"/>
      </w:pPr>
      <w:r>
        <w:rPr>
          <w:rFonts w:ascii="Noto Sans CJK SC" w:hAnsi="Noto Sans CJK SC" w:eastAsia="Noto Sans CJK SC"/>
          <w:sz w:val="17"/>
        </w:rPr>
        <w:t>语文：声调读准即可；今日字 分组。只纠正一个主问题，优先笔顺启动和结构。</w:t>
      </w:r>
    </w:p>
    <w:p>
      <w:pPr>
        <w:spacing w:after="60" w:before="0"/>
      </w:pPr>
      <w:r>
        <w:rPr>
          <w:rFonts w:ascii="Noto Sans CJK SC" w:hAnsi="Noto Sans CJK SC" w:eastAsia="Noto Sans CJK SC"/>
          <w:sz w:val="16"/>
        </w:rPr>
        <w:t>乘法快闪答案：7×9=63；8×9=72；6×7=42；6×8=48；6×9=54；4×7=28</w:t>
      </w:r>
    </w:p>
    <w:p>
      <w:pPr>
        <w:spacing w:after="60" w:before="0"/>
      </w:pPr>
      <w:r>
        <w:rPr>
          <w:rFonts w:ascii="Noto Sans CJK SC" w:hAnsi="Noto Sans CJK SC" w:eastAsia="Noto Sans CJK SC"/>
          <w:sz w:val="16"/>
        </w:rPr>
        <w:t>数学1 [差倍] 答：妈妈11个，爸爸55个。提示：多出来的是 5-1=4 份；44÷4=11。妈妈 11 个，爸爸 55 个。</w:t>
      </w:r>
    </w:p>
    <w:p>
      <w:pPr>
        <w:spacing w:after="60" w:before="0"/>
      </w:pPr>
      <w:r>
        <w:rPr>
          <w:rFonts w:ascii="Noto Sans CJK SC" w:hAnsi="Noto Sans CJK SC" w:eastAsia="Noto Sans CJK SC"/>
          <w:sz w:val="16"/>
        </w:rPr>
        <w:t>数学2 [周期] 答：三角。提示：一组 3 个；39÷3 余 0。第 39 个是 三角。</w:t>
      </w:r>
    </w:p>
    <w:p>
      <w:pPr>
        <w:spacing w:after="60" w:before="0"/>
      </w:pPr>
      <w:r>
        <w:rPr>
          <w:rFonts w:ascii="Noto Sans CJK SC" w:hAnsi="Noto Sans CJK SC" w:eastAsia="Noto Sans CJK SC"/>
          <w:sz w:val="16"/>
        </w:rPr>
        <w:t>数学3 [和差] 答：妈妈22个，爸爸16个。提示：先去掉多出来的 6：38-6=32；平分：32÷2=16。爸爸 16 个，妈妈 22 个。</w:t>
      </w:r>
    </w:p>
    <w:p>
      <w:pPr>
        <w:spacing w:after="60" w:before="0"/>
      </w:pPr>
      <w:r>
        <w:rPr>
          <w:rFonts w:ascii="Noto Sans CJK SC" w:hAnsi="Noto Sans CJK SC" w:eastAsia="Noto Sans CJK SC"/>
          <w:sz w:val="16"/>
        </w:rPr>
        <w:t>英语：目标是能做动作，不强求翻译。指令：Open the book；Close the book；Put the pencil on the desk；Put the pencil under the book；Put the pencil in the bag；Put the book on the chair。</w:t>
      </w:r>
    </w:p>
    <w:p>
      <w:pPr>
        <w:spacing w:after="60" w:before="0"/>
      </w:pPr>
      <w:r>
        <w:rPr>
          <w:rFonts w:ascii="Noto Sans CJK SC" w:hAnsi="Noto Sans CJK SC" w:eastAsia="Noto Sans CJK SC"/>
          <w:b/>
          <w:sz w:val="16"/>
        </w:rPr>
        <w:t>调参：若出现明显烦躁，立刻切到保底版：语文1个字、数学1道题、英语3条指令、运动10分钟。</w:t>
      </w:r>
    </w:p>
    <w:p>
      <w:r>
        <w:br w:type="page"/>
      </w:r>
    </w:p>
    <w:p>
      <w:pPr>
        <w:pStyle w:val="Heading1"/>
        <w:spacing w:after="80"/>
      </w:pPr>
      <w:r>
        <w:rPr>
          <w:rFonts w:ascii="Noto Sans CJK SC" w:hAnsi="Noto Sans CJK SC" w:eastAsia="Noto Sans CJK SC"/>
        </w:rPr>
        <w:t>第6周：图形计数与多步骤指令</w:t>
      </w:r>
    </w:p>
    <w:p>
      <w:pPr>
        <w:spacing w:after="60" w:before="0"/>
      </w:pPr>
      <w:r>
        <w:rPr>
          <w:rFonts w:ascii="Noto Sans CJK SC" w:hAnsi="Noto Sans CJK SC" w:eastAsia="Noto Sans CJK SC"/>
          <w:b/>
          <w:sz w:val="20"/>
        </w:rPr>
        <w:t>本周目标：线段计数、图形计数；英语复合指令；语文生活句。</w:t>
      </w:r>
    </w:p>
    <w:p>
      <w:pPr>
        <w:spacing w:after="60" w:before="0"/>
      </w:pPr>
      <w:r>
        <w:rPr>
          <w:rFonts w:ascii="Noto Sans CJK SC" w:hAnsi="Noto Sans CJK SC" w:eastAsia="Noto Sans CJK SC"/>
          <w:sz w:val="18"/>
        </w:rPr>
        <w:t>本周执行原则：每天完成核心任务即可，挑战题可选。若情绪明显下降，优先保住语文短练和运动。</w:t>
      </w:r>
    </w:p>
    <w:p>
      <w:r>
        <w:br w:type="page"/>
      </w:r>
    </w:p>
    <w:p>
      <w:pPr>
        <w:pStyle w:val="Heading1"/>
        <w:spacing w:after="80"/>
      </w:pPr>
      <w:r>
        <w:rPr>
          <w:rFonts w:ascii="Noto Sans CJK SC" w:hAnsi="Noto Sans CJK SC" w:eastAsia="Noto Sans CJK SC"/>
        </w:rPr>
        <w:t>第6周 Day 1 - 图形计数与多步骤指令</w:t>
      </w:r>
    </w:p>
    <w:p>
      <w:pPr>
        <w:spacing w:after="60" w:before="0"/>
      </w:pPr>
      <w:r>
        <w:rPr>
          <w:rFonts w:ascii="Noto Sans CJK SC" w:hAnsi="Noto Sans CJK SC" w:eastAsia="Noto Sans CJK SC"/>
          <w:sz w:val="17"/>
        </w:rPr>
        <w:t>类型：训练日    今日目标：线段计数、图形计数；英语复合指令；语文生活句。</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声调小雷达：家长随机读，孩子用手势/圈选。今日音节：fáng  jiān  yú  māo  gǒu  tù  zhōng  guó</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朋</w:t>
            </w:r>
          </w:p>
        </w:tc>
        <w:tc>
          <w:tcPr>
            <w:tcW w:type="dxa" w:w="3685"/>
            <w:vAlign w:val="center"/>
          </w:tcPr>
          <w:p>
            <w:pPr>
              <w:spacing w:after="0"/>
            </w:pPr>
            <w:r/>
            <w:r>
              <w:rPr>
                <w:rFonts w:ascii="Noto Sans CJK SC" w:hAnsi="Noto Sans CJK SC" w:eastAsia="Noto Sans CJK SC"/>
                <w:b w:val="0"/>
                <w:sz w:val="16"/>
              </w:rPr>
              <w:t>两个“月”，左窄右稳。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友</w:t>
            </w:r>
          </w:p>
        </w:tc>
        <w:tc>
          <w:tcPr>
            <w:tcW w:type="dxa" w:w="3685"/>
            <w:vAlign w:val="center"/>
          </w:tcPr>
          <w:p>
            <w:pPr>
              <w:spacing w:after="0"/>
            </w:pPr>
            <w:r/>
            <w:r>
              <w:rPr>
                <w:rFonts w:ascii="Noto Sans CJK SC" w:hAnsi="Noto Sans CJK SC" w:eastAsia="Noto Sans CJK SC"/>
                <w:b w:val="0"/>
                <w:sz w:val="16"/>
              </w:rPr>
              <w:t>横撇后写又。</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1分钟抄写：我的朋友来了。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5×8=__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按“红、蓝”不断重复排列，第 24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[和倍] 小明和小红一共有 28 个糖果。小红的糖果是小明的 3 倍。小明和小红各有几个？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今日词卡：sheep / horse / mouse / elephant / park / classroom / book / pencil</w:t>
      </w:r>
    </w:p>
    <w:p>
      <w:pPr>
        <w:spacing w:after="60" w:before="0"/>
      </w:pPr>
      <w:r>
        <w:rPr>
          <w:rFonts w:ascii="Noto Sans CJK SC" w:hAnsi="Noto Sans CJK SC" w:eastAsia="Noto Sans CJK SC"/>
          <w:sz w:val="17"/>
        </w:rPr>
        <w:t>字母进单词：圈出含有字母 l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pencil under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pencil in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book on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bag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ball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Find a red pencil.</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运动：跳绳技术日：连续跳 3 轮，每轮尽量不断；记录最好一次。</w:t>
      </w:r>
    </w:p>
    <w:p>
      <w:pPr>
        <w:spacing w:after="60" w:before="0"/>
      </w:pPr>
      <w:r>
        <w:rPr>
          <w:rFonts w:ascii="Noto Sans CJK SC" w:hAnsi="Noto Sans CJK SC" w:eastAsia="Noto Sans CJK SC"/>
          <w:sz w:val="17"/>
        </w:rPr>
        <w:t>象棋/心理：不安排棋题，只说一句“今天错题是系统提示”。</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第6周 Day 2 - 图形计数与多步骤指令</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má  mǎ  mà  bā  bá  bǎ  bà</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老</w:t>
            </w:r>
          </w:p>
        </w:tc>
        <w:tc>
          <w:tcPr>
            <w:tcW w:type="dxa" w:w="3685"/>
            <w:vAlign w:val="center"/>
          </w:tcPr>
          <w:p>
            <w:pPr>
              <w:spacing w:after="0"/>
            </w:pPr>
            <w:r/>
            <w:r>
              <w:rPr>
                <w:rFonts w:ascii="Noto Sans CJK SC" w:hAnsi="Noto Sans CJK SC" w:eastAsia="Noto Sans CJK SC"/>
                <w:b w:val="0"/>
                <w:sz w:val="16"/>
              </w:rPr>
              <w:t>上面耂，下面匕。</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师</w:t>
            </w:r>
          </w:p>
        </w:tc>
        <w:tc>
          <w:tcPr>
            <w:tcW w:type="dxa" w:w="3685"/>
            <w:vAlign w:val="center"/>
          </w:tcPr>
          <w:p>
            <w:pPr>
              <w:spacing w:after="0"/>
            </w:pPr>
            <w:r/>
            <w:r>
              <w:rPr>
                <w:rFonts w:ascii="Noto Sans CJK SC" w:hAnsi="Noto Sans CJK SC" w:eastAsia="Noto Sans CJK SC"/>
                <w:b w:val="0"/>
                <w:sz w:val="16"/>
              </w:rPr>
              <w:t>左部写窄，右边币。</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1分钟抄写：老师在学校。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9×6=__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[线段计数] 一条线上有 7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按“鱼、鸟、猫”不断重复排列，第 28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[和倍] 哥哥和弟弟一共有 40 个小星星。弟弟的小星星是哥哥的 4 倍。哥哥和弟弟各有几个？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今日词卡：classroom / book / pencil / bag / desk / chair / toy / ball</w:t>
      </w:r>
    </w:p>
    <w:p>
      <w:pPr>
        <w:spacing w:after="60" w:before="0"/>
      </w:pPr>
      <w:r>
        <w:rPr>
          <w:rFonts w:ascii="Noto Sans CJK SC" w:hAnsi="Noto Sans CJK SC" w:eastAsia="Noto Sans CJK SC"/>
          <w:sz w:val="17"/>
        </w:rPr>
        <w:t>字母进单词：圈出含有字母 z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bag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ball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Find a red pencil.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Find a blue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Draw a fish.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Draw a small bird.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运动：跑步节奏日：慢跑 5 分钟 + 50 米轻松跑 1 次，不追求极限。</w:t>
      </w:r>
    </w:p>
    <w:p>
      <w:pPr>
        <w:spacing w:after="60" w:before="0"/>
      </w:pPr>
      <w:r>
        <w:rPr>
          <w:rFonts w:ascii="Noto Sans CJK SC" w:hAnsi="Noto Sans CJK SC" w:eastAsia="Noto Sans CJK SC"/>
          <w:sz w:val="17"/>
        </w:rPr>
        <w:t>象棋/心理：1 步将杀题 1 道，做不出也算完成。</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第6周 Day 3 - 图形计数与多步骤指令</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声调小雷达：家长随机读，孩子用手势/圈选。今日音节：shī  shí  shǐ  shì  zhōng  zhóng  zhǒng  zhòng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园</w:t>
            </w:r>
          </w:p>
        </w:tc>
        <w:tc>
          <w:tcPr>
            <w:tcW w:type="dxa" w:w="3685"/>
            <w:vAlign w:val="center"/>
          </w:tcPr>
          <w:p>
            <w:pPr>
              <w:spacing w:after="0"/>
            </w:pPr>
            <w:r/>
            <w:r>
              <w:rPr>
                <w:rFonts w:ascii="Noto Sans CJK SC" w:hAnsi="Noto Sans CJK SC" w:eastAsia="Noto Sans CJK SC"/>
                <w:b w:val="0"/>
                <w:sz w:val="16"/>
              </w:rPr>
              <w:t>先外框，写元，最后封口。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校</w:t>
            </w:r>
          </w:p>
        </w:tc>
        <w:tc>
          <w:tcPr>
            <w:tcW w:type="dxa" w:w="3685"/>
            <w:vAlign w:val="center"/>
          </w:tcPr>
          <w:p>
            <w:pPr>
              <w:spacing w:after="0"/>
            </w:pPr>
            <w:r/>
            <w:r>
              <w:rPr>
                <w:rFonts w:ascii="Noto Sans CJK SC" w:hAnsi="Noto Sans CJK SC" w:eastAsia="Noto Sans CJK SC"/>
                <w:b w:val="0"/>
                <w:sz w:val="16"/>
              </w:rPr>
              <w:t>木字旁，右边交。</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1分钟抄写：公园里有花。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2×6=__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按“左、中、右”不断重复排列，第 32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[和倍] 小猫和小狗一共有 27 个棋子。小狗的棋子是小猫的 2 倍。小猫和小狗各有几个？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今日词卡：chair / toy / ball / cup / face / hair / arm / leg</w:t>
      </w:r>
    </w:p>
    <w:p>
      <w:pPr>
        <w:spacing w:after="60" w:before="0"/>
      </w:pPr>
      <w:r>
        <w:rPr>
          <w:rFonts w:ascii="Noto Sans CJK SC" w:hAnsi="Noto Sans CJK SC" w:eastAsia="Noto Sans CJK SC"/>
          <w:sz w:val="17"/>
        </w:rPr>
        <w:t>字母进单词：圈出含有字母 b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Find a blue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Draw a fish.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Draw a small bird.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Give me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Give me two pencils.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Take the ruler.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运动：跳绳速度日：30 秒 × 3 轮 + 1 分钟 × 1 轮；记录中断次数。</w:t>
      </w:r>
    </w:p>
    <w:p>
      <w:pPr>
        <w:spacing w:after="60" w:before="0"/>
      </w:pPr>
      <w:r>
        <w:rPr>
          <w:rFonts w:ascii="Noto Sans CJK SC" w:hAnsi="Noto Sans CJK SC" w:eastAsia="Noto Sans CJK SC"/>
          <w:sz w:val="17"/>
        </w:rPr>
        <w:t>象棋/心理：亲子轻松局 1 盘，家长让 1 个小目标。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第6周 Day 4 - 图形计数与多步骤指令</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mǎ  má  mà  bā  bà  bǎ  bá</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房</w:t>
            </w:r>
          </w:p>
        </w:tc>
        <w:tc>
          <w:tcPr>
            <w:tcW w:type="dxa" w:w="3685"/>
            <w:vAlign w:val="center"/>
          </w:tcPr>
          <w:p>
            <w:pPr>
              <w:spacing w:after="0"/>
            </w:pPr>
            <w:r/>
            <w:r>
              <w:rPr>
                <w:rFonts w:ascii="Noto Sans CJK SC" w:hAnsi="Noto Sans CJK SC" w:eastAsia="Noto Sans CJK SC"/>
                <w:b w:val="0"/>
                <w:sz w:val="16"/>
              </w:rPr>
              <w:t>户字头，下面方。</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间</w:t>
            </w:r>
          </w:p>
        </w:tc>
        <w:tc>
          <w:tcPr>
            <w:tcW w:type="dxa" w:w="3685"/>
            <w:vAlign w:val="center"/>
          </w:tcPr>
          <w:p>
            <w:pPr>
              <w:spacing w:after="0"/>
            </w:pPr>
            <w:r/>
            <w:r>
              <w:rPr>
                <w:rFonts w:ascii="Noto Sans CJK SC" w:hAnsi="Noto Sans CJK SC" w:eastAsia="Noto Sans CJK SC"/>
                <w:b w:val="0"/>
                <w:sz w:val="16"/>
              </w:rPr>
              <w:t>门里写日。</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1分钟抄写：房间里有书。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3×4=__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按“一、二、三、四”不断重复排列，第 36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[和倍] 乐乐和天天一共有 40 个书签。天天的书签是乐乐的 3 倍。乐乐和天天各有几个？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今日词卡：hair / arm / leg / foot / finger / sheep / horse / mouse</w:t>
      </w:r>
    </w:p>
    <w:p>
      <w:pPr>
        <w:spacing w:after="60" w:before="0"/>
      </w:pPr>
      <w:r>
        <w:rPr>
          <w:rFonts w:ascii="Noto Sans CJK SC" w:hAnsi="Noto Sans CJK SC" w:eastAsia="Noto Sans CJK SC"/>
          <w:sz w:val="17"/>
        </w:rPr>
        <w:t>字母进单词：圈出含有字母 d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Give me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Give me two pencils.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Take the ruler.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Look at the window.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Open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Close the door.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运动：户外综合日：球类/追逐/骑行 30-60 分钟。</w:t>
      </w:r>
    </w:p>
    <w:p>
      <w:pPr>
        <w:spacing w:after="60" w:before="0"/>
      </w:pPr>
      <w:r>
        <w:rPr>
          <w:rFonts w:ascii="Noto Sans CJK SC" w:hAnsi="Noto Sans CJK SC" w:eastAsia="Noto Sans CJK SC"/>
          <w:sz w:val="17"/>
        </w:rPr>
        <w:t>象棋/心理：复盘 1 个错误：下次先看王、后、车。</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第6周 Day 5 - 图形计数与多步骤指令</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声调小雷达：家长随机读，孩子用手势/圈选。今日音节：zhōng  zhǒng  zhòng  shī  shí  shì  mǎ  bǎ</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鱼</w:t>
            </w:r>
          </w:p>
        </w:tc>
        <w:tc>
          <w:tcPr>
            <w:tcW w:type="dxa" w:w="3685"/>
            <w:vAlign w:val="center"/>
          </w:tcPr>
          <w:p>
            <w:pPr>
              <w:spacing w:after="0"/>
            </w:pPr>
            <w:r/>
            <w:r>
              <w:rPr>
                <w:rFonts w:ascii="Noto Sans CJK SC" w:hAnsi="Noto Sans CJK SC" w:eastAsia="Noto Sans CJK SC"/>
                <w:b w:val="0"/>
                <w:sz w:val="16"/>
              </w:rPr>
              <w:t>上中下结构，最后一横托住。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猫</w:t>
            </w:r>
          </w:p>
        </w:tc>
        <w:tc>
          <w:tcPr>
            <w:tcW w:type="dxa" w:w="3685"/>
            <w:vAlign w:val="center"/>
          </w:tcPr>
          <w:p>
            <w:pPr>
              <w:spacing w:after="0"/>
            </w:pPr>
            <w:r/>
            <w:r>
              <w:rPr>
                <w:rFonts w:ascii="Noto Sans CJK SC" w:hAnsi="Noto Sans CJK SC" w:eastAsia="Noto Sans CJK SC"/>
                <w:b w:val="0"/>
                <w:sz w:val="16"/>
              </w:rPr>
              <w:t>反犬旁，右边苗。</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1分钟抄写：小猫看见鱼。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4×5=__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[线段计数] 一条线上有 7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按“大、小、小”不断重复排列，第 40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[和倍] 老师和同学一共有 55 个卡片。同学的卡片是老师的 4 倍。老师和同学各有几个？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今日词卡：sheep / horse / mouse / elephant / park / classroom / book / pencil</w:t>
      </w:r>
    </w:p>
    <w:p>
      <w:pPr>
        <w:spacing w:after="60" w:before="0"/>
      </w:pPr>
      <w:r>
        <w:rPr>
          <w:rFonts w:ascii="Noto Sans CJK SC" w:hAnsi="Noto Sans CJK SC" w:eastAsia="Noto Sans CJK SC"/>
          <w:sz w:val="17"/>
        </w:rPr>
        <w:t>字母进单词：圈出含有字母 p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Look at the window.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Open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Close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Walk to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Stop at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Find something yellow.</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运动：跑跳混合日：开合跳 20 次 + 折返跑 3 组 + 拉伸。</w:t>
      </w:r>
    </w:p>
    <w:p>
      <w:pPr>
        <w:spacing w:after="60" w:before="0"/>
      </w:pPr>
      <w:r>
        <w:rPr>
          <w:rFonts w:ascii="Noto Sans CJK SC" w:hAnsi="Noto Sans CJK SC" w:eastAsia="Noto Sans CJK SC"/>
          <w:sz w:val="17"/>
        </w:rPr>
        <w:t>象棋/心理：残局看图 5 分钟，找最好一步。</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第6周 Day 6 - 图形计数与多步骤指令</w:t>
      </w:r>
    </w:p>
    <w:p>
      <w:pPr>
        <w:spacing w:after="60" w:before="0"/>
      </w:pPr>
      <w:r>
        <w:rPr>
          <w:rFonts w:ascii="Noto Sans CJK SC" w:hAnsi="Noto Sans CJK SC" w:eastAsia="Noto Sans CJK SC"/>
          <w:sz w:val="17"/>
        </w:rPr>
        <w:t>类型：周测日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声调小雷达：家长随机读，孩子用手势/圈选。今日音节：mǎ  mā  bà  bá  shì  shī  zhǒng  zhōng  má  bǎ  shí  zhòng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狗</w:t>
            </w:r>
          </w:p>
        </w:tc>
        <w:tc>
          <w:tcPr>
            <w:tcW w:type="dxa" w:w="3685"/>
            <w:vAlign w:val="center"/>
          </w:tcPr>
          <w:p>
            <w:pPr>
              <w:spacing w:after="0"/>
            </w:pPr>
            <w:r/>
            <w:r>
              <w:rPr>
                <w:rFonts w:ascii="Noto Sans CJK SC" w:hAnsi="Noto Sans CJK SC" w:eastAsia="Noto Sans CJK SC"/>
                <w:b w:val="0"/>
                <w:sz w:val="16"/>
              </w:rPr>
              <w:t>反犬旁，右边句。</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兔</w:t>
            </w:r>
          </w:p>
        </w:tc>
        <w:tc>
          <w:tcPr>
            <w:tcW w:type="dxa" w:w="3685"/>
            <w:vAlign w:val="center"/>
          </w:tcPr>
          <w:p>
            <w:pPr>
              <w:spacing w:after="0"/>
            </w:pPr>
            <w:r/>
            <w:r>
              <w:rPr>
                <w:rFonts w:ascii="Noto Sans CJK SC" w:hAnsi="Noto Sans CJK SC" w:eastAsia="Noto Sans CJK SC"/>
                <w:b w:val="0"/>
                <w:sz w:val="16"/>
              </w:rPr>
              <w:t>免下面点不要漏。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1分钟抄写：小狗和兔子。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5×7=__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按“黑、白、白”不断重复排列，第 44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[和倍] 妈妈和爸爸一共有 36 个贴纸。爸爸的贴纸是妈妈的 2 倍。妈妈和爸爸各有几个？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今日词卡：classroom / book / pencil / bag / desk / chair / toy / ball</w:t>
      </w:r>
    </w:p>
    <w:p>
      <w:pPr>
        <w:spacing w:after="60" w:before="0"/>
      </w:pPr>
      <w:r>
        <w:rPr>
          <w:rFonts w:ascii="Noto Sans CJK SC" w:hAnsi="Noto Sans CJK SC" w:eastAsia="Noto Sans CJK SC"/>
          <w:sz w:val="17"/>
        </w:rPr>
        <w:t>字母进单词：圈出含有字母 q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Walk to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Stop at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Find something yellow.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Find something small.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Draw a big cat.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three books on the desk.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运动：周测日：1 分钟跳绳 + 连续跳绳；只记录，不批评。</w:t>
      </w:r>
    </w:p>
    <w:p>
      <w:pPr>
        <w:spacing w:after="60" w:before="0"/>
      </w:pPr>
      <w:r>
        <w:rPr>
          <w:rFonts w:ascii="Noto Sans CJK SC" w:hAnsi="Noto Sans CJK SC" w:eastAsia="Noto Sans CJK SC"/>
          <w:sz w:val="17"/>
        </w:rPr>
        <w:t>象棋/心理：周末棋局：只捡一个装备。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第6周 Day 7 - 图形计数与多步骤指令</w:t>
      </w:r>
    </w:p>
    <w:p>
      <w:pPr>
        <w:spacing w:after="60" w:before="0"/>
      </w:pPr>
      <w:r>
        <w:rPr>
          <w:rFonts w:ascii="Noto Sans CJK SC" w:hAnsi="Noto Sans CJK SC" w:eastAsia="Noto Sans CJK SC"/>
          <w:sz w:val="17"/>
        </w:rPr>
        <w:t>类型：休整日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声调小雷达：家长随机读，孩子用手势/圈选。今日音节：má  bǎ  shí  zhòng  mà  bā</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中</w:t>
            </w:r>
          </w:p>
        </w:tc>
        <w:tc>
          <w:tcPr>
            <w:tcW w:type="dxa" w:w="3685"/>
            <w:vAlign w:val="center"/>
          </w:tcPr>
          <w:p>
            <w:pPr>
              <w:spacing w:after="0"/>
            </w:pPr>
            <w:r/>
            <w:r>
              <w:rPr>
                <w:rFonts w:ascii="Noto Sans CJK SC" w:hAnsi="Noto Sans CJK SC" w:eastAsia="Noto Sans CJK SC"/>
                <w:b w:val="0"/>
                <w:sz w:val="16"/>
              </w:rPr>
              <w:t>先写口，最后一竖穿中间。</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国</w:t>
            </w:r>
          </w:p>
        </w:tc>
        <w:tc>
          <w:tcPr>
            <w:tcW w:type="dxa" w:w="3685"/>
            <w:vAlign w:val="center"/>
          </w:tcPr>
          <w:p>
            <w:pPr>
              <w:spacing w:after="0"/>
            </w:pPr>
            <w:r/>
            <w:r>
              <w:rPr>
                <w:rFonts w:ascii="Noto Sans CJK SC" w:hAnsi="Noto Sans CJK SC" w:eastAsia="Noto Sans CJK SC"/>
                <w:b w:val="0"/>
                <w:sz w:val="16"/>
              </w:rPr>
              <w:t>先外框，写玉，最后封口。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1分钟抄写：中国有学校。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6×6=__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按“A、B、A、C”不断重复排列，第 48 个是哪个项目？</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[和倍] 小明和小红一共有 52 个金币。小红的金币是小明的 3 倍。小明和小红各有几个？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今日词卡：chair / toy / ball / cup / face / hair / arm / leg</w:t>
      </w:r>
    </w:p>
    <w:p>
      <w:pPr>
        <w:spacing w:after="60" w:before="0"/>
      </w:pPr>
      <w:r>
        <w:rPr>
          <w:rFonts w:ascii="Noto Sans CJK SC" w:hAnsi="Noto Sans CJK SC" w:eastAsia="Noto Sans CJK SC"/>
          <w:sz w:val="17"/>
        </w:rPr>
        <w:t>字母进单词：圈出含有字母 j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Find something small.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Draw a big cat.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three books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left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right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toy under the table.</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运动：休整日：户外散步/公园活动，低强度恢复。</w:t>
      </w:r>
    </w:p>
    <w:p>
      <w:pPr>
        <w:spacing w:after="60" w:before="0"/>
      </w:pPr>
      <w:r>
        <w:rPr>
          <w:rFonts w:ascii="Noto Sans CJK SC" w:hAnsi="Noto Sans CJK SC" w:eastAsia="Noto Sans CJK SC"/>
          <w:sz w:val="17"/>
        </w:rPr>
        <w:t>象棋/心理：休息或自由棋，不复盘。</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第6周 家长答案与观察点</w:t>
      </w:r>
    </w:p>
    <w:p>
      <w:pPr>
        <w:spacing w:after="60" w:before="0"/>
      </w:pPr>
      <w:r>
        <w:rPr>
          <w:rFonts w:ascii="Noto Sans CJK SC" w:hAnsi="Noto Sans CJK SC" w:eastAsia="Noto Sans CJK SC"/>
          <w:b/>
          <w:sz w:val="18"/>
        </w:rPr>
        <w:t>使用：每天做完后再看，不要边做边讲答案。每晚只记录趋势。</w:t>
      </w:r>
    </w:p>
    <w:p>
      <w:pPr>
        <w:pStyle w:val="Heading2"/>
        <w:spacing w:after="80"/>
      </w:pPr>
      <w:r>
        <w:rPr>
          <w:rFonts w:ascii="Noto Sans CJK SC" w:hAnsi="Noto Sans CJK SC" w:eastAsia="Noto Sans CJK SC"/>
        </w:rPr>
        <w:t>Day 1 答案</w:t>
      </w:r>
    </w:p>
    <w:p>
      <w:pPr>
        <w:spacing w:after="60" w:before="0"/>
      </w:pPr>
      <w:r>
        <w:rPr>
          <w:rFonts w:ascii="Noto Sans CJK SC" w:hAnsi="Noto Sans CJK SC" w:eastAsia="Noto Sans CJK SC"/>
          <w:sz w:val="17"/>
        </w:rPr>
        <w:t>语文：声调读准即可；今日字 朋友。只纠正一个主问题，优先笔顺启动和结构。</w:t>
      </w:r>
    </w:p>
    <w:p>
      <w:pPr>
        <w:spacing w:after="60" w:before="0"/>
      </w:pPr>
      <w:r>
        <w:rPr>
          <w:rFonts w:ascii="Noto Sans CJK SC" w:hAnsi="Noto Sans CJK SC" w:eastAsia="Noto Sans CJK SC"/>
          <w:sz w:val="16"/>
        </w:rPr>
        <w:t>乘法快闪答案：8×9=72；6×7=42；6×8=48；6×9=54；7×8=56；5×8=40</w:t>
      </w:r>
    </w:p>
    <w:p>
      <w:pPr>
        <w:spacing w:after="60" w:before="0"/>
      </w:pPr>
      <w:r>
        <w:rPr>
          <w:rFonts w:ascii="Noto Sans CJK SC" w:hAnsi="Noto Sans CJK SC" w:eastAsia="Noto Sans CJK SC"/>
          <w:sz w:val="16"/>
        </w:rPr>
        <w:t>数学1 [线段计数] 答：15。提示：从第1个点出发数：5+4+3+2+1=15。</w:t>
      </w:r>
    </w:p>
    <w:p>
      <w:pPr>
        <w:spacing w:after="60" w:before="0"/>
      </w:pPr>
      <w:r>
        <w:rPr>
          <w:rFonts w:ascii="Noto Sans CJK SC" w:hAnsi="Noto Sans CJK SC" w:eastAsia="Noto Sans CJK SC"/>
          <w:sz w:val="16"/>
        </w:rPr>
        <w:t>数学2 [周期] 答：蓝。提示：一组 2 个；24÷2 余 0。第 24 个是 蓝。</w:t>
      </w:r>
    </w:p>
    <w:p>
      <w:pPr>
        <w:spacing w:after="60" w:before="0"/>
      </w:pPr>
      <w:r>
        <w:rPr>
          <w:rFonts w:ascii="Noto Sans CJK SC" w:hAnsi="Noto Sans CJK SC" w:eastAsia="Noto Sans CJK SC"/>
          <w:sz w:val="16"/>
        </w:rPr>
        <w:t>数学3 [和倍] 答：小明7个，小红21个。提示：一共是 1份+3份=4份；28÷4=7。小明 7 个，小红 21 个。</w:t>
      </w:r>
    </w:p>
    <w:p>
      <w:pPr>
        <w:spacing w:after="60" w:before="0"/>
      </w:pPr>
      <w:r>
        <w:rPr>
          <w:rFonts w:ascii="Noto Sans CJK SC" w:hAnsi="Noto Sans CJK SC" w:eastAsia="Noto Sans CJK SC"/>
          <w:sz w:val="16"/>
        </w:rPr>
        <w:t>英语：目标是能做动作，不强求翻译。指令：Put the pencil under the book；Put the pencil in the bag；Put the book on the chair；Put the bag under the chair；Put the ball in the box；Find a red pencil。</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2 答案</w:t>
      </w:r>
    </w:p>
    <w:p>
      <w:pPr>
        <w:spacing w:after="60" w:before="0"/>
      </w:pPr>
      <w:r>
        <w:rPr>
          <w:rFonts w:ascii="Noto Sans CJK SC" w:hAnsi="Noto Sans CJK SC" w:eastAsia="Noto Sans CJK SC"/>
          <w:sz w:val="17"/>
        </w:rPr>
        <w:t>语文：声调读准即可；今日字 老师。只纠正一个主问题，优先笔顺启动和结构。</w:t>
      </w:r>
    </w:p>
    <w:p>
      <w:pPr>
        <w:spacing w:after="60" w:before="0"/>
      </w:pPr>
      <w:r>
        <w:rPr>
          <w:rFonts w:ascii="Noto Sans CJK SC" w:hAnsi="Noto Sans CJK SC" w:eastAsia="Noto Sans CJK SC"/>
          <w:sz w:val="16"/>
        </w:rPr>
        <w:t>乘法快闪答案：6×7=42；6×8=48；6×9=54；7×8=56；7×9=63；9×6=54</w:t>
      </w:r>
    </w:p>
    <w:p>
      <w:pPr>
        <w:spacing w:after="60" w:before="0"/>
      </w:pPr>
      <w:r>
        <w:rPr>
          <w:rFonts w:ascii="Noto Sans CJK SC" w:hAnsi="Noto Sans CJK SC" w:eastAsia="Noto Sans CJK SC"/>
          <w:sz w:val="16"/>
        </w:rPr>
        <w:t>数学1 [线段计数] 答：21。提示：从第1个点出发数：6+5+4+3+2+1=21。</w:t>
      </w:r>
    </w:p>
    <w:p>
      <w:pPr>
        <w:spacing w:after="60" w:before="0"/>
      </w:pPr>
      <w:r>
        <w:rPr>
          <w:rFonts w:ascii="Noto Sans CJK SC" w:hAnsi="Noto Sans CJK SC" w:eastAsia="Noto Sans CJK SC"/>
          <w:sz w:val="16"/>
        </w:rPr>
        <w:t>数学2 [周期] 答：鱼。提示：一组 3 个；28÷3 余 1。第 28 个是 鱼。</w:t>
      </w:r>
    </w:p>
    <w:p>
      <w:pPr>
        <w:spacing w:after="60" w:before="0"/>
      </w:pPr>
      <w:r>
        <w:rPr>
          <w:rFonts w:ascii="Noto Sans CJK SC" w:hAnsi="Noto Sans CJK SC" w:eastAsia="Noto Sans CJK SC"/>
          <w:sz w:val="16"/>
        </w:rPr>
        <w:t>数学3 [和倍] 答：哥哥8个，弟弟32个。提示：一共是 1份+4份=5份；40÷5=8。哥哥 8 个，弟弟 32 个。</w:t>
      </w:r>
    </w:p>
    <w:p>
      <w:pPr>
        <w:spacing w:after="60" w:before="0"/>
      </w:pPr>
      <w:r>
        <w:rPr>
          <w:rFonts w:ascii="Noto Sans CJK SC" w:hAnsi="Noto Sans CJK SC" w:eastAsia="Noto Sans CJK SC"/>
          <w:sz w:val="16"/>
        </w:rPr>
        <w:t>英语：目标是能做动作，不强求翻译。指令：Put the bag under the chair；Put the ball in the box；Find a red pencil；Find a blue book；Draw a fish；Draw a small bird。</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3 答案</w:t>
      </w:r>
    </w:p>
    <w:p>
      <w:pPr>
        <w:spacing w:after="60" w:before="0"/>
      </w:pPr>
      <w:r>
        <w:rPr>
          <w:rFonts w:ascii="Noto Sans CJK SC" w:hAnsi="Noto Sans CJK SC" w:eastAsia="Noto Sans CJK SC"/>
          <w:sz w:val="17"/>
        </w:rPr>
        <w:t>语文：声调读准即可；今日字 园校。只纠正一个主问题，优先笔顺启动和结构。</w:t>
      </w:r>
    </w:p>
    <w:p>
      <w:pPr>
        <w:spacing w:after="60" w:before="0"/>
      </w:pPr>
      <w:r>
        <w:rPr>
          <w:rFonts w:ascii="Noto Sans CJK SC" w:hAnsi="Noto Sans CJK SC" w:eastAsia="Noto Sans CJK SC"/>
          <w:sz w:val="16"/>
        </w:rPr>
        <w:t>乘法快闪答案：6×8=48；6×9=54；7×8=56；7×9=63；8×9=72；2×6=12</w:t>
      </w:r>
    </w:p>
    <w:p>
      <w:pPr>
        <w:spacing w:after="60" w:before="0"/>
      </w:pPr>
      <w:r>
        <w:rPr>
          <w:rFonts w:ascii="Noto Sans CJK SC" w:hAnsi="Noto Sans CJK SC" w:eastAsia="Noto Sans CJK SC"/>
          <w:sz w:val="16"/>
        </w:rPr>
        <w:t>数学1 [线段计数] 答：10。提示：从第1个点出发数：4+3+2+1=10。</w:t>
      </w:r>
    </w:p>
    <w:p>
      <w:pPr>
        <w:spacing w:after="60" w:before="0"/>
      </w:pPr>
      <w:r>
        <w:rPr>
          <w:rFonts w:ascii="Noto Sans CJK SC" w:hAnsi="Noto Sans CJK SC" w:eastAsia="Noto Sans CJK SC"/>
          <w:sz w:val="16"/>
        </w:rPr>
        <w:t>数学2 [周期] 答：中。提示：一组 3 个；32÷3 余 2。第 32 个是 中。</w:t>
      </w:r>
    </w:p>
    <w:p>
      <w:pPr>
        <w:spacing w:after="60" w:before="0"/>
      </w:pPr>
      <w:r>
        <w:rPr>
          <w:rFonts w:ascii="Noto Sans CJK SC" w:hAnsi="Noto Sans CJK SC" w:eastAsia="Noto Sans CJK SC"/>
          <w:sz w:val="16"/>
        </w:rPr>
        <w:t>数学3 [和倍] 答：小猫9个，小狗18个。提示：一共是 1份+2份=3份；27÷3=9。小猫 9 个，小狗 18 个。</w:t>
      </w:r>
    </w:p>
    <w:p>
      <w:pPr>
        <w:spacing w:after="60" w:before="0"/>
      </w:pPr>
      <w:r>
        <w:rPr>
          <w:rFonts w:ascii="Noto Sans CJK SC" w:hAnsi="Noto Sans CJK SC" w:eastAsia="Noto Sans CJK SC"/>
          <w:sz w:val="16"/>
        </w:rPr>
        <w:t>英语：目标是能做动作，不强求翻译。指令：Find a blue book；Draw a fish；Draw a small bird；Give me the book；Give me two pencils；Take the ruler。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4 答案</w:t>
      </w:r>
    </w:p>
    <w:p>
      <w:pPr>
        <w:spacing w:after="60" w:before="0"/>
      </w:pPr>
      <w:r>
        <w:rPr>
          <w:rFonts w:ascii="Noto Sans CJK SC" w:hAnsi="Noto Sans CJK SC" w:eastAsia="Noto Sans CJK SC"/>
          <w:sz w:val="17"/>
        </w:rPr>
        <w:t>语文：声调读准即可；今日字 房间。只纠正一个主问题，优先笔顺启动和结构。</w:t>
      </w:r>
    </w:p>
    <w:p>
      <w:pPr>
        <w:spacing w:after="60" w:before="0"/>
      </w:pPr>
      <w:r>
        <w:rPr>
          <w:rFonts w:ascii="Noto Sans CJK SC" w:hAnsi="Noto Sans CJK SC" w:eastAsia="Noto Sans CJK SC"/>
          <w:sz w:val="16"/>
        </w:rPr>
        <w:t>乘法快闪答案：6×9=54；7×8=56；7×9=63；8×9=72；6×7=42；3×4=12</w:t>
      </w:r>
    </w:p>
    <w:p>
      <w:pPr>
        <w:spacing w:after="60" w:before="0"/>
      </w:pPr>
      <w:r>
        <w:rPr>
          <w:rFonts w:ascii="Noto Sans CJK SC" w:hAnsi="Noto Sans CJK SC" w:eastAsia="Noto Sans CJK SC"/>
          <w:sz w:val="16"/>
        </w:rPr>
        <w:t>数学1 [线段计数] 答：15。提示：从第1个点出发数：5+4+3+2+1=15。</w:t>
      </w:r>
    </w:p>
    <w:p>
      <w:pPr>
        <w:spacing w:after="60" w:before="0"/>
      </w:pPr>
      <w:r>
        <w:rPr>
          <w:rFonts w:ascii="Noto Sans CJK SC" w:hAnsi="Noto Sans CJK SC" w:eastAsia="Noto Sans CJK SC"/>
          <w:sz w:val="16"/>
        </w:rPr>
        <w:t>数学2 [周期] 答：四。提示：一组 4 个；36÷4 余 0。第 36 个是 四。</w:t>
      </w:r>
    </w:p>
    <w:p>
      <w:pPr>
        <w:spacing w:after="60" w:before="0"/>
      </w:pPr>
      <w:r>
        <w:rPr>
          <w:rFonts w:ascii="Noto Sans CJK SC" w:hAnsi="Noto Sans CJK SC" w:eastAsia="Noto Sans CJK SC"/>
          <w:sz w:val="16"/>
        </w:rPr>
        <w:t>数学3 [和倍] 答：乐乐10个，天天30个。提示：一共是 1份+3份=4份；40÷4=10。乐乐 10 个，天天 30 个。</w:t>
      </w:r>
    </w:p>
    <w:p>
      <w:pPr>
        <w:spacing w:after="60" w:before="0"/>
      </w:pPr>
      <w:r>
        <w:rPr>
          <w:rFonts w:ascii="Noto Sans CJK SC" w:hAnsi="Noto Sans CJK SC" w:eastAsia="Noto Sans CJK SC"/>
          <w:sz w:val="16"/>
        </w:rPr>
        <w:t>英语：目标是能做动作，不强求翻译。指令：Give me the book；Give me two pencils；Take the ruler；Look at the window；Open the door；Close the door。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5 答案</w:t>
      </w:r>
    </w:p>
    <w:p>
      <w:pPr>
        <w:spacing w:after="60" w:before="0"/>
      </w:pPr>
      <w:r>
        <w:rPr>
          <w:rFonts w:ascii="Noto Sans CJK SC" w:hAnsi="Noto Sans CJK SC" w:eastAsia="Noto Sans CJK SC"/>
          <w:sz w:val="17"/>
        </w:rPr>
        <w:t>语文：声调读准即可；今日字 鱼猫。只纠正一个主问题，优先笔顺启动和结构。</w:t>
      </w:r>
    </w:p>
    <w:p>
      <w:pPr>
        <w:spacing w:after="60" w:before="0"/>
      </w:pPr>
      <w:r>
        <w:rPr>
          <w:rFonts w:ascii="Noto Sans CJK SC" w:hAnsi="Noto Sans CJK SC" w:eastAsia="Noto Sans CJK SC"/>
          <w:sz w:val="16"/>
        </w:rPr>
        <w:t>乘法快闪答案：7×8=56；7×9=63；8×9=72；6×7=42；6×8=48；4×5=20</w:t>
      </w:r>
    </w:p>
    <w:p>
      <w:pPr>
        <w:spacing w:after="60" w:before="0"/>
      </w:pPr>
      <w:r>
        <w:rPr>
          <w:rFonts w:ascii="Noto Sans CJK SC" w:hAnsi="Noto Sans CJK SC" w:eastAsia="Noto Sans CJK SC"/>
          <w:sz w:val="16"/>
        </w:rPr>
        <w:t>数学1 [线段计数] 答：21。提示：从第1个点出发数：6+5+4+3+2+1=21。</w:t>
      </w:r>
    </w:p>
    <w:p>
      <w:pPr>
        <w:spacing w:after="60" w:before="0"/>
      </w:pPr>
      <w:r>
        <w:rPr>
          <w:rFonts w:ascii="Noto Sans CJK SC" w:hAnsi="Noto Sans CJK SC" w:eastAsia="Noto Sans CJK SC"/>
          <w:sz w:val="16"/>
        </w:rPr>
        <w:t>数学2 [周期] 答：大。提示：一组 3 个；40÷3 余 1。第 40 个是 大。</w:t>
      </w:r>
    </w:p>
    <w:p>
      <w:pPr>
        <w:spacing w:after="60" w:before="0"/>
      </w:pPr>
      <w:r>
        <w:rPr>
          <w:rFonts w:ascii="Noto Sans CJK SC" w:hAnsi="Noto Sans CJK SC" w:eastAsia="Noto Sans CJK SC"/>
          <w:sz w:val="16"/>
        </w:rPr>
        <w:t>数学3 [和倍] 答：老师11个，同学44个。提示：一共是 1份+4份=5份；55÷5=11。老师 11 个，同学 44 个。</w:t>
      </w:r>
    </w:p>
    <w:p>
      <w:pPr>
        <w:spacing w:after="60" w:before="0"/>
      </w:pPr>
      <w:r>
        <w:rPr>
          <w:rFonts w:ascii="Noto Sans CJK SC" w:hAnsi="Noto Sans CJK SC" w:eastAsia="Noto Sans CJK SC"/>
          <w:sz w:val="16"/>
        </w:rPr>
        <w:t>英语：目标是能做动作，不强求翻译。指令：Look at the window；Open the door；Close the door；Walk to the table；Stop at the chair；Find something yellow。</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6 答案</w:t>
      </w:r>
    </w:p>
    <w:p>
      <w:pPr>
        <w:spacing w:after="60" w:before="0"/>
      </w:pPr>
      <w:r>
        <w:rPr>
          <w:rFonts w:ascii="Noto Sans CJK SC" w:hAnsi="Noto Sans CJK SC" w:eastAsia="Noto Sans CJK SC"/>
          <w:sz w:val="17"/>
        </w:rPr>
        <w:t>语文：声调读准即可；今日字 狗兔。只纠正一个主问题，优先笔顺启动和结构。</w:t>
      </w:r>
    </w:p>
    <w:p>
      <w:pPr>
        <w:spacing w:after="60" w:before="0"/>
      </w:pPr>
      <w:r>
        <w:rPr>
          <w:rFonts w:ascii="Noto Sans CJK SC" w:hAnsi="Noto Sans CJK SC" w:eastAsia="Noto Sans CJK SC"/>
          <w:sz w:val="16"/>
        </w:rPr>
        <w:t>乘法快闪答案：7×9=63；8×9=72；6×7=42；6×8=48；6×9=54；5×7=35</w:t>
      </w:r>
    </w:p>
    <w:p>
      <w:pPr>
        <w:spacing w:after="60" w:before="0"/>
      </w:pPr>
      <w:r>
        <w:rPr>
          <w:rFonts w:ascii="Noto Sans CJK SC" w:hAnsi="Noto Sans CJK SC" w:eastAsia="Noto Sans CJK SC"/>
          <w:sz w:val="16"/>
        </w:rPr>
        <w:t>数学1 [线段计数] 答：10。提示：从第1个点出发数：4+3+2+1=10。</w:t>
      </w:r>
    </w:p>
    <w:p>
      <w:pPr>
        <w:spacing w:after="60" w:before="0"/>
      </w:pPr>
      <w:r>
        <w:rPr>
          <w:rFonts w:ascii="Noto Sans CJK SC" w:hAnsi="Noto Sans CJK SC" w:eastAsia="Noto Sans CJK SC"/>
          <w:sz w:val="16"/>
        </w:rPr>
        <w:t>数学2 [周期] 答：白。提示：一组 3 个；44÷3 余 2。第 44 个是 白。</w:t>
      </w:r>
    </w:p>
    <w:p>
      <w:pPr>
        <w:spacing w:after="60" w:before="0"/>
      </w:pPr>
      <w:r>
        <w:rPr>
          <w:rFonts w:ascii="Noto Sans CJK SC" w:hAnsi="Noto Sans CJK SC" w:eastAsia="Noto Sans CJK SC"/>
          <w:sz w:val="16"/>
        </w:rPr>
        <w:t>数学3 [和倍] 答：妈妈12个，爸爸24个。提示：一共是 1份+2份=3份；36÷3=12。妈妈 12 个，爸爸 24 个。</w:t>
      </w:r>
    </w:p>
    <w:p>
      <w:pPr>
        <w:spacing w:after="60" w:before="0"/>
      </w:pPr>
      <w:r>
        <w:rPr>
          <w:rFonts w:ascii="Noto Sans CJK SC" w:hAnsi="Noto Sans CJK SC" w:eastAsia="Noto Sans CJK SC"/>
          <w:sz w:val="16"/>
        </w:rPr>
        <w:t>英语：目标是能做动作，不强求翻译。指令：Walk to the table；Stop at the chair；Find something yellow；Find something small；Draw a big cat；Put three books on the desk。</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7 答案</w:t>
      </w:r>
    </w:p>
    <w:p>
      <w:pPr>
        <w:spacing w:after="60" w:before="0"/>
      </w:pPr>
      <w:r>
        <w:rPr>
          <w:rFonts w:ascii="Noto Sans CJK SC" w:hAnsi="Noto Sans CJK SC" w:eastAsia="Noto Sans CJK SC"/>
          <w:sz w:val="17"/>
        </w:rPr>
        <w:t>语文：声调读准即可；今日字 中国。只纠正一个主问题，优先笔顺启动和结构。</w:t>
      </w:r>
    </w:p>
    <w:p>
      <w:pPr>
        <w:spacing w:after="60" w:before="0"/>
      </w:pPr>
      <w:r>
        <w:rPr>
          <w:rFonts w:ascii="Noto Sans CJK SC" w:hAnsi="Noto Sans CJK SC" w:eastAsia="Noto Sans CJK SC"/>
          <w:sz w:val="16"/>
        </w:rPr>
        <w:t>乘法快闪答案：8×9=72；6×7=42；6×8=48；6×9=54；7×8=56；6×6=36</w:t>
      </w:r>
    </w:p>
    <w:p>
      <w:pPr>
        <w:spacing w:after="60" w:before="0"/>
      </w:pPr>
      <w:r>
        <w:rPr>
          <w:rFonts w:ascii="Noto Sans CJK SC" w:hAnsi="Noto Sans CJK SC" w:eastAsia="Noto Sans CJK SC"/>
          <w:sz w:val="16"/>
        </w:rPr>
        <w:t>数学1 [线段计数] 答：15。提示：从第1个点出发数：5+4+3+2+1=15。</w:t>
      </w:r>
    </w:p>
    <w:p>
      <w:pPr>
        <w:spacing w:after="60" w:before="0"/>
      </w:pPr>
      <w:r>
        <w:rPr>
          <w:rFonts w:ascii="Noto Sans CJK SC" w:hAnsi="Noto Sans CJK SC" w:eastAsia="Noto Sans CJK SC"/>
          <w:sz w:val="16"/>
        </w:rPr>
        <w:t>数学2 [周期] 答：C。提示：一组 4 个；48÷4 余 0。第 48 个是 C。</w:t>
      </w:r>
    </w:p>
    <w:p>
      <w:pPr>
        <w:spacing w:after="60" w:before="0"/>
      </w:pPr>
      <w:r>
        <w:rPr>
          <w:rFonts w:ascii="Noto Sans CJK SC" w:hAnsi="Noto Sans CJK SC" w:eastAsia="Noto Sans CJK SC"/>
          <w:sz w:val="16"/>
        </w:rPr>
        <w:t>数学3 [和倍] 答：小明13个，小红39个。提示：一共是 1份+3份=4份；52÷4=13。小明 13 个，小红 39 个。</w:t>
      </w:r>
    </w:p>
    <w:p>
      <w:pPr>
        <w:spacing w:after="60" w:before="0"/>
      </w:pPr>
      <w:r>
        <w:rPr>
          <w:rFonts w:ascii="Noto Sans CJK SC" w:hAnsi="Noto Sans CJK SC" w:eastAsia="Noto Sans CJK SC"/>
          <w:sz w:val="16"/>
        </w:rPr>
        <w:t>英语：目标是能做动作，不强求翻译。指令：Find something small；Draw a big cat；Put three books on the desk；Touch your left hand；Touch your right ear；Put the toy under the table。</w:t>
      </w:r>
    </w:p>
    <w:p>
      <w:pPr>
        <w:spacing w:after="60" w:before="0"/>
      </w:pPr>
      <w:r>
        <w:rPr>
          <w:rFonts w:ascii="Noto Sans CJK SC" w:hAnsi="Noto Sans CJK SC" w:eastAsia="Noto Sans CJK SC"/>
          <w:b/>
          <w:sz w:val="16"/>
        </w:rPr>
        <w:t>调参：若出现明显烦躁，立刻切到保底版：语文1个字、数学1道题、英语3条指令、运动10分钟。</w:t>
      </w:r>
    </w:p>
    <w:p>
      <w:r>
        <w:br w:type="page"/>
      </w:r>
    </w:p>
    <w:p>
      <w:pPr>
        <w:pStyle w:val="Heading1"/>
        <w:spacing w:after="80"/>
      </w:pPr>
      <w:r>
        <w:rPr>
          <w:rFonts w:ascii="Noto Sans CJK SC" w:hAnsi="Noto Sans CJK SC" w:eastAsia="Noto Sans CJK SC"/>
        </w:rPr>
        <w:t>第7周：混合闯关与弱项修复</w:t>
      </w:r>
    </w:p>
    <w:p>
      <w:pPr>
        <w:spacing w:after="60" w:before="0"/>
      </w:pPr>
      <w:r>
        <w:rPr>
          <w:rFonts w:ascii="Noto Sans CJK SC" w:hAnsi="Noto Sans CJK SC" w:eastAsia="Noto Sans CJK SC"/>
          <w:b/>
          <w:sz w:val="20"/>
        </w:rPr>
        <w:t>本周目标：前六周内容混合；保留错题变式；减少新知识。</w:t>
      </w:r>
    </w:p>
    <w:p>
      <w:pPr>
        <w:spacing w:after="60" w:before="0"/>
      </w:pPr>
      <w:r>
        <w:rPr>
          <w:rFonts w:ascii="Noto Sans CJK SC" w:hAnsi="Noto Sans CJK SC" w:eastAsia="Noto Sans CJK SC"/>
          <w:sz w:val="18"/>
        </w:rPr>
        <w:t>本周执行原则：每天完成核心任务即可，挑战题可选。若情绪明显下降，优先保住语文短练和运动。</w:t>
      </w:r>
    </w:p>
    <w:p>
      <w:r>
        <w:br w:type="page"/>
      </w:r>
    </w:p>
    <w:p>
      <w:pPr>
        <w:pStyle w:val="Heading1"/>
        <w:spacing w:after="80"/>
      </w:pPr>
      <w:r>
        <w:rPr>
          <w:rFonts w:ascii="Noto Sans CJK SC" w:hAnsi="Noto Sans CJK SC" w:eastAsia="Noto Sans CJK SC"/>
        </w:rPr>
        <w:t>第7周 Day 1 - 混合闯关与弱项修复</w:t>
      </w:r>
    </w:p>
    <w:p>
      <w:pPr>
        <w:spacing w:after="60" w:before="0"/>
      </w:pPr>
      <w:r>
        <w:rPr>
          <w:rFonts w:ascii="Noto Sans CJK SC" w:hAnsi="Noto Sans CJK SC" w:eastAsia="Noto Sans CJK SC"/>
          <w:sz w:val="17"/>
        </w:rPr>
        <w:t>类型：训练日    今日目标：前六周内容混合；保留错题变式；减少新知识。</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mǎ  bā  bǎ  shī  shí  zhōng  zhòng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我</w:t>
            </w:r>
          </w:p>
        </w:tc>
        <w:tc>
          <w:tcPr>
            <w:tcW w:type="dxa" w:w="3685"/>
            <w:vAlign w:val="center"/>
          </w:tcPr>
          <w:p>
            <w:pPr>
              <w:spacing w:after="0"/>
            </w:pPr>
            <w:r/>
            <w:r>
              <w:rPr>
                <w:rFonts w:ascii="Noto Sans CJK SC" w:hAnsi="Noto Sans CJK SC" w:eastAsia="Noto Sans CJK SC"/>
                <w:b w:val="0"/>
                <w:sz w:val="16"/>
              </w:rPr>
              <w:t>斜钩要长，最后点不要漏。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想</w:t>
            </w:r>
          </w:p>
        </w:tc>
        <w:tc>
          <w:tcPr>
            <w:tcW w:type="dxa" w:w="3685"/>
            <w:vAlign w:val="center"/>
          </w:tcPr>
          <w:p>
            <w:pPr>
              <w:spacing w:after="0"/>
            </w:pPr>
            <w:r/>
            <w:r>
              <w:rPr>
                <w:rFonts w:ascii="Noto Sans CJK SC" w:hAnsi="Noto Sans CJK SC" w:eastAsia="Noto Sans CJK SC"/>
                <w:b w:val="0"/>
                <w:sz w:val="16"/>
              </w:rPr>
              <w:t>相在上，心在下；心别写太大。</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1分钟抄写：我想吃水果。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3×8=__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哥哥和弟弟一共有 22 个积木。哥哥比弟弟多 6 个。哥哥和弟弟各有几个？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[差倍] 弟弟的积木是哥哥的 3 倍。弟弟比哥哥多 12 个积木。哥哥和弟弟各有几个？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按“红、黄、蓝”不断重复排列，第 18 个是哪个颜色？</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今日词卡：head / hand / eye / ear / nose / mouth / face / hair</w:t>
      </w:r>
    </w:p>
    <w:p>
      <w:pPr>
        <w:spacing w:after="60" w:before="0"/>
      </w:pPr>
      <w:r>
        <w:rPr>
          <w:rFonts w:ascii="Noto Sans CJK SC" w:hAnsi="Noto Sans CJK SC" w:eastAsia="Noto Sans CJK SC"/>
          <w:sz w:val="17"/>
        </w:rPr>
        <w:t>字母进单词：圈出含有字母 z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left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right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toy under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cup on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Take the apple from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Give the banana to dad.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运动：跳绳技术日：连续跳 3 轮，每轮尽量不断；记录最好一次。</w:t>
      </w:r>
    </w:p>
    <w:p>
      <w:pPr>
        <w:spacing w:after="60" w:before="0"/>
      </w:pPr>
      <w:r>
        <w:rPr>
          <w:rFonts w:ascii="Noto Sans CJK SC" w:hAnsi="Noto Sans CJK SC" w:eastAsia="Noto Sans CJK SC"/>
          <w:sz w:val="17"/>
        </w:rPr>
        <w:t>象棋/心理：不安排棋题，只说一句“今天错题是系统提示”。</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第7周 Day 2 - 混合闯关与弱项修复</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声调小雷达：家长随机读，孩子用手势/圈选。今日音节：guō  guó  guǒ  guò  gōu  góu  gǒu  gòu</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吃</w:t>
            </w:r>
          </w:p>
        </w:tc>
        <w:tc>
          <w:tcPr>
            <w:tcW w:type="dxa" w:w="3685"/>
            <w:vAlign w:val="center"/>
          </w:tcPr>
          <w:p>
            <w:pPr>
              <w:spacing w:after="0"/>
            </w:pPr>
            <w:r/>
            <w:r>
              <w:rPr>
                <w:rFonts w:ascii="Noto Sans CJK SC" w:hAnsi="Noto Sans CJK SC" w:eastAsia="Noto Sans CJK SC"/>
                <w:b w:val="0"/>
                <w:sz w:val="16"/>
              </w:rPr>
              <w:t>口字旁写小，右边不要写成气。</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果</w:t>
            </w:r>
          </w:p>
        </w:tc>
        <w:tc>
          <w:tcPr>
            <w:tcW w:type="dxa" w:w="3685"/>
            <w:vAlign w:val="center"/>
          </w:tcPr>
          <w:p>
            <w:pPr>
              <w:spacing w:after="0"/>
            </w:pPr>
            <w:r/>
            <w:r>
              <w:rPr>
                <w:rFonts w:ascii="Noto Sans CJK SC" w:hAnsi="Noto Sans CJK SC" w:eastAsia="Noto Sans CJK SC"/>
                <w:b w:val="0"/>
                <w:sz w:val="16"/>
              </w:rPr>
              <w:t>先日后木，横画不要漏。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1分钟抄写：我去跑步。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4×7=__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小猫有 8 个糖果，小狗的糖果是小猫的 4 倍。两人一共有多少个糖果？</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小猫和小狗一共有 28 个糖果。小狗的糖果是小猫的 3 倍。小猫和小狗各有几个？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7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今日词卡：mouth / face / hair / arm / leg / foot / finger / sit</w:t>
      </w:r>
    </w:p>
    <w:p>
      <w:pPr>
        <w:spacing w:after="60" w:before="0"/>
      </w:pPr>
      <w:r>
        <w:rPr>
          <w:rFonts w:ascii="Noto Sans CJK SC" w:hAnsi="Noto Sans CJK SC" w:eastAsia="Noto Sans CJK SC"/>
          <w:sz w:val="17"/>
        </w:rPr>
        <w:t>字母进单词：圈出含有字母 b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cup on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Take the apple from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Give the banana to dad.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Find the dog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Find the rabbit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paper in the box.</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运动：跑步节奏日：慢跑 5 分钟 + 50 米轻松跑 1 次，不追求极限。</w:t>
      </w:r>
    </w:p>
    <w:p>
      <w:pPr>
        <w:spacing w:after="60" w:before="0"/>
      </w:pPr>
      <w:r>
        <w:rPr>
          <w:rFonts w:ascii="Noto Sans CJK SC" w:hAnsi="Noto Sans CJK SC" w:eastAsia="Noto Sans CJK SC"/>
          <w:sz w:val="17"/>
        </w:rPr>
        <w:t>象棋/心理：1 步将杀题 1 道，做不出也算完成。</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第7周 Day 3 - 混合闯关与弱项修复</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声调小雷达：家长随机读，孩子用手势/圈选。今日音节：mén  men  niǎo  xué  wǒ  xiǎng  chī  píng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跑</w:t>
            </w:r>
          </w:p>
        </w:tc>
        <w:tc>
          <w:tcPr>
            <w:tcW w:type="dxa" w:w="3685"/>
            <w:vAlign w:val="center"/>
          </w:tcPr>
          <w:p>
            <w:pPr>
              <w:spacing w:after="0"/>
            </w:pPr>
            <w:r/>
            <w:r>
              <w:rPr>
                <w:rFonts w:ascii="Noto Sans CJK SC" w:hAnsi="Noto Sans CJK SC" w:eastAsia="Noto Sans CJK SC"/>
                <w:b w:val="0"/>
                <w:sz w:val="16"/>
              </w:rPr>
              <w:t>足字旁要窄，右边包要稳。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步</w:t>
            </w:r>
          </w:p>
        </w:tc>
        <w:tc>
          <w:tcPr>
            <w:tcW w:type="dxa" w:w="3685"/>
            <w:vAlign w:val="center"/>
          </w:tcPr>
          <w:p>
            <w:pPr>
              <w:spacing w:after="0"/>
            </w:pPr>
            <w:r/>
            <w:r>
              <w:rPr>
                <w:rFonts w:ascii="Noto Sans CJK SC" w:hAnsi="Noto Sans CJK SC" w:eastAsia="Noto Sans CJK SC"/>
                <w:b w:val="0"/>
                <w:sz w:val="16"/>
              </w:rPr>
              <w:t>上止下少，少不要写成小。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1分钟抄写：我完成数学。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5×8=__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乐乐和天天一共有 26 个小星星。乐乐比天天多 6 个。乐乐和天天各有几个？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[差倍] 天天的小星星是乐乐的 3 倍。天天比乐乐多 16 个小星星。乐乐和天天各有几个？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按“红、黄、蓝”不断重复排列，第 24 个是哪个颜色？</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今日词卡：foot / finger / sit / stand / run / jump / open / close</w:t>
      </w:r>
    </w:p>
    <w:p>
      <w:pPr>
        <w:spacing w:after="60" w:before="0"/>
      </w:pPr>
      <w:r>
        <w:rPr>
          <w:rFonts w:ascii="Noto Sans CJK SC" w:hAnsi="Noto Sans CJK SC" w:eastAsia="Noto Sans CJK SC"/>
          <w:sz w:val="17"/>
        </w:rPr>
        <w:t>字母进单词：圈出含有字母 d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Find the dog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Find the rabbit card.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paper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Read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Write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Listen and point.</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运动：跳绳速度日：30 秒 × 3 轮 + 1 分钟 × 1 轮；记录中断次数。</w:t>
      </w:r>
    </w:p>
    <w:p>
      <w:pPr>
        <w:spacing w:after="60" w:before="0"/>
      </w:pPr>
      <w:r>
        <w:rPr>
          <w:rFonts w:ascii="Noto Sans CJK SC" w:hAnsi="Noto Sans CJK SC" w:eastAsia="Noto Sans CJK SC"/>
          <w:sz w:val="17"/>
        </w:rPr>
        <w:t>象棋/心理：亲子轻松局 1 盘，家长让 1 个小目标。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第7周 Day 4 - 混合闯关与弱项修复</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声调小雷达：家长随机读，孩子用手势/圈选。今日音节：guó  guǒ  gǒu  gòu  mén  niǎo  xué  wǒ</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数</w:t>
            </w:r>
          </w:p>
        </w:tc>
        <w:tc>
          <w:tcPr>
            <w:tcW w:type="dxa" w:w="3685"/>
            <w:vAlign w:val="center"/>
          </w:tcPr>
          <w:p>
            <w:pPr>
              <w:spacing w:after="0"/>
            </w:pPr>
            <w:r/>
            <w:r>
              <w:rPr>
                <w:rFonts w:ascii="Noto Sans CJK SC" w:hAnsi="Noto Sans CJK SC" w:eastAsia="Noto Sans CJK SC"/>
                <w:b w:val="0"/>
                <w:sz w:val="16"/>
              </w:rPr>
              <w:t>米、女、攵三部分分清。</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学</w:t>
            </w:r>
          </w:p>
        </w:tc>
        <w:tc>
          <w:tcPr>
            <w:tcW w:type="dxa" w:w="3685"/>
            <w:vAlign w:val="center"/>
          </w:tcPr>
          <w:p>
            <w:pPr>
              <w:spacing w:after="0"/>
            </w:pPr>
            <w:r/>
            <w:r>
              <w:rPr>
                <w:rFonts w:ascii="Noto Sans CJK SC" w:hAnsi="Noto Sans CJK SC" w:eastAsia="Noto Sans CJK SC"/>
                <w:b w:val="0"/>
                <w:sz w:val="16"/>
              </w:rPr>
              <w:t>上面写稳，下面子不要散。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1分钟抄写：我完成英语。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9×6=__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老师有 6 个棋子，同学的棋子是老师的 3 倍。两人一共有多少个棋子？</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老师和同学一共有 36 个棋子。同学的棋子是老师的 3 倍。老师和同学各有几个？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今日词卡：jump / open / close / touch / put / take / give / find</w:t>
      </w:r>
    </w:p>
    <w:p>
      <w:pPr>
        <w:spacing w:after="60" w:before="0"/>
      </w:pPr>
      <w:r>
        <w:rPr>
          <w:rFonts w:ascii="Noto Sans CJK SC" w:hAnsi="Noto Sans CJK SC" w:eastAsia="Noto Sans CJK SC"/>
          <w:sz w:val="17"/>
        </w:rPr>
        <w:t>字母进单词：圈出含有字母 p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Read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Write one word.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Listen and point.</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hand.</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运动：户外综合日：球类/追逐/骑行 30-60 分钟。</w:t>
      </w:r>
    </w:p>
    <w:p>
      <w:pPr>
        <w:spacing w:after="60" w:before="0"/>
      </w:pPr>
      <w:r>
        <w:rPr>
          <w:rFonts w:ascii="Noto Sans CJK SC" w:hAnsi="Noto Sans CJK SC" w:eastAsia="Noto Sans CJK SC"/>
          <w:sz w:val="17"/>
        </w:rPr>
        <w:t>象棋/心理：复盘 1 个错误：下次先看王、后、车。</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第7周 Day 5 - 混合闯关与弱项修复</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声调小雷达：家长随机读，孩子用手势/圈选。今日音节：jīn  tiān  pǎo  bù  shù  yīng  yǔ  tiào</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英</w:t>
            </w:r>
          </w:p>
        </w:tc>
        <w:tc>
          <w:tcPr>
            <w:tcW w:type="dxa" w:w="3685"/>
            <w:vAlign w:val="center"/>
          </w:tcPr>
          <w:p>
            <w:pPr>
              <w:spacing w:after="0"/>
            </w:pPr>
            <w:r/>
            <w:r>
              <w:rPr>
                <w:rFonts w:ascii="Noto Sans CJK SC" w:hAnsi="Noto Sans CJK SC" w:eastAsia="Noto Sans CJK SC"/>
                <w:b w:val="0"/>
                <w:sz w:val="16"/>
              </w:rPr>
              <w:t>草字头，下面央要正。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语</w:t>
            </w:r>
          </w:p>
        </w:tc>
        <w:tc>
          <w:tcPr>
            <w:tcW w:type="dxa" w:w="3685"/>
            <w:vAlign w:val="center"/>
          </w:tcPr>
          <w:p>
            <w:pPr>
              <w:spacing w:after="0"/>
            </w:pPr>
            <w:r/>
            <w:r>
              <w:rPr>
                <w:rFonts w:ascii="Noto Sans CJK SC" w:hAnsi="Noto Sans CJK SC" w:eastAsia="Noto Sans CJK SC"/>
                <w:b w:val="0"/>
                <w:sz w:val="16"/>
              </w:rPr>
              <w:t>言字旁要窄，右边吾要稳。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1分钟抄写：我会跳绳。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2×6=__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妈妈和爸爸一共有 30 个书签。妈妈比爸爸多 6 个。妈妈和爸爸各有几个？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[差倍] 爸爸的书签是妈妈的 3 倍。爸爸比妈妈多 20 个书签。妈妈和爸爸各有几个？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按“红、黄、蓝”不断重复排列，第 30 个是哪个颜色？</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今日词卡：take / give / find / draw / look / listen / read / write</w:t>
      </w:r>
    </w:p>
    <w:p>
      <w:pPr>
        <w:spacing w:after="60" w:before="0"/>
      </w:pPr>
      <w:r>
        <w:rPr>
          <w:rFonts w:ascii="Noto Sans CJK SC" w:hAnsi="Noto Sans CJK SC" w:eastAsia="Noto Sans CJK SC"/>
          <w:sz w:val="17"/>
        </w:rPr>
        <w:t>字母进单词：圈出含有字母 q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nose.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head.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hand.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Touch your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Touch your eye.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Touch your mouth.</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运动：跑跳混合日：开合跳 20 次 + 折返跑 3 组 + 拉伸。</w:t>
      </w:r>
    </w:p>
    <w:p>
      <w:pPr>
        <w:spacing w:after="60" w:before="0"/>
      </w:pPr>
      <w:r>
        <w:rPr>
          <w:rFonts w:ascii="Noto Sans CJK SC" w:hAnsi="Noto Sans CJK SC" w:eastAsia="Noto Sans CJK SC"/>
          <w:sz w:val="17"/>
        </w:rPr>
        <w:t>象棋/心理：残局看图 5 分钟，找最好一步。</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第7周 Day 6 - 混合闯关与弱项修复</w:t>
      </w:r>
    </w:p>
    <w:p>
      <w:pPr>
        <w:spacing w:after="60" w:before="0"/>
      </w:pPr>
      <w:r>
        <w:rPr>
          <w:rFonts w:ascii="Noto Sans CJK SC" w:hAnsi="Noto Sans CJK SC" w:eastAsia="Noto Sans CJK SC"/>
          <w:sz w:val="17"/>
        </w:rPr>
        <w:t>类型：周测日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声调小雷达：家长随机读，孩子用手势/圈选。今日音节：rèn  wù  shū  bǐ  zhuō  yǐ  hóng  lán  huáng  hēi  bái  shǒu</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跳</w:t>
            </w:r>
          </w:p>
        </w:tc>
        <w:tc>
          <w:tcPr>
            <w:tcW w:type="dxa" w:w="3685"/>
            <w:vAlign w:val="center"/>
          </w:tcPr>
          <w:p>
            <w:pPr>
              <w:spacing w:after="0"/>
            </w:pPr>
            <w:r/>
            <w:r>
              <w:rPr>
                <w:rFonts w:ascii="Noto Sans CJK SC" w:hAnsi="Noto Sans CJK SC" w:eastAsia="Noto Sans CJK SC"/>
                <w:b w:val="0"/>
                <w:sz w:val="16"/>
              </w:rPr>
              <w:t>足字旁要窄，右边兆要舒展。</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绳</w:t>
            </w:r>
          </w:p>
        </w:tc>
        <w:tc>
          <w:tcPr>
            <w:tcW w:type="dxa" w:w="3685"/>
            <w:vAlign w:val="center"/>
          </w:tcPr>
          <w:p>
            <w:pPr>
              <w:spacing w:after="0"/>
            </w:pPr>
            <w:r/>
            <w:r>
              <w:rPr>
                <w:rFonts w:ascii="Noto Sans CJK SC" w:hAnsi="Noto Sans CJK SC" w:eastAsia="Noto Sans CJK SC"/>
                <w:b w:val="0"/>
                <w:sz w:val="16"/>
              </w:rPr>
              <w:t>绞丝旁要窄，右边写稳。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1分钟抄写：今天任务完成。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3×4=__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小明有 8 个卡片，小红的卡片是小明的 2 倍。两人一共有多少个卡片？</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小明和小红一共有 44 个卡片。小红的卡片是小明的 3 倍。小明和小红各有几个？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5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今日词卡：listen / read / write / eat / drink / walk / stop / book</w:t>
      </w:r>
    </w:p>
    <w:p>
      <w:pPr>
        <w:spacing w:after="60" w:before="0"/>
      </w:pPr>
      <w:r>
        <w:rPr>
          <w:rFonts w:ascii="Noto Sans CJK SC" w:hAnsi="Noto Sans CJK SC" w:eastAsia="Noto Sans CJK SC"/>
          <w:sz w:val="17"/>
        </w:rPr>
        <w:t>字母进单词：圈出含有字母 j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Touch your ear.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Touch your eye.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Touch your mouth.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Run to the door.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运动：周测日：1 分钟跳绳 + 连续跳绳；只记录，不批评。</w:t>
      </w:r>
    </w:p>
    <w:p>
      <w:pPr>
        <w:spacing w:after="60" w:before="0"/>
      </w:pPr>
      <w:r>
        <w:rPr>
          <w:rFonts w:ascii="Noto Sans CJK SC" w:hAnsi="Noto Sans CJK SC" w:eastAsia="Noto Sans CJK SC"/>
          <w:sz w:val="17"/>
        </w:rPr>
        <w:t>象棋/心理：周末棋局：只捡一个装备。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第7周 Day 7 - 混合闯关与弱项修复</w:t>
      </w:r>
    </w:p>
    <w:p>
      <w:pPr>
        <w:spacing w:after="60" w:before="0"/>
      </w:pPr>
      <w:r>
        <w:rPr>
          <w:rFonts w:ascii="Noto Sans CJK SC" w:hAnsi="Noto Sans CJK SC" w:eastAsia="Noto Sans CJK SC"/>
          <w:sz w:val="17"/>
        </w:rPr>
        <w:t>类型：休整日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声调小雷达：家长随机读，孩子用手势/圈选。今日音节：huáng  hēi  bái  shǒu  tóu  yǎn</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任</w:t>
            </w:r>
          </w:p>
        </w:tc>
        <w:tc>
          <w:tcPr>
            <w:tcW w:type="dxa" w:w="3685"/>
            <w:vAlign w:val="center"/>
          </w:tcPr>
          <w:p>
            <w:pPr>
              <w:spacing w:after="0"/>
            </w:pPr>
            <w:r/>
            <w:r>
              <w:rPr>
                <w:rFonts w:ascii="Noto Sans CJK SC" w:hAnsi="Noto Sans CJK SC" w:eastAsia="Noto Sans CJK SC"/>
                <w:b w:val="0"/>
                <w:sz w:val="16"/>
              </w:rPr>
              <w:t>单人旁，右边壬。</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务</w:t>
            </w:r>
          </w:p>
        </w:tc>
        <w:tc>
          <w:tcPr>
            <w:tcW w:type="dxa" w:w="3685"/>
            <w:vAlign w:val="center"/>
          </w:tcPr>
          <w:p>
            <w:pPr>
              <w:spacing w:after="0"/>
            </w:pPr>
            <w:r/>
            <w:r>
              <w:rPr>
                <w:rFonts w:ascii="Noto Sans CJK SC" w:hAnsi="Noto Sans CJK SC" w:eastAsia="Noto Sans CJK SC"/>
                <w:b w:val="0"/>
                <w:sz w:val="16"/>
              </w:rPr>
              <w:t>上面夂，下面力；力要有钩。</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1分钟抄写：我能讲一道题。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4×5=__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哥哥和弟弟一共有 34 个贴纸。哥哥比弟弟多 6 个。哥哥和弟弟各有几个？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[差倍] 弟弟的贴纸是哥哥的 3 倍。弟弟比哥哥多 24 个贴纸。哥哥和弟弟各有几个？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按“红、黄、蓝”不断重复排列，第 36 个是哪个颜色？</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今日词卡：walk / stop / book / pencil / bag / desk / chair / toy</w:t>
      </w:r>
    </w:p>
    <w:p>
      <w:pPr>
        <w:spacing w:after="60" w:before="0"/>
      </w:pPr>
      <w:r>
        <w:rPr>
          <w:rFonts w:ascii="Noto Sans CJK SC" w:hAnsi="Noto Sans CJK SC" w:eastAsia="Noto Sans CJK SC"/>
          <w:sz w:val="17"/>
        </w:rPr>
        <w:t>字母进单词：圈出含有字母 l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Stand up.</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Sit down.</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Run to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Jump three times.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运动：休整日：户外散步/公园活动，低强度恢复。</w:t>
      </w:r>
    </w:p>
    <w:p>
      <w:pPr>
        <w:spacing w:after="60" w:before="0"/>
      </w:pPr>
      <w:r>
        <w:rPr>
          <w:rFonts w:ascii="Noto Sans CJK SC" w:hAnsi="Noto Sans CJK SC" w:eastAsia="Noto Sans CJK SC"/>
          <w:sz w:val="17"/>
        </w:rPr>
        <w:t>象棋/心理：休息或自由棋，不复盘。</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第7周 家长答案与观察点</w:t>
      </w:r>
    </w:p>
    <w:p>
      <w:pPr>
        <w:spacing w:after="60" w:before="0"/>
      </w:pPr>
      <w:r>
        <w:rPr>
          <w:rFonts w:ascii="Noto Sans CJK SC" w:hAnsi="Noto Sans CJK SC" w:eastAsia="Noto Sans CJK SC"/>
          <w:b/>
          <w:sz w:val="18"/>
        </w:rPr>
        <w:t>使用：每天做完后再看，不要边做边讲答案。每晚只记录趋势。</w:t>
      </w:r>
    </w:p>
    <w:p>
      <w:pPr>
        <w:pStyle w:val="Heading2"/>
        <w:spacing w:after="80"/>
      </w:pPr>
      <w:r>
        <w:rPr>
          <w:rFonts w:ascii="Noto Sans CJK SC" w:hAnsi="Noto Sans CJK SC" w:eastAsia="Noto Sans CJK SC"/>
        </w:rPr>
        <w:t>Day 1 答案</w:t>
      </w:r>
    </w:p>
    <w:p>
      <w:pPr>
        <w:spacing w:after="60" w:before="0"/>
      </w:pPr>
      <w:r>
        <w:rPr>
          <w:rFonts w:ascii="Noto Sans CJK SC" w:hAnsi="Noto Sans CJK SC" w:eastAsia="Noto Sans CJK SC"/>
          <w:sz w:val="17"/>
        </w:rPr>
        <w:t>语文：声调读准即可；今日字 我想。只纠正一个主问题，优先笔顺启动和结构。</w:t>
      </w:r>
    </w:p>
    <w:p>
      <w:pPr>
        <w:spacing w:after="60" w:before="0"/>
      </w:pPr>
      <w:r>
        <w:rPr>
          <w:rFonts w:ascii="Noto Sans CJK SC" w:hAnsi="Noto Sans CJK SC" w:eastAsia="Noto Sans CJK SC"/>
          <w:sz w:val="16"/>
        </w:rPr>
        <w:t>乘法快闪答案：6×7=42；6×8=48；6×9=54；7×8=56；7×9=63；3×8=24</w:t>
      </w:r>
    </w:p>
    <w:p>
      <w:pPr>
        <w:spacing w:after="60" w:before="0"/>
      </w:pPr>
      <w:r>
        <w:rPr>
          <w:rFonts w:ascii="Noto Sans CJK SC" w:hAnsi="Noto Sans CJK SC" w:eastAsia="Noto Sans CJK SC"/>
          <w:sz w:val="16"/>
        </w:rPr>
        <w:t>数学1 [和差] 答：哥哥14个，弟弟8个。提示：先去掉多出来的 6：22-6=16；平分：16÷2=8。弟弟 8 个，哥哥 14 个。</w:t>
      </w:r>
    </w:p>
    <w:p>
      <w:pPr>
        <w:spacing w:after="60" w:before="0"/>
      </w:pPr>
      <w:r>
        <w:rPr>
          <w:rFonts w:ascii="Noto Sans CJK SC" w:hAnsi="Noto Sans CJK SC" w:eastAsia="Noto Sans CJK SC"/>
          <w:sz w:val="16"/>
        </w:rPr>
        <w:t>数学2 [差倍] 答：哥哥6个，弟弟18个。提示：多出来的是 3-1=2 份；12÷2=6。哥哥 6 个，弟弟 18 个。</w:t>
      </w:r>
    </w:p>
    <w:p>
      <w:pPr>
        <w:spacing w:after="60" w:before="0"/>
      </w:pPr>
      <w:r>
        <w:rPr>
          <w:rFonts w:ascii="Noto Sans CJK SC" w:hAnsi="Noto Sans CJK SC" w:eastAsia="Noto Sans CJK SC"/>
          <w:sz w:val="16"/>
        </w:rPr>
        <w:t>数学3 [周期] 答：蓝。提示：一组 3 个；18÷3 余 0。第 18 个是 蓝。</w:t>
      </w:r>
    </w:p>
    <w:p>
      <w:pPr>
        <w:spacing w:after="60" w:before="0"/>
      </w:pPr>
      <w:r>
        <w:rPr>
          <w:rFonts w:ascii="Noto Sans CJK SC" w:hAnsi="Noto Sans CJK SC" w:eastAsia="Noto Sans CJK SC"/>
          <w:sz w:val="16"/>
        </w:rPr>
        <w:t>英语：目标是能做动作，不强求翻译。指令：Touch your left hand；Touch your right ear；Put the toy under the table；Put the cup on the table；Take the apple from the bag；Give the banana to dad。</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2 答案</w:t>
      </w:r>
    </w:p>
    <w:p>
      <w:pPr>
        <w:spacing w:after="60" w:before="0"/>
      </w:pPr>
      <w:r>
        <w:rPr>
          <w:rFonts w:ascii="Noto Sans CJK SC" w:hAnsi="Noto Sans CJK SC" w:eastAsia="Noto Sans CJK SC"/>
          <w:sz w:val="17"/>
        </w:rPr>
        <w:t>语文：声调读准即可；今日字 吃果。只纠正一个主问题，优先笔顺启动和结构。</w:t>
      </w:r>
    </w:p>
    <w:p>
      <w:pPr>
        <w:spacing w:after="60" w:before="0"/>
      </w:pPr>
      <w:r>
        <w:rPr>
          <w:rFonts w:ascii="Noto Sans CJK SC" w:hAnsi="Noto Sans CJK SC" w:eastAsia="Noto Sans CJK SC"/>
          <w:sz w:val="16"/>
        </w:rPr>
        <w:t>乘法快闪答案：6×8=48；6×9=54；7×8=56；7×9=63；8×9=72；4×7=28</w:t>
      </w:r>
    </w:p>
    <w:p>
      <w:pPr>
        <w:spacing w:after="60" w:before="0"/>
      </w:pPr>
      <w:r>
        <w:rPr>
          <w:rFonts w:ascii="Noto Sans CJK SC" w:hAnsi="Noto Sans CJK SC" w:eastAsia="Noto Sans CJK SC"/>
          <w:sz w:val="16"/>
        </w:rPr>
        <w:t>数学1 [倍数+一共] 答：40。提示：小狗：8×4=32；一共：32+8=40。也可画成 1份+4份=5份。</w:t>
      </w:r>
    </w:p>
    <w:p>
      <w:pPr>
        <w:spacing w:after="60" w:before="0"/>
      </w:pPr>
      <w:r>
        <w:rPr>
          <w:rFonts w:ascii="Noto Sans CJK SC" w:hAnsi="Noto Sans CJK SC" w:eastAsia="Noto Sans CJK SC"/>
          <w:sz w:val="16"/>
        </w:rPr>
        <w:t>数学2 [和倍] 答：小猫7个，小狗21个。提示：一共是 1份+3份=4份；28÷4=7。小猫 7 个，小狗 21 个。</w:t>
      </w:r>
    </w:p>
    <w:p>
      <w:pPr>
        <w:spacing w:after="60" w:before="0"/>
      </w:pPr>
      <w:r>
        <w:rPr>
          <w:rFonts w:ascii="Noto Sans CJK SC" w:hAnsi="Noto Sans CJK SC" w:eastAsia="Noto Sans CJK SC"/>
          <w:sz w:val="16"/>
        </w:rPr>
        <w:t>数学3 [线段计数] 答：21。提示：从第1个点出发数：6+5+4+3+2+1=21。</w:t>
      </w:r>
    </w:p>
    <w:p>
      <w:pPr>
        <w:spacing w:after="60" w:before="0"/>
      </w:pPr>
      <w:r>
        <w:rPr>
          <w:rFonts w:ascii="Noto Sans CJK SC" w:hAnsi="Noto Sans CJK SC" w:eastAsia="Noto Sans CJK SC"/>
          <w:sz w:val="16"/>
        </w:rPr>
        <w:t>英语：目标是能做动作，不强求翻译。指令：Put the cup on the table；Take the apple from the bag；Give the banana to dad；Find the dog card；Find the rabbit card；Put the paper in the box。</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3 答案</w:t>
      </w:r>
    </w:p>
    <w:p>
      <w:pPr>
        <w:spacing w:after="60" w:before="0"/>
      </w:pPr>
      <w:r>
        <w:rPr>
          <w:rFonts w:ascii="Noto Sans CJK SC" w:hAnsi="Noto Sans CJK SC" w:eastAsia="Noto Sans CJK SC"/>
          <w:sz w:val="17"/>
        </w:rPr>
        <w:t>语文：声调读准即可；今日字 跑步。只纠正一个主问题，优先笔顺启动和结构。</w:t>
      </w:r>
    </w:p>
    <w:p>
      <w:pPr>
        <w:spacing w:after="60" w:before="0"/>
      </w:pPr>
      <w:r>
        <w:rPr>
          <w:rFonts w:ascii="Noto Sans CJK SC" w:hAnsi="Noto Sans CJK SC" w:eastAsia="Noto Sans CJK SC"/>
          <w:sz w:val="16"/>
        </w:rPr>
        <w:t>乘法快闪答案：6×9=54；7×8=56；7×9=63；8×9=72；6×7=42；5×8=40</w:t>
      </w:r>
    </w:p>
    <w:p>
      <w:pPr>
        <w:spacing w:after="60" w:before="0"/>
      </w:pPr>
      <w:r>
        <w:rPr>
          <w:rFonts w:ascii="Noto Sans CJK SC" w:hAnsi="Noto Sans CJK SC" w:eastAsia="Noto Sans CJK SC"/>
          <w:sz w:val="16"/>
        </w:rPr>
        <w:t>数学1 [和差] 答：乐乐16个，天天10个。提示：先去掉多出来的 6：26-6=20；平分：20÷2=10。天天 10 个，乐乐 16 个。</w:t>
      </w:r>
    </w:p>
    <w:p>
      <w:pPr>
        <w:spacing w:after="60" w:before="0"/>
      </w:pPr>
      <w:r>
        <w:rPr>
          <w:rFonts w:ascii="Noto Sans CJK SC" w:hAnsi="Noto Sans CJK SC" w:eastAsia="Noto Sans CJK SC"/>
          <w:sz w:val="16"/>
        </w:rPr>
        <w:t>数学2 [差倍] 答：乐乐8个，天天24个。提示：多出来的是 3-1=2 份；16÷2=8。乐乐 8 个，天天 24 个。</w:t>
      </w:r>
    </w:p>
    <w:p>
      <w:pPr>
        <w:spacing w:after="60" w:before="0"/>
      </w:pPr>
      <w:r>
        <w:rPr>
          <w:rFonts w:ascii="Noto Sans CJK SC" w:hAnsi="Noto Sans CJK SC" w:eastAsia="Noto Sans CJK SC"/>
          <w:sz w:val="16"/>
        </w:rPr>
        <w:t>数学3 [周期] 答：蓝。提示：一组 3 个；24÷3 余 0。第 24 个是 蓝。</w:t>
      </w:r>
    </w:p>
    <w:p>
      <w:pPr>
        <w:spacing w:after="60" w:before="0"/>
      </w:pPr>
      <w:r>
        <w:rPr>
          <w:rFonts w:ascii="Noto Sans CJK SC" w:hAnsi="Noto Sans CJK SC" w:eastAsia="Noto Sans CJK SC"/>
          <w:sz w:val="16"/>
        </w:rPr>
        <w:t>英语：目标是能做动作，不强求翻译。指令：Find the dog card；Find the rabbit card；Put the paper in the box；Read one word；Write one word；Listen and point。</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4 答案</w:t>
      </w:r>
    </w:p>
    <w:p>
      <w:pPr>
        <w:spacing w:after="60" w:before="0"/>
      </w:pPr>
      <w:r>
        <w:rPr>
          <w:rFonts w:ascii="Noto Sans CJK SC" w:hAnsi="Noto Sans CJK SC" w:eastAsia="Noto Sans CJK SC"/>
          <w:sz w:val="17"/>
        </w:rPr>
        <w:t>语文：声调读准即可；今日字 数学。只纠正一个主问题，优先笔顺启动和结构。</w:t>
      </w:r>
    </w:p>
    <w:p>
      <w:pPr>
        <w:spacing w:after="60" w:before="0"/>
      </w:pPr>
      <w:r>
        <w:rPr>
          <w:rFonts w:ascii="Noto Sans CJK SC" w:hAnsi="Noto Sans CJK SC" w:eastAsia="Noto Sans CJK SC"/>
          <w:sz w:val="16"/>
        </w:rPr>
        <w:t>乘法快闪答案：7×8=56；7×9=63；8×9=72；6×7=42；6×8=48；9×6=54</w:t>
      </w:r>
    </w:p>
    <w:p>
      <w:pPr>
        <w:spacing w:after="60" w:before="0"/>
      </w:pPr>
      <w:r>
        <w:rPr>
          <w:rFonts w:ascii="Noto Sans CJK SC" w:hAnsi="Noto Sans CJK SC" w:eastAsia="Noto Sans CJK SC"/>
          <w:sz w:val="16"/>
        </w:rPr>
        <w:t>数学1 [倍数+一共] 答：24。提示：同学：6×3=18；一共：18+6=24。也可画成 1份+3份=4份。</w:t>
      </w:r>
    </w:p>
    <w:p>
      <w:pPr>
        <w:spacing w:after="60" w:before="0"/>
      </w:pPr>
      <w:r>
        <w:rPr>
          <w:rFonts w:ascii="Noto Sans CJK SC" w:hAnsi="Noto Sans CJK SC" w:eastAsia="Noto Sans CJK SC"/>
          <w:sz w:val="16"/>
        </w:rPr>
        <w:t>数学2 [和倍] 答：老师9个，同学27个。提示：一共是 1份+3份=4份；36÷4=9。老师 9 个，同学 27 个。</w:t>
      </w:r>
    </w:p>
    <w:p>
      <w:pPr>
        <w:spacing w:after="60" w:before="0"/>
      </w:pPr>
      <w:r>
        <w:rPr>
          <w:rFonts w:ascii="Noto Sans CJK SC" w:hAnsi="Noto Sans CJK SC" w:eastAsia="Noto Sans CJK SC"/>
          <w:sz w:val="16"/>
        </w:rPr>
        <w:t>数学3 [线段计数] 答：15。提示：从第1个点出发数：5+4+3+2+1=15。</w:t>
      </w:r>
    </w:p>
    <w:p>
      <w:pPr>
        <w:spacing w:after="60" w:before="0"/>
      </w:pPr>
      <w:r>
        <w:rPr>
          <w:rFonts w:ascii="Noto Sans CJK SC" w:hAnsi="Noto Sans CJK SC" w:eastAsia="Noto Sans CJK SC"/>
          <w:sz w:val="16"/>
        </w:rPr>
        <w:t>英语：目标是能做动作，不强求翻译。指令：Read one word；Write one word；Listen and point；Touch your nose；Touch your head；Touch your hand。</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5 答案</w:t>
      </w:r>
    </w:p>
    <w:p>
      <w:pPr>
        <w:spacing w:after="60" w:before="0"/>
      </w:pPr>
      <w:r>
        <w:rPr>
          <w:rFonts w:ascii="Noto Sans CJK SC" w:hAnsi="Noto Sans CJK SC" w:eastAsia="Noto Sans CJK SC"/>
          <w:sz w:val="17"/>
        </w:rPr>
        <w:t>语文：声调读准即可；今日字 英语。只纠正一个主问题，优先笔顺启动和结构。</w:t>
      </w:r>
    </w:p>
    <w:p>
      <w:pPr>
        <w:spacing w:after="60" w:before="0"/>
      </w:pPr>
      <w:r>
        <w:rPr>
          <w:rFonts w:ascii="Noto Sans CJK SC" w:hAnsi="Noto Sans CJK SC" w:eastAsia="Noto Sans CJK SC"/>
          <w:sz w:val="16"/>
        </w:rPr>
        <w:t>乘法快闪答案：7×9=63；8×9=72；6×7=42；6×8=48；6×9=54；2×6=12</w:t>
      </w:r>
    </w:p>
    <w:p>
      <w:pPr>
        <w:spacing w:after="60" w:before="0"/>
      </w:pPr>
      <w:r>
        <w:rPr>
          <w:rFonts w:ascii="Noto Sans CJK SC" w:hAnsi="Noto Sans CJK SC" w:eastAsia="Noto Sans CJK SC"/>
          <w:sz w:val="16"/>
        </w:rPr>
        <w:t>数学1 [和差] 答：妈妈18个，爸爸12个。提示：先去掉多出来的 6：30-6=24；平分：24÷2=12。爸爸 12 个，妈妈 18 个。</w:t>
      </w:r>
    </w:p>
    <w:p>
      <w:pPr>
        <w:spacing w:after="60" w:before="0"/>
      </w:pPr>
      <w:r>
        <w:rPr>
          <w:rFonts w:ascii="Noto Sans CJK SC" w:hAnsi="Noto Sans CJK SC" w:eastAsia="Noto Sans CJK SC"/>
          <w:sz w:val="16"/>
        </w:rPr>
        <w:t>数学2 [差倍] 答：妈妈10个，爸爸30个。提示：多出来的是 3-1=2 份；20÷2=10。妈妈 10 个，爸爸 30 个。</w:t>
      </w:r>
    </w:p>
    <w:p>
      <w:pPr>
        <w:spacing w:after="60" w:before="0"/>
      </w:pPr>
      <w:r>
        <w:rPr>
          <w:rFonts w:ascii="Noto Sans CJK SC" w:hAnsi="Noto Sans CJK SC" w:eastAsia="Noto Sans CJK SC"/>
          <w:sz w:val="16"/>
        </w:rPr>
        <w:t>数学3 [周期] 答：蓝。提示：一组 3 个；30÷3 余 0。第 30 个是 蓝。</w:t>
      </w:r>
    </w:p>
    <w:p>
      <w:pPr>
        <w:spacing w:after="60" w:before="0"/>
      </w:pPr>
      <w:r>
        <w:rPr>
          <w:rFonts w:ascii="Noto Sans CJK SC" w:hAnsi="Noto Sans CJK SC" w:eastAsia="Noto Sans CJK SC"/>
          <w:sz w:val="16"/>
        </w:rPr>
        <w:t>英语：目标是能做动作，不强求翻译。指令：Touch your nose；Touch your head；Touch your hand；Touch your ear；Touch your eye；Touch your mouth。</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6 答案</w:t>
      </w:r>
    </w:p>
    <w:p>
      <w:pPr>
        <w:spacing w:after="60" w:before="0"/>
      </w:pPr>
      <w:r>
        <w:rPr>
          <w:rFonts w:ascii="Noto Sans CJK SC" w:hAnsi="Noto Sans CJK SC" w:eastAsia="Noto Sans CJK SC"/>
          <w:sz w:val="17"/>
        </w:rPr>
        <w:t>语文：声调读准即可；今日字 跳绳。只纠正一个主问题，优先笔顺启动和结构。</w:t>
      </w:r>
    </w:p>
    <w:p>
      <w:pPr>
        <w:spacing w:after="60" w:before="0"/>
      </w:pPr>
      <w:r>
        <w:rPr>
          <w:rFonts w:ascii="Noto Sans CJK SC" w:hAnsi="Noto Sans CJK SC" w:eastAsia="Noto Sans CJK SC"/>
          <w:sz w:val="16"/>
        </w:rPr>
        <w:t>乘法快闪答案：8×9=72；6×7=42；6×8=48；6×9=54；7×8=56；3×4=12</w:t>
      </w:r>
    </w:p>
    <w:p>
      <w:pPr>
        <w:spacing w:after="60" w:before="0"/>
      </w:pPr>
      <w:r>
        <w:rPr>
          <w:rFonts w:ascii="Noto Sans CJK SC" w:hAnsi="Noto Sans CJK SC" w:eastAsia="Noto Sans CJK SC"/>
          <w:sz w:val="16"/>
        </w:rPr>
        <w:t>数学1 [倍数+一共] 答：24。提示：小红：8×2=16；一共：16+8=24。也可画成 1份+2份=3份。</w:t>
      </w:r>
    </w:p>
    <w:p>
      <w:pPr>
        <w:spacing w:after="60" w:before="0"/>
      </w:pPr>
      <w:r>
        <w:rPr>
          <w:rFonts w:ascii="Noto Sans CJK SC" w:hAnsi="Noto Sans CJK SC" w:eastAsia="Noto Sans CJK SC"/>
          <w:sz w:val="16"/>
        </w:rPr>
        <w:t>数学2 [和倍] 答：小明11个，小红33个。提示：一共是 1份+3份=4份；44÷4=11。小明 11 个，小红 33 个。</w:t>
      </w:r>
    </w:p>
    <w:p>
      <w:pPr>
        <w:spacing w:after="60" w:before="0"/>
      </w:pPr>
      <w:r>
        <w:rPr>
          <w:rFonts w:ascii="Noto Sans CJK SC" w:hAnsi="Noto Sans CJK SC" w:eastAsia="Noto Sans CJK SC"/>
          <w:sz w:val="16"/>
        </w:rPr>
        <w:t>数学3 [线段计数] 答：10。提示：从第1个点出发数：4+3+2+1=10。</w:t>
      </w:r>
    </w:p>
    <w:p>
      <w:pPr>
        <w:spacing w:after="60" w:before="0"/>
      </w:pPr>
      <w:r>
        <w:rPr>
          <w:rFonts w:ascii="Noto Sans CJK SC" w:hAnsi="Noto Sans CJK SC" w:eastAsia="Noto Sans CJK SC"/>
          <w:sz w:val="16"/>
        </w:rPr>
        <w:t>英语：目标是能做动作，不强求翻译。指令：Touch your ear；Touch your eye；Touch your mouth；Stand up；Sit down；Run to the door。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7 答案</w:t>
      </w:r>
    </w:p>
    <w:p>
      <w:pPr>
        <w:spacing w:after="60" w:before="0"/>
      </w:pPr>
      <w:r>
        <w:rPr>
          <w:rFonts w:ascii="Noto Sans CJK SC" w:hAnsi="Noto Sans CJK SC" w:eastAsia="Noto Sans CJK SC"/>
          <w:sz w:val="17"/>
        </w:rPr>
        <w:t>语文：声调读准即可；今日字 任务。只纠正一个主问题，优先笔顺启动和结构。</w:t>
      </w:r>
    </w:p>
    <w:p>
      <w:pPr>
        <w:spacing w:after="60" w:before="0"/>
      </w:pPr>
      <w:r>
        <w:rPr>
          <w:rFonts w:ascii="Noto Sans CJK SC" w:hAnsi="Noto Sans CJK SC" w:eastAsia="Noto Sans CJK SC"/>
          <w:sz w:val="16"/>
        </w:rPr>
        <w:t>乘法快闪答案：6×7=42；6×8=48；6×9=54；7×8=56；7×9=63；4×5=20</w:t>
      </w:r>
    </w:p>
    <w:p>
      <w:pPr>
        <w:spacing w:after="60" w:before="0"/>
      </w:pPr>
      <w:r>
        <w:rPr>
          <w:rFonts w:ascii="Noto Sans CJK SC" w:hAnsi="Noto Sans CJK SC" w:eastAsia="Noto Sans CJK SC"/>
          <w:sz w:val="16"/>
        </w:rPr>
        <w:t>数学1 [和差] 答：哥哥20个，弟弟14个。提示：先去掉多出来的 6：34-6=28；平分：28÷2=14。弟弟 14 个，哥哥 20 个。</w:t>
      </w:r>
    </w:p>
    <w:p>
      <w:pPr>
        <w:spacing w:after="60" w:before="0"/>
      </w:pPr>
      <w:r>
        <w:rPr>
          <w:rFonts w:ascii="Noto Sans CJK SC" w:hAnsi="Noto Sans CJK SC" w:eastAsia="Noto Sans CJK SC"/>
          <w:sz w:val="16"/>
        </w:rPr>
        <w:t>数学2 [差倍] 答：哥哥12个，弟弟36个。提示：多出来的是 3-1=2 份；24÷2=12。哥哥 12 个，弟弟 36 个。</w:t>
      </w:r>
    </w:p>
    <w:p>
      <w:pPr>
        <w:spacing w:after="60" w:before="0"/>
      </w:pPr>
      <w:r>
        <w:rPr>
          <w:rFonts w:ascii="Noto Sans CJK SC" w:hAnsi="Noto Sans CJK SC" w:eastAsia="Noto Sans CJK SC"/>
          <w:sz w:val="16"/>
        </w:rPr>
        <w:t>数学3 [周期] 答：蓝。提示：一组 3 个；36÷3 余 0。第 36 个是 蓝。</w:t>
      </w:r>
    </w:p>
    <w:p>
      <w:pPr>
        <w:spacing w:after="60" w:before="0"/>
      </w:pPr>
      <w:r>
        <w:rPr>
          <w:rFonts w:ascii="Noto Sans CJK SC" w:hAnsi="Noto Sans CJK SC" w:eastAsia="Noto Sans CJK SC"/>
          <w:sz w:val="16"/>
        </w:rPr>
        <w:t>英语：目标是能做动作，不强求翻译。指令：Stand up；Sit down；Run to the door；Jump three times；Open the book；Close the book。</w:t>
      </w:r>
    </w:p>
    <w:p>
      <w:pPr>
        <w:spacing w:after="60" w:before="0"/>
      </w:pPr>
      <w:r>
        <w:rPr>
          <w:rFonts w:ascii="Noto Sans CJK SC" w:hAnsi="Noto Sans CJK SC" w:eastAsia="Noto Sans CJK SC"/>
          <w:b/>
          <w:sz w:val="16"/>
        </w:rPr>
        <w:t>调参：若出现明显烦躁，立刻切到保底版：语文1个字、数学1道题、英语3条指令、运动10分钟。</w:t>
      </w:r>
    </w:p>
    <w:p>
      <w:r>
        <w:br w:type="page"/>
      </w:r>
    </w:p>
    <w:p>
      <w:pPr>
        <w:pStyle w:val="Heading1"/>
        <w:spacing w:after="80"/>
      </w:pPr>
      <w:r>
        <w:rPr>
          <w:rFonts w:ascii="Noto Sans CJK SC" w:hAnsi="Noto Sans CJK SC" w:eastAsia="Noto Sans CJK SC"/>
        </w:rPr>
        <w:t>第8周：巩固展示与开学衔接</w:t>
      </w:r>
    </w:p>
    <w:p>
      <w:pPr>
        <w:spacing w:after="60" w:before="0"/>
      </w:pPr>
      <w:r>
        <w:rPr>
          <w:rFonts w:ascii="Noto Sans CJK SC" w:hAnsi="Noto Sans CJK SC" w:eastAsia="Noto Sans CJK SC"/>
          <w:b/>
          <w:sz w:val="20"/>
        </w:rPr>
        <w:t>本周目标：小测、展示、复盘；形成开学前能力报告。</w:t>
      </w:r>
    </w:p>
    <w:p>
      <w:pPr>
        <w:spacing w:after="60" w:before="0"/>
      </w:pPr>
      <w:r>
        <w:rPr>
          <w:rFonts w:ascii="Noto Sans CJK SC" w:hAnsi="Noto Sans CJK SC" w:eastAsia="Noto Sans CJK SC"/>
          <w:sz w:val="18"/>
        </w:rPr>
        <w:t>本周执行原则：每天完成核心任务即可，挑战题可选。若情绪明显下降，优先保住语文短练和运动。</w:t>
      </w:r>
    </w:p>
    <w:p>
      <w:r>
        <w:br w:type="page"/>
      </w:r>
    </w:p>
    <w:p>
      <w:pPr>
        <w:pStyle w:val="Heading1"/>
        <w:spacing w:after="80"/>
      </w:pPr>
      <w:r>
        <w:rPr>
          <w:rFonts w:ascii="Noto Sans CJK SC" w:hAnsi="Noto Sans CJK SC" w:eastAsia="Noto Sans CJK SC"/>
        </w:rPr>
        <w:t>第8周 Day 1 - 巩固展示与开学衔接</w:t>
      </w:r>
    </w:p>
    <w:p>
      <w:pPr>
        <w:spacing w:after="60" w:before="0"/>
      </w:pPr>
      <w:r>
        <w:rPr>
          <w:rFonts w:ascii="Noto Sans CJK SC" w:hAnsi="Noto Sans CJK SC" w:eastAsia="Noto Sans CJK SC"/>
          <w:sz w:val="17"/>
        </w:rPr>
        <w:t>类型：训练日    今日目标：小测、展示、复盘；形成开学前能力报告。</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声调小雷达：家长随机读，孩子用手势/圈选。今日音节：bí  jiā  lǐ  yǒu  méi  kàn  jiàn  qù</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小</w:t>
            </w:r>
          </w:p>
        </w:tc>
        <w:tc>
          <w:tcPr>
            <w:tcW w:type="dxa" w:w="3685"/>
            <w:vAlign w:val="center"/>
          </w:tcPr>
          <w:p>
            <w:pPr>
              <w:spacing w:after="0"/>
            </w:pPr>
            <w:r/>
            <w:r>
              <w:rPr>
                <w:rFonts w:ascii="Noto Sans CJK SC" w:hAnsi="Noto Sans CJK SC" w:eastAsia="Noto Sans CJK SC"/>
                <w:b w:val="0"/>
                <w:sz w:val="16"/>
              </w:rPr>
              <w:t>竖钩、撇、点；左右两点不要太远。</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鸟</w:t>
            </w:r>
          </w:p>
        </w:tc>
        <w:tc>
          <w:tcPr>
            <w:tcW w:type="dxa" w:w="3685"/>
            <w:vAlign w:val="center"/>
          </w:tcPr>
          <w:p>
            <w:pPr>
              <w:spacing w:after="0"/>
            </w:pPr>
            <w:r/>
            <w:r>
              <w:rPr>
                <w:rFonts w:ascii="Noto Sans CJK SC" w:hAnsi="Noto Sans CJK SC" w:eastAsia="Noto Sans CJK SC"/>
                <w:b w:val="0"/>
                <w:sz w:val="16"/>
              </w:rPr>
              <w:t>点不要漏，最后一横托住。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1分钟抄写：小鸟在树上。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5×7=__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[倍数+一共] 小猫有 8 个金币，小狗的金币是小猫的 3 倍。两人一共有多少个金币？</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[和差] 小猫和小狗一共有 28 个金币。小猫比小狗多 6 个。小猫和小狗各有几个？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[和倍] 小猫和小狗一共有 32 个金币。小狗的金币是小猫的 3 倍。小猫和小狗各有几个？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今日词卡：box / door / window / bed / table / paper / ruler / eraser</w:t>
      </w:r>
    </w:p>
    <w:p>
      <w:pPr>
        <w:spacing w:after="60" w:before="0"/>
      </w:pPr>
      <w:r>
        <w:rPr>
          <w:rFonts w:ascii="Noto Sans CJK SC" w:hAnsi="Noto Sans CJK SC" w:eastAsia="Noto Sans CJK SC"/>
          <w:sz w:val="17"/>
        </w:rPr>
        <w:t>字母进单词：圈出含有字母 b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Jump three times.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Open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Close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pencil under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pencil in the bag.</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运动：跳绳技术日：连续跳 3 轮，每轮尽量不断；记录最好一次。</w:t>
      </w:r>
    </w:p>
    <w:p>
      <w:pPr>
        <w:spacing w:after="60" w:before="0"/>
      </w:pPr>
      <w:r>
        <w:rPr>
          <w:rFonts w:ascii="Noto Sans CJK SC" w:hAnsi="Noto Sans CJK SC" w:eastAsia="Noto Sans CJK SC"/>
          <w:sz w:val="17"/>
        </w:rPr>
        <w:t>象棋/心理：不安排棋题，只说一句“今天错题是系统提示”。</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第8周 Day 2 - 巩固展示与开学衔接</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声调小雷达：家长随机读，孩子用手势/圈选。今日音节：lái  zuǒ  yòu  qián  hòu  wài  gè  zhī</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中</w:t>
            </w:r>
          </w:p>
        </w:tc>
        <w:tc>
          <w:tcPr>
            <w:tcW w:type="dxa" w:w="3685"/>
            <w:vAlign w:val="center"/>
          </w:tcPr>
          <w:p>
            <w:pPr>
              <w:spacing w:after="0"/>
            </w:pPr>
            <w:r/>
            <w:r>
              <w:rPr>
                <w:rFonts w:ascii="Noto Sans CJK SC" w:hAnsi="Noto Sans CJK SC" w:eastAsia="Noto Sans CJK SC"/>
                <w:b w:val="0"/>
                <w:sz w:val="16"/>
              </w:rPr>
              <w:t>先写口，最后一竖穿中间。</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国</w:t>
            </w:r>
          </w:p>
        </w:tc>
        <w:tc>
          <w:tcPr>
            <w:tcW w:type="dxa" w:w="3685"/>
            <w:vAlign w:val="center"/>
          </w:tcPr>
          <w:p>
            <w:pPr>
              <w:spacing w:after="0"/>
            </w:pPr>
            <w:r/>
            <w:r>
              <w:rPr>
                <w:rFonts w:ascii="Noto Sans CJK SC" w:hAnsi="Noto Sans CJK SC" w:eastAsia="Noto Sans CJK SC"/>
                <w:b w:val="0"/>
                <w:sz w:val="16"/>
              </w:rPr>
              <w:t>先外框，写玉，最后封口。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1分钟抄写：中国很大。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乘法快闪：6×9=__   7×8=__   7×9=__   8×9=__   6×7=__   6×6=__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[和差] 乐乐和天天一共有 28 个积木。乐乐比天天多 6 个。乐乐和天天各有几个？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[和倍] 乐乐和天天一共有 32 个积木。天天的积木是乐乐的 3 倍。乐乐和天天各有几个？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[差倍] 天天的积木是乐乐的 4 倍。天天比乐乐多 18 个积木。乐乐和天天各有几个？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今日词卡：paper / ruler / eraser / apple / banana / red / blue / green</w:t>
      </w:r>
    </w:p>
    <w:p>
      <w:pPr>
        <w:spacing w:after="60" w:before="0"/>
      </w:pPr>
      <w:r>
        <w:rPr>
          <w:rFonts w:ascii="Noto Sans CJK SC" w:hAnsi="Noto Sans CJK SC" w:eastAsia="Noto Sans CJK SC"/>
          <w:sz w:val="17"/>
        </w:rPr>
        <w:t>字母进单词：圈出含有字母 d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pencil on the desk.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pencil under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pencil in the bag.</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Put the book on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Put the bag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Put the ball in the box.</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运动：跑步节奏日：慢跑 5 分钟 + 50 米轻松跑 1 次，不追求极限。</w:t>
      </w:r>
    </w:p>
    <w:p>
      <w:pPr>
        <w:spacing w:after="60" w:before="0"/>
      </w:pPr>
      <w:r>
        <w:rPr>
          <w:rFonts w:ascii="Noto Sans CJK SC" w:hAnsi="Noto Sans CJK SC" w:eastAsia="Noto Sans CJK SC"/>
          <w:sz w:val="17"/>
        </w:rPr>
        <w:t>象棋/心理：1 步将杀题 1 道，做不出也算完成。</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第8周 Day 3 - 巩固展示与开学衔接</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声调小雷达：家长随机读，孩子用手势/圈选。今日音节：tiáo  kuài  duō  shǎo  bǐ  gòng  píng  jūn</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水</w:t>
            </w:r>
          </w:p>
        </w:tc>
        <w:tc>
          <w:tcPr>
            <w:tcW w:type="dxa" w:w="3685"/>
            <w:vAlign w:val="center"/>
          </w:tcPr>
          <w:p>
            <w:pPr>
              <w:spacing w:after="0"/>
            </w:pPr>
            <w:r/>
            <w:r>
              <w:rPr>
                <w:rFonts w:ascii="Noto Sans CJK SC" w:hAnsi="Noto Sans CJK SC" w:eastAsia="Noto Sans CJK SC"/>
                <w:b w:val="0"/>
                <w:sz w:val="16"/>
              </w:rPr>
              <w:t>竖钩、横撇、撇、捺；中间要立住。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果</w:t>
            </w:r>
          </w:p>
        </w:tc>
        <w:tc>
          <w:tcPr>
            <w:tcW w:type="dxa" w:w="3685"/>
            <w:vAlign w:val="center"/>
          </w:tcPr>
          <w:p>
            <w:pPr>
              <w:spacing w:after="0"/>
            </w:pPr>
            <w:r/>
            <w:r>
              <w:rPr>
                <w:rFonts w:ascii="Noto Sans CJK SC" w:hAnsi="Noto Sans CJK SC" w:eastAsia="Noto Sans CJK SC"/>
                <w:b w:val="0"/>
                <w:sz w:val="16"/>
              </w:rPr>
              <w:t>先日后木，横画不要漏。</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1分钟抄写：我想吃水果。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乘法快闪：7×8=__   7×9=__   8×9=__   6×7=__   6×8=__   3×8=__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[和倍] 老师和同学一共有 32 个糖果。同学的糖果是老师的 3 倍。老师和同学各有几个？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[差倍] 同学的糖果是老师的 4 倍。同学比老师多 18 个糖果。老师和同学各有几个？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[周期] 按“红、黄、蓝、绿”不断重复排列，第 27 个是哪个颜色？</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今日词卡：red / blue / green / yellow / black / white / orange / pink</w:t>
      </w:r>
    </w:p>
    <w:p>
      <w:pPr>
        <w:spacing w:after="60" w:before="0"/>
      </w:pPr>
      <w:r>
        <w:rPr>
          <w:rFonts w:ascii="Noto Sans CJK SC" w:hAnsi="Noto Sans CJK SC" w:eastAsia="Noto Sans CJK SC"/>
          <w:sz w:val="17"/>
        </w:rPr>
        <w:t>字母进单词：圈出含有字母 p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Put the book on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Put the bag under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Put the ball in the box.</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Find a red pencil.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Find a blue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Draw a fish.</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运动：跳绳速度日：30 秒 × 3 轮 + 1 分钟 × 1 轮；记录中断次数。</w:t>
      </w:r>
    </w:p>
    <w:p>
      <w:pPr>
        <w:spacing w:after="60" w:before="0"/>
      </w:pPr>
      <w:r>
        <w:rPr>
          <w:rFonts w:ascii="Noto Sans CJK SC" w:hAnsi="Noto Sans CJK SC" w:eastAsia="Noto Sans CJK SC"/>
          <w:sz w:val="17"/>
        </w:rPr>
        <w:t>象棋/心理：亲子轻松局 1 盘，家长让 1 个小目标。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第8周 Day 4 - 巩固展示与开学衔接</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声调小雷达：家长随机读，孩子用手势/圈选。今日音节：fēn  zǔ  péng  yǒu  lǎo  shī  yuán  xiào</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开</w:t>
            </w:r>
          </w:p>
        </w:tc>
        <w:tc>
          <w:tcPr>
            <w:tcW w:type="dxa" w:w="3685"/>
            <w:vAlign w:val="center"/>
          </w:tcPr>
          <w:p>
            <w:pPr>
              <w:spacing w:after="0"/>
            </w:pPr>
            <w:r/>
            <w:r>
              <w:rPr>
                <w:rFonts w:ascii="Noto Sans CJK SC" w:hAnsi="Noto Sans CJK SC" w:eastAsia="Noto Sans CJK SC"/>
                <w:b w:val="0"/>
                <w:sz w:val="16"/>
              </w:rPr>
              <w:t>两横上短下长，再撇竖。</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门</w:t>
            </w:r>
          </w:p>
        </w:tc>
        <w:tc>
          <w:tcPr>
            <w:tcW w:type="dxa" w:w="3685"/>
            <w:vAlign w:val="center"/>
          </w:tcPr>
          <w:p>
            <w:pPr>
              <w:spacing w:after="0"/>
            </w:pPr>
            <w:r/>
            <w:r>
              <w:rPr>
                <w:rFonts w:ascii="Noto Sans CJK SC" w:hAnsi="Noto Sans CJK SC" w:eastAsia="Noto Sans CJK SC"/>
                <w:b w:val="0"/>
                <w:sz w:val="16"/>
              </w:rPr>
              <w:t>点、竖、横折钩；门框要稳。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1分钟抄写：请你开门。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乘法快闪：7×9=__   8×9=__   6×7=__   6×8=__   6×9=__   4×7=__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[差倍] 爸爸的小星星是妈妈的 4 倍。爸爸比妈妈多 18 个小星星。妈妈和爸爸各有几个？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[周期] 按“红、黄、蓝、绿”不断重复排列，第 27 个是哪个颜色？</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今日词卡：white / orange / pink / purple / brown / one / two / three</w:t>
      </w:r>
    </w:p>
    <w:p>
      <w:pPr>
        <w:spacing w:after="60" w:before="0"/>
      </w:pPr>
      <w:r>
        <w:rPr>
          <w:rFonts w:ascii="Noto Sans CJK SC" w:hAnsi="Noto Sans CJK SC" w:eastAsia="Noto Sans CJK SC"/>
          <w:sz w:val="17"/>
        </w:rPr>
        <w:t>字母进单词：圈出含有字母 q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Find a red pencil.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Find a blue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Draw a fish.</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Draw a small bird.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Give me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Give me two pencils.</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运动：户外综合日：球类/追逐/骑行 30-60 分钟。</w:t>
      </w:r>
    </w:p>
    <w:p>
      <w:pPr>
        <w:spacing w:after="60" w:before="0"/>
      </w:pPr>
      <w:r>
        <w:rPr>
          <w:rFonts w:ascii="Noto Sans CJK SC" w:hAnsi="Noto Sans CJK SC" w:eastAsia="Noto Sans CJK SC"/>
          <w:sz w:val="17"/>
        </w:rPr>
        <w:t>象棋/心理：复盘 1 个错误：下次先看王、后、车。</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第8周 Day 5 - 巩固展示与开学衔接</w:t>
      </w:r>
    </w:p>
    <w:p>
      <w:pPr>
        <w:spacing w:after="60" w:before="0"/>
      </w:pPr>
      <w:r>
        <w:rPr>
          <w:rFonts w:ascii="Noto Sans CJK SC" w:hAnsi="Noto Sans CJK SC" w:eastAsia="Noto Sans CJK SC"/>
          <w:sz w:val="17"/>
        </w:rPr>
        <w:t>类型：训练日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声调小雷达：家长随机读，孩子用手势/圈选。今日音节：fáng  jiān  yú  māo  gǒu  tù  zhōng  guó</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老</w:t>
            </w:r>
          </w:p>
        </w:tc>
        <w:tc>
          <w:tcPr>
            <w:tcW w:type="dxa" w:w="3685"/>
            <w:vAlign w:val="center"/>
          </w:tcPr>
          <w:p>
            <w:pPr>
              <w:spacing w:after="0"/>
            </w:pPr>
            <w:r/>
            <w:r>
              <w:rPr>
                <w:rFonts w:ascii="Noto Sans CJK SC" w:hAnsi="Noto Sans CJK SC" w:eastAsia="Noto Sans CJK SC"/>
                <w:b w:val="0"/>
                <w:sz w:val="16"/>
              </w:rPr>
              <w:t>上面耂，下面匕。</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师</w:t>
            </w:r>
          </w:p>
        </w:tc>
        <w:tc>
          <w:tcPr>
            <w:tcW w:type="dxa" w:w="3685"/>
            <w:vAlign w:val="center"/>
          </w:tcPr>
          <w:p>
            <w:pPr>
              <w:spacing w:after="0"/>
            </w:pPr>
            <w:r/>
            <w:r>
              <w:rPr>
                <w:rFonts w:ascii="Noto Sans CJK SC" w:hAnsi="Noto Sans CJK SC" w:eastAsia="Noto Sans CJK SC"/>
                <w:b w:val="0"/>
                <w:sz w:val="16"/>
              </w:rPr>
              <w:t>左部写窄，右边币。</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1分钟抄写：老师看见我。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乘法快闪：8×9=__   6×7=__   6×8=__   6×9=__   7×8=__   5×8=__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[周期] 按“红、黄、蓝、绿”不断重复排列，第 27 个是哪个颜色？</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[一步乘除] 有 28 个棋子，平均分给 4 个小朋友，每人几个？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今日词卡：one / two / three / four / five / cat / dog / fish</w:t>
      </w:r>
    </w:p>
    <w:p>
      <w:pPr>
        <w:spacing w:after="60" w:before="0"/>
      </w:pPr>
      <w:r>
        <w:rPr>
          <w:rFonts w:ascii="Noto Sans CJK SC" w:hAnsi="Noto Sans CJK SC" w:eastAsia="Noto Sans CJK SC"/>
          <w:sz w:val="17"/>
        </w:rPr>
        <w:t>字母进单词：圈出含有字母 j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Draw a small bird.</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Give me the book.</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Give me two pencils.</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Take the ruler.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Look at the window.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Open the door.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运动：跑跳混合日：开合跳 20 次 + 折返跑 3 组 + 拉伸。</w:t>
      </w:r>
    </w:p>
    <w:p>
      <w:pPr>
        <w:spacing w:after="60" w:before="0"/>
      </w:pPr>
      <w:r>
        <w:rPr>
          <w:rFonts w:ascii="Noto Sans CJK SC" w:hAnsi="Noto Sans CJK SC" w:eastAsia="Noto Sans CJK SC"/>
          <w:sz w:val="17"/>
        </w:rPr>
        <w:t>象棋/心理：残局看图 5 分钟，找最好一步。</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第8周 Day 6 - 巩固展示与开学衔接</w:t>
      </w:r>
    </w:p>
    <w:p>
      <w:pPr>
        <w:spacing w:after="60" w:before="0"/>
      </w:pPr>
      <w:r>
        <w:rPr>
          <w:rFonts w:ascii="Noto Sans CJK SC" w:hAnsi="Noto Sans CJK SC" w:eastAsia="Noto Sans CJK SC"/>
          <w:sz w:val="17"/>
        </w:rPr>
        <w:t>类型：周测日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声调小雷达：家长随机读，孩子用手势/圈选。今日音节：mā  má  mǎ  mà  bā  bá  bǎ  bà  shī  shí  shǐ  shì</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朋</w:t>
            </w:r>
          </w:p>
        </w:tc>
        <w:tc>
          <w:tcPr>
            <w:tcW w:type="dxa" w:w="3685"/>
            <w:vAlign w:val="center"/>
          </w:tcPr>
          <w:p>
            <w:pPr>
              <w:spacing w:after="0"/>
            </w:pPr>
            <w:r/>
            <w:r>
              <w:rPr>
                <w:rFonts w:ascii="Noto Sans CJK SC" w:hAnsi="Noto Sans CJK SC" w:eastAsia="Noto Sans CJK SC"/>
                <w:b w:val="0"/>
                <w:sz w:val="16"/>
              </w:rPr>
              <w:t>两个“月”，左窄右稳。</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友</w:t>
            </w:r>
          </w:p>
        </w:tc>
        <w:tc>
          <w:tcPr>
            <w:tcW w:type="dxa" w:w="3685"/>
            <w:vAlign w:val="center"/>
          </w:tcPr>
          <w:p>
            <w:pPr>
              <w:spacing w:after="0"/>
            </w:pPr>
            <w:r/>
            <w:r>
              <w:rPr>
                <w:rFonts w:ascii="Noto Sans CJK SC" w:hAnsi="Noto Sans CJK SC" w:eastAsia="Noto Sans CJK SC"/>
                <w:b w:val="0"/>
                <w:sz w:val="16"/>
              </w:rPr>
              <w:t>横撇后写又。</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1分钟抄写：朋友来了。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乘法快闪：6×7=__   6×8=__   6×9=__   7×8=__   7×9=__   9×6=__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[线段计数] 一条线上有 6 个点，一共可以数出多少条线段？</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[一步乘除] 有 28 个书签，平均分给 4 个小朋友，每人几个？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[倍数+一共] 哥哥有 8 个书签，弟弟的书签是哥哥的 3 倍。两人一共有多少个书签？</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今日词卡：cat / dog / fish / bird / rabbit / duck / pig / cow</w:t>
      </w:r>
    </w:p>
    <w:p>
      <w:pPr>
        <w:spacing w:after="60" w:before="0"/>
      </w:pPr>
      <w:r>
        <w:rPr>
          <w:rFonts w:ascii="Noto Sans CJK SC" w:hAnsi="Noto Sans CJK SC" w:eastAsia="Noto Sans CJK SC"/>
          <w:sz w:val="17"/>
        </w:rPr>
        <w:t>字母进单词：圈出含有字母 l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Take the ruler.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Look at the window.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Open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Close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Walk to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Stop at the chair.</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运动：周测日：1 分钟跳绳 + 连续跳绳；只记录，不批评。</w:t>
      </w:r>
    </w:p>
    <w:p>
      <w:pPr>
        <w:spacing w:after="60" w:before="0"/>
      </w:pPr>
      <w:r>
        <w:rPr>
          <w:rFonts w:ascii="Noto Sans CJK SC" w:hAnsi="Noto Sans CJK SC" w:eastAsia="Noto Sans CJK SC"/>
          <w:sz w:val="17"/>
        </w:rPr>
        <w:t>象棋/心理：周末棋局：只捡一个装备。</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第8周 Day 7 - 巩固展示与开学衔接</w:t>
      </w:r>
    </w:p>
    <w:p>
      <w:pPr>
        <w:spacing w:after="60" w:before="0"/>
      </w:pPr>
      <w:r>
        <w:rPr>
          <w:rFonts w:ascii="Noto Sans CJK SC" w:hAnsi="Noto Sans CJK SC" w:eastAsia="Noto Sans CJK SC"/>
          <w:sz w:val="17"/>
        </w:rPr>
        <w:t>类型：休整日    今日目标：按固定节奏完成，重点看“能不能开始、能不能结束、错了能不能继续”。</w:t>
      </w:r>
    </w:p>
    <w:p>
      <w:pPr>
        <w:spacing w:after="60" w:before="0"/>
      </w:pPr>
      <w:r>
        <w:rPr>
          <w:rFonts w:ascii="Noto Sans CJK SC" w:hAnsi="Noto Sans CJK SC" w:eastAsia="Noto Sans CJK SC"/>
          <w:b/>
          <w:sz w:val="18"/>
        </w:rPr>
        <w:t>今日星星任务：□运动启动  □语文  □数学  □英语  □体育/复盘    心情：□😊  □😐  □😣</w:t>
      </w:r>
    </w:p>
    <w:p>
      <w:pPr>
        <w:pStyle w:val="Heading2"/>
        <w:spacing w:after="80"/>
      </w:pPr>
      <w:r>
        <w:rPr>
          <w:rFonts w:ascii="Noto Sans CJK SC" w:hAnsi="Noto Sans CJK SC" w:eastAsia="Noto Sans CJK SC"/>
        </w:rPr>
        <w:t>1. 语文：声调 + 笔顺 + 1分钟写字</w:t>
      </w:r>
    </w:p>
    <w:p>
      <w:pPr>
        <w:spacing w:after="60" w:before="0"/>
      </w:pPr>
      <w:r>
        <w:rPr>
          <w:rFonts w:ascii="Noto Sans CJK SC" w:hAnsi="Noto Sans CJK SC" w:eastAsia="Noto Sans CJK SC"/>
          <w:sz w:val="17"/>
        </w:rPr>
        <w:t>声调小雷达：家长随机读，孩子用手势/圈选。今日音节：shī  shí  shǐ  shì  zhōng  zhóng</w:t>
      </w:r>
    </w:p>
    <w:tbl>
      <w:tblPr>
        <w:tblStyle w:val="TableGrid"/>
        <w:tblW w:type="auto" w:w="0"/>
        <w:jc w:val="center"/>
        <w:tblLook w:firstColumn="1" w:firstRow="1" w:lastColumn="0" w:lastRow="0" w:noHBand="0" w:noVBand="1" w:val="04A0"/>
      </w:tblPr>
      <w:tblGrid>
        <w:gridCol w:w="2608"/>
        <w:gridCol w:w="2608"/>
        <w:gridCol w:w="2608"/>
        <w:gridCol w:w="2608"/>
      </w:tblGrid>
      <w:tr>
        <w:tc>
          <w:tcPr>
            <w:tcW w:type="dxa" w:w="1247"/>
            <w:vAlign w:val="center"/>
            <w:shd w:fill="E2F0D9"/>
          </w:tcPr>
          <w:p>
            <w:pPr>
              <w:spacing w:after="0"/>
            </w:pPr>
            <w:r/>
            <w:r>
              <w:rPr>
                <w:rFonts w:ascii="Noto Sans CJK SC" w:hAnsi="Noto Sans CJK SC" w:eastAsia="Noto Sans CJK SC"/>
                <w:b/>
                <w:sz w:val="17"/>
              </w:rPr>
              <w:t>今日字</w:t>
            </w:r>
          </w:p>
        </w:tc>
        <w:tc>
          <w:tcPr>
            <w:tcW w:type="dxa" w:w="3685"/>
            <w:vAlign w:val="center"/>
            <w:shd w:fill="E2F0D9"/>
          </w:tcPr>
          <w:p>
            <w:pPr>
              <w:spacing w:after="0"/>
            </w:pPr>
            <w:r/>
            <w:r>
              <w:rPr>
                <w:rFonts w:ascii="Noto Sans CJK SC" w:hAnsi="Noto Sans CJK SC" w:eastAsia="Noto Sans CJK SC"/>
                <w:b/>
                <w:sz w:val="17"/>
              </w:rPr>
              <w:t>笔顺提醒</w:t>
            </w:r>
          </w:p>
        </w:tc>
        <w:tc>
          <w:tcPr>
            <w:tcW w:type="dxa" w:w="2268"/>
            <w:vAlign w:val="center"/>
            <w:shd w:fill="E2F0D9"/>
          </w:tcPr>
          <w:p>
            <w:pPr>
              <w:spacing w:after="0"/>
            </w:pPr>
            <w:r/>
            <w:r>
              <w:rPr>
                <w:rFonts w:ascii="Noto Sans CJK SC" w:hAnsi="Noto Sans CJK SC" w:eastAsia="Noto Sans CJK SC"/>
                <w:b/>
                <w:sz w:val="17"/>
              </w:rPr>
              <w:t>描/写 2遍</w:t>
            </w:r>
          </w:p>
        </w:tc>
        <w:tc>
          <w:tcPr>
            <w:tcW w:type="dxa" w:w="2268"/>
            <w:vAlign w:val="center"/>
            <w:shd w:fill="E2F0D9"/>
          </w:tcPr>
          <w:p>
            <w:pPr>
              <w:spacing w:after="0"/>
            </w:pPr>
            <w:r/>
            <w:r>
              <w:rPr>
                <w:rFonts w:ascii="Noto Sans CJK SC" w:hAnsi="Noto Sans CJK SC" w:eastAsia="Noto Sans CJK SC"/>
                <w:b/>
                <w:sz w:val="17"/>
              </w:rPr>
              <w:t>今天只纠正一处</w:t>
            </w:r>
          </w:p>
        </w:tc>
      </w:tr>
      <w:tr>
        <w:tc>
          <w:tcPr>
            <w:tcW w:type="dxa" w:w="1247"/>
            <w:vAlign w:val="center"/>
          </w:tcPr>
          <w:p>
            <w:pPr>
              <w:spacing w:after="0"/>
            </w:pPr>
            <w:r/>
            <w:r>
              <w:rPr>
                <w:rFonts w:ascii="Noto Sans CJK SC" w:hAnsi="Noto Sans CJK SC" w:eastAsia="Noto Sans CJK SC"/>
                <w:b/>
                <w:sz w:val="36"/>
              </w:rPr>
              <w:t>学</w:t>
            </w:r>
          </w:p>
        </w:tc>
        <w:tc>
          <w:tcPr>
            <w:tcW w:type="dxa" w:w="3685"/>
            <w:vAlign w:val="center"/>
          </w:tcPr>
          <w:p>
            <w:pPr>
              <w:spacing w:after="0"/>
            </w:pPr>
            <w:r/>
            <w:r>
              <w:rPr>
                <w:rFonts w:ascii="Noto Sans CJK SC" w:hAnsi="Noto Sans CJK SC" w:eastAsia="Noto Sans CJK SC"/>
                <w:b w:val="0"/>
                <w:sz w:val="16"/>
              </w:rPr>
              <w:t>上面写稳，下面子不要散。</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r>
        <w:tc>
          <w:tcPr>
            <w:tcW w:type="dxa" w:w="1247"/>
            <w:vAlign w:val="center"/>
          </w:tcPr>
          <w:p>
            <w:pPr>
              <w:spacing w:after="0"/>
            </w:pPr>
            <w:r/>
            <w:r>
              <w:rPr>
                <w:rFonts w:ascii="Noto Sans CJK SC" w:hAnsi="Noto Sans CJK SC" w:eastAsia="Noto Sans CJK SC"/>
                <w:b/>
                <w:sz w:val="36"/>
              </w:rPr>
              <w:t>校</w:t>
            </w:r>
          </w:p>
        </w:tc>
        <w:tc>
          <w:tcPr>
            <w:tcW w:type="dxa" w:w="3685"/>
            <w:vAlign w:val="center"/>
          </w:tcPr>
          <w:p>
            <w:pPr>
              <w:spacing w:after="0"/>
            </w:pPr>
            <w:r/>
            <w:r>
              <w:rPr>
                <w:rFonts w:ascii="Noto Sans CJK SC" w:hAnsi="Noto Sans CJK SC" w:eastAsia="Noto Sans CJK SC"/>
                <w:b w:val="0"/>
                <w:sz w:val="16"/>
              </w:rPr>
              <w:t>木字旁，右边交。</w:t>
            </w:r>
          </w:p>
        </w:tc>
        <w:tc>
          <w:tcPr>
            <w:tcW w:type="dxa" w:w="2268"/>
            <w:vAlign w:val="center"/>
          </w:tcPr>
          <w:p>
            <w:pPr>
              <w:spacing w:after="0"/>
            </w:pPr>
            <w:r/>
            <w:r>
              <w:rPr>
                <w:rFonts w:ascii="Noto Sans CJK SC" w:hAnsi="Noto Sans CJK SC" w:eastAsia="Noto Sans CJK SC"/>
                <w:b w:val="0"/>
                <w:sz w:val="24"/>
              </w:rPr>
              <w:t>____  ____</w:t>
            </w:r>
          </w:p>
        </w:tc>
        <w:tc>
          <w:tcPr>
            <w:tcW w:type="dxa" w:w="2268"/>
            <w:vAlign w:val="center"/>
          </w:tcPr>
          <w:p>
            <w:pPr>
              <w:spacing w:after="0"/>
            </w:pPr>
            <w:r/>
            <w:r>
              <w:rPr>
                <w:rFonts w:ascii="Noto Sans CJK SC" w:hAnsi="Noto Sans CJK SC" w:eastAsia="Noto Sans CJK SC"/>
                <w:b w:val="0"/>
                <w:sz w:val="16"/>
              </w:rPr>
              <w:t>□ 起笔  □ 结构  □ 收笔</w:t>
            </w:r>
          </w:p>
        </w:tc>
      </w:tr>
    </w:tbl>
    <w:p>
      <w:pPr>
        <w:spacing w:after="60" w:before="0"/>
      </w:pPr>
      <w:r>
        <w:rPr>
          <w:rFonts w:ascii="Noto Sans CJK SC" w:hAnsi="Noto Sans CJK SC" w:eastAsia="Noto Sans CJK SC"/>
          <w:sz w:val="17"/>
        </w:rPr>
        <w:t>1分钟抄写：我去学校。    记录：写了____字，卡住的字：________</w:t>
      </w:r>
    </w:p>
    <w:p>
      <w:pPr>
        <w:pStyle w:val="Heading2"/>
        <w:spacing w:after="80"/>
      </w:pPr>
      <w:r>
        <w:rPr>
          <w:rFonts w:ascii="Noto Sans CJK SC" w:hAnsi="Noto Sans CJK SC" w:eastAsia="Noto Sans CJK SC"/>
        </w:rPr>
        <w:t>2. 数学：快闪 + 模型题</w:t>
      </w:r>
    </w:p>
    <w:p>
      <w:pPr>
        <w:spacing w:after="60" w:before="0"/>
      </w:pPr>
      <w:r>
        <w:rPr>
          <w:rFonts w:ascii="Noto Sans CJK SC" w:hAnsi="Noto Sans CJK SC" w:eastAsia="Noto Sans CJK SC"/>
          <w:sz w:val="17"/>
        </w:rPr>
        <w:t>乘法快闪：6×8=__   6×9=__   7×8=__   7×9=__   8×9=__   2×6=__   记录：√____个  △____个  ×____个</w:t>
      </w:r>
    </w:p>
    <w:tbl>
      <w:tblPr>
        <w:tblStyle w:val="TableGrid"/>
        <w:tblW w:type="auto" w:w="0"/>
        <w:jc w:val="center"/>
        <w:tblLook w:firstColumn="1" w:firstRow="1" w:lastColumn="0" w:lastRow="0" w:noHBand="0" w:noVBand="1" w:val="04A0"/>
      </w:tblPr>
      <w:tblGrid>
        <w:gridCol w:w="3477"/>
        <w:gridCol w:w="3477"/>
        <w:gridCol w:w="3477"/>
      </w:tblGrid>
      <w:tr>
        <w:tc>
          <w:tcPr>
            <w:tcW w:type="dxa" w:w="680"/>
            <w:vAlign w:val="center"/>
            <w:shd w:fill="D9EAF7"/>
          </w:tcPr>
          <w:p>
            <w:pPr>
              <w:spacing w:after="0"/>
            </w:pPr>
            <w:r/>
            <w:r>
              <w:rPr>
                <w:rFonts w:ascii="Noto Sans CJK SC" w:hAnsi="Noto Sans CJK SC" w:eastAsia="Noto Sans CJK SC"/>
                <w:b/>
                <w:sz w:val="17"/>
              </w:rPr>
              <w:t>题</w:t>
            </w:r>
          </w:p>
        </w:tc>
        <w:tc>
          <w:tcPr>
            <w:tcW w:type="dxa" w:w="6520"/>
            <w:vAlign w:val="center"/>
            <w:shd w:fill="D9EAF7"/>
          </w:tcPr>
          <w:p>
            <w:pPr>
              <w:spacing w:after="0"/>
            </w:pPr>
            <w:r/>
            <w:r>
              <w:rPr>
                <w:rFonts w:ascii="Noto Sans CJK SC" w:hAnsi="Noto Sans CJK SC" w:eastAsia="Noto Sans CJK SC"/>
                <w:b/>
                <w:sz w:val="17"/>
              </w:rPr>
              <w:t>题目</w:t>
            </w:r>
          </w:p>
        </w:tc>
        <w:tc>
          <w:tcPr>
            <w:tcW w:type="dxa" w:w="2551"/>
            <w:vAlign w:val="center"/>
            <w:shd w:fill="D9EAF7"/>
          </w:tcPr>
          <w:p>
            <w:pPr>
              <w:spacing w:after="0"/>
            </w:pPr>
            <w:r/>
            <w:r>
              <w:rPr>
                <w:rFonts w:ascii="Noto Sans CJK SC" w:hAnsi="Noto Sans CJK SC" w:eastAsia="Noto Sans CJK SC"/>
                <w:b/>
                <w:sz w:val="17"/>
              </w:rPr>
              <w:t>我的画图/算式/答案</w:t>
            </w:r>
          </w:p>
        </w:tc>
      </w:tr>
      <w:tr>
        <w:tc>
          <w:tcPr>
            <w:tcW w:type="dxa" w:w="680"/>
            <w:vAlign w:val="center"/>
          </w:tcPr>
          <w:p>
            <w:pPr>
              <w:spacing w:after="0"/>
            </w:pPr>
            <w:r/>
            <w:r>
              <w:rPr>
                <w:rFonts w:ascii="Noto Sans CJK SC" w:hAnsi="Noto Sans CJK SC" w:eastAsia="Noto Sans CJK SC"/>
                <w:b w:val="0"/>
                <w:sz w:val="16"/>
              </w:rPr>
              <w:t>1</w:t>
            </w:r>
          </w:p>
        </w:tc>
        <w:tc>
          <w:tcPr>
            <w:tcW w:type="dxa" w:w="6520"/>
            <w:vAlign w:val="center"/>
          </w:tcPr>
          <w:p>
            <w:pPr>
              <w:spacing w:after="0"/>
            </w:pPr>
            <w:r/>
            <w:r>
              <w:rPr>
                <w:rFonts w:ascii="Noto Sans CJK SC" w:hAnsi="Noto Sans CJK SC" w:eastAsia="Noto Sans CJK SC"/>
                <w:b w:val="0"/>
                <w:sz w:val="16"/>
              </w:rPr>
              <w:t>[一步乘除] 有 28 个卡片，平均分给 4 个小朋友，每人几个？</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2</w:t>
            </w:r>
          </w:p>
        </w:tc>
        <w:tc>
          <w:tcPr>
            <w:tcW w:type="dxa" w:w="6520"/>
            <w:vAlign w:val="center"/>
          </w:tcPr>
          <w:p>
            <w:pPr>
              <w:spacing w:after="0"/>
            </w:pPr>
            <w:r/>
            <w:r>
              <w:rPr>
                <w:rFonts w:ascii="Noto Sans CJK SC" w:hAnsi="Noto Sans CJK SC" w:eastAsia="Noto Sans CJK SC"/>
                <w:b w:val="0"/>
                <w:sz w:val="16"/>
              </w:rPr>
              <w:t>[倍数+一共] 小猫有 8 个卡片，小狗的卡片是小猫的 3 倍。两人一共有多少个卡片？</w:t>
            </w:r>
          </w:p>
        </w:tc>
        <w:tc>
          <w:tcPr>
            <w:tcW w:type="dxa" w:w="2551"/>
            <w:vAlign w:val="center"/>
          </w:tcPr>
          <w:p>
            <w:pPr>
              <w:spacing w:after="0"/>
            </w:pPr>
            <w:r/>
            <w:r>
              <w:rPr>
                <w:rFonts w:ascii="Noto Sans CJK SC" w:hAnsi="Noto Sans CJK SC" w:eastAsia="Noto Sans CJK SC"/>
                <w:b w:val="0"/>
                <w:sz w:val="16"/>
              </w:rPr>
              <w:br/>
              <w:br/>
            </w:r>
          </w:p>
        </w:tc>
      </w:tr>
      <w:tr>
        <w:tc>
          <w:tcPr>
            <w:tcW w:type="dxa" w:w="680"/>
            <w:vAlign w:val="center"/>
          </w:tcPr>
          <w:p>
            <w:pPr>
              <w:spacing w:after="0"/>
            </w:pPr>
            <w:r/>
            <w:r>
              <w:rPr>
                <w:rFonts w:ascii="Noto Sans CJK SC" w:hAnsi="Noto Sans CJK SC" w:eastAsia="Noto Sans CJK SC"/>
                <w:b w:val="0"/>
                <w:sz w:val="16"/>
              </w:rPr>
              <w:t>挑战</w:t>
            </w:r>
          </w:p>
        </w:tc>
        <w:tc>
          <w:tcPr>
            <w:tcW w:type="dxa" w:w="6520"/>
            <w:vAlign w:val="center"/>
          </w:tcPr>
          <w:p>
            <w:pPr>
              <w:spacing w:after="0"/>
            </w:pPr>
            <w:r/>
            <w:r>
              <w:rPr>
                <w:rFonts w:ascii="Noto Sans CJK SC" w:hAnsi="Noto Sans CJK SC" w:eastAsia="Noto Sans CJK SC"/>
                <w:b w:val="0"/>
                <w:sz w:val="16"/>
              </w:rPr>
              <w:t>[和差] 小猫和小狗一共有 28 个卡片。小猫比小狗多 6 个。小猫和小狗各有几个？</w:t>
            </w:r>
          </w:p>
        </w:tc>
        <w:tc>
          <w:tcPr>
            <w:tcW w:type="dxa" w:w="2551"/>
            <w:vAlign w:val="center"/>
          </w:tcPr>
          <w:p>
            <w:pPr>
              <w:spacing w:after="0"/>
            </w:pPr>
            <w:r/>
            <w:r>
              <w:rPr>
                <w:rFonts w:ascii="Noto Sans CJK SC" w:hAnsi="Noto Sans CJK SC" w:eastAsia="Noto Sans CJK SC"/>
                <w:b w:val="0"/>
                <w:sz w:val="16"/>
              </w:rPr>
              <w:br/>
              <w:br/>
            </w:r>
          </w:p>
        </w:tc>
      </w:tr>
    </w:tbl>
    <w:p>
      <w:pPr>
        <w:spacing w:after="60" w:before="0"/>
      </w:pPr>
      <w:r>
        <w:rPr>
          <w:rFonts w:ascii="Noto Sans CJK SC" w:hAnsi="Noto Sans CJK SC" w:eastAsia="Noto Sans CJK SC"/>
          <w:b/>
          <w:sz w:val="17"/>
        </w:rPr>
        <w:t>讲题三问：题目问谁？我现在算出来的是谁？还差谁？</w:t>
      </w:r>
    </w:p>
    <w:p>
      <w:pPr>
        <w:pStyle w:val="Heading2"/>
        <w:spacing w:after="80"/>
      </w:pPr>
      <w:r>
        <w:rPr>
          <w:rFonts w:ascii="Noto Sans CJK SC" w:hAnsi="Noto Sans CJK SC" w:eastAsia="Noto Sans CJK SC"/>
        </w:rPr>
        <w:t>3. English：词卡 + 字母进单词 + 指令</w:t>
      </w:r>
    </w:p>
    <w:p>
      <w:pPr>
        <w:spacing w:after="60" w:before="0"/>
      </w:pPr>
      <w:r>
        <w:rPr>
          <w:rFonts w:ascii="Noto Sans CJK SC" w:hAnsi="Noto Sans CJK SC" w:eastAsia="Noto Sans CJK SC"/>
          <w:sz w:val="17"/>
        </w:rPr>
        <w:t>今日词卡：duck / pig / cow / sheep / horse / mouse / elephant / mom</w:t>
      </w:r>
    </w:p>
    <w:p>
      <w:pPr>
        <w:spacing w:after="60" w:before="0"/>
      </w:pPr>
      <w:r>
        <w:rPr>
          <w:rFonts w:ascii="Noto Sans CJK SC" w:hAnsi="Noto Sans CJK SC" w:eastAsia="Noto Sans CJK SC"/>
          <w:sz w:val="17"/>
        </w:rPr>
        <w:t>字母进单词：圈出含有字母 z 的词：bed  blue  dog  duck  pig  pink  queen  jump  little  zoo  book  desk  chair  hand  head</w:t>
      </w:r>
    </w:p>
    <w:tbl>
      <w:tblPr>
        <w:tblStyle w:val="TableGrid"/>
        <w:tblW w:type="auto" w:w="0"/>
        <w:jc w:val="center"/>
        <w:tblLook w:firstColumn="1" w:firstRow="1" w:lastColumn="0" w:lastRow="0" w:noHBand="0" w:noVBand="1" w:val="04A0"/>
      </w:tblPr>
      <w:tblGrid>
        <w:gridCol w:w="3477"/>
        <w:gridCol w:w="3477"/>
        <w:gridCol w:w="3477"/>
      </w:tblGrid>
      <w:tr>
        <w:tc>
          <w:tcPr>
            <w:tcW w:type="dxa" w:w="567"/>
            <w:vAlign w:val="center"/>
            <w:shd w:fill="FFF2CC"/>
          </w:tcPr>
          <w:p>
            <w:pPr>
              <w:spacing w:after="0"/>
            </w:pPr>
            <w:r/>
            <w:r>
              <w:rPr>
                <w:rFonts w:ascii="Noto Sans CJK SC" w:hAnsi="Noto Sans CJK SC" w:eastAsia="Noto Sans CJK SC"/>
                <w:b/>
                <w:sz w:val="17"/>
              </w:rPr>
              <w:t>#</w:t>
            </w:r>
          </w:p>
        </w:tc>
        <w:tc>
          <w:tcPr>
            <w:tcW w:type="dxa" w:w="6236"/>
            <w:vAlign w:val="center"/>
            <w:shd w:fill="FFF2CC"/>
          </w:tcPr>
          <w:p>
            <w:pPr>
              <w:spacing w:after="0"/>
            </w:pPr>
            <w:r/>
            <w:r>
              <w:rPr>
                <w:rFonts w:ascii="Noto Sans CJK SC" w:hAnsi="Noto Sans CJK SC" w:eastAsia="Noto Sans CJK SC"/>
                <w:b/>
                <w:sz w:val="17"/>
              </w:rPr>
              <w:t>英文指令</w:t>
            </w:r>
          </w:p>
        </w:tc>
        <w:tc>
          <w:tcPr>
            <w:tcW w:type="dxa" w:w="2721"/>
            <w:vAlign w:val="center"/>
            <w:shd w:fill="FFF2CC"/>
          </w:tcPr>
          <w:p>
            <w:pPr>
              <w:spacing w:after="0"/>
            </w:pPr>
            <w:r/>
            <w:r>
              <w:rPr>
                <w:rFonts w:ascii="Noto Sans CJK SC" w:hAnsi="Noto Sans CJK SC" w:eastAsia="Noto Sans CJK SC"/>
                <w:b/>
                <w:sz w:val="17"/>
              </w:rPr>
              <w:t>完成</w:t>
            </w:r>
          </w:p>
        </w:tc>
      </w:tr>
      <w:tr>
        <w:tc>
          <w:tcPr>
            <w:tcW w:type="dxa" w:w="567"/>
            <w:vAlign w:val="center"/>
          </w:tcPr>
          <w:p>
            <w:pPr>
              <w:spacing w:after="0"/>
            </w:pPr>
            <w:r/>
            <w:r>
              <w:rPr>
                <w:rFonts w:ascii="Noto Sans CJK SC" w:hAnsi="Noto Sans CJK SC" w:eastAsia="Noto Sans CJK SC"/>
                <w:b w:val="0"/>
                <w:sz w:val="16"/>
              </w:rPr>
              <w:t>1</w:t>
            </w:r>
          </w:p>
        </w:tc>
        <w:tc>
          <w:tcPr>
            <w:tcW w:type="dxa" w:w="6236"/>
            <w:vAlign w:val="center"/>
          </w:tcPr>
          <w:p>
            <w:pPr>
              <w:spacing w:after="0"/>
            </w:pPr>
            <w:r/>
            <w:r>
              <w:rPr>
                <w:rFonts w:ascii="Noto Sans CJK SC" w:hAnsi="Noto Sans CJK SC" w:eastAsia="Noto Sans CJK SC"/>
                <w:b w:val="0"/>
                <w:sz w:val="18"/>
              </w:rPr>
              <w:t>Close the door.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2</w:t>
            </w:r>
          </w:p>
        </w:tc>
        <w:tc>
          <w:tcPr>
            <w:tcW w:type="dxa" w:w="6236"/>
            <w:vAlign w:val="center"/>
          </w:tcPr>
          <w:p>
            <w:pPr>
              <w:spacing w:after="0"/>
            </w:pPr>
            <w:r/>
            <w:r>
              <w:rPr>
                <w:rFonts w:ascii="Noto Sans CJK SC" w:hAnsi="Noto Sans CJK SC" w:eastAsia="Noto Sans CJK SC"/>
                <w:b w:val="0"/>
                <w:sz w:val="18"/>
              </w:rPr>
              <w:t>Walk to the table.</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3</w:t>
            </w:r>
          </w:p>
        </w:tc>
        <w:tc>
          <w:tcPr>
            <w:tcW w:type="dxa" w:w="6236"/>
            <w:vAlign w:val="center"/>
          </w:tcPr>
          <w:p>
            <w:pPr>
              <w:spacing w:after="0"/>
            </w:pPr>
            <w:r/>
            <w:r>
              <w:rPr>
                <w:rFonts w:ascii="Noto Sans CJK SC" w:hAnsi="Noto Sans CJK SC" w:eastAsia="Noto Sans CJK SC"/>
                <w:b w:val="0"/>
                <w:sz w:val="18"/>
              </w:rPr>
              <w:t>Stop at the chair.</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4</w:t>
            </w:r>
          </w:p>
        </w:tc>
        <w:tc>
          <w:tcPr>
            <w:tcW w:type="dxa" w:w="6236"/>
            <w:vAlign w:val="center"/>
          </w:tcPr>
          <w:p>
            <w:pPr>
              <w:spacing w:after="0"/>
            </w:pPr>
            <w:r/>
            <w:r>
              <w:rPr>
                <w:rFonts w:ascii="Noto Sans CJK SC" w:hAnsi="Noto Sans CJK SC" w:eastAsia="Noto Sans CJK SC"/>
                <w:b w:val="0"/>
                <w:sz w:val="18"/>
              </w:rPr>
              <w:t>Find something yellow.</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5</w:t>
            </w:r>
          </w:p>
        </w:tc>
        <w:tc>
          <w:tcPr>
            <w:tcW w:type="dxa" w:w="6236"/>
            <w:vAlign w:val="center"/>
          </w:tcPr>
          <w:p>
            <w:pPr>
              <w:spacing w:after="0"/>
            </w:pPr>
            <w:r/>
            <w:r>
              <w:rPr>
                <w:rFonts w:ascii="Noto Sans CJK SC" w:hAnsi="Noto Sans CJK SC" w:eastAsia="Noto Sans CJK SC"/>
                <w:b w:val="0"/>
                <w:sz w:val="18"/>
              </w:rPr>
              <w:t>Find something small.</w:t>
            </w:r>
          </w:p>
        </w:tc>
        <w:tc>
          <w:tcPr>
            <w:tcW w:type="dxa" w:w="2721"/>
            <w:vAlign w:val="center"/>
          </w:tcPr>
          <w:p>
            <w:pPr>
              <w:spacing w:after="0"/>
            </w:pPr>
            <w:r/>
            <w:r>
              <w:rPr>
                <w:rFonts w:ascii="Noto Sans CJK SC" w:hAnsi="Noto Sans CJK SC" w:eastAsia="Noto Sans CJK SC"/>
                <w:b w:val="0"/>
                <w:sz w:val="16"/>
              </w:rPr>
              <w:t>听：□√ □△ □×   看：□√ □△ □×</w:t>
            </w:r>
          </w:p>
        </w:tc>
      </w:tr>
      <w:tr>
        <w:tc>
          <w:tcPr>
            <w:tcW w:type="dxa" w:w="567"/>
            <w:vAlign w:val="center"/>
          </w:tcPr>
          <w:p>
            <w:pPr>
              <w:spacing w:after="0"/>
            </w:pPr>
            <w:r/>
            <w:r>
              <w:rPr>
                <w:rFonts w:ascii="Noto Sans CJK SC" w:hAnsi="Noto Sans CJK SC" w:eastAsia="Noto Sans CJK SC"/>
                <w:b w:val="0"/>
                <w:sz w:val="16"/>
              </w:rPr>
              <w:t>6</w:t>
            </w:r>
          </w:p>
        </w:tc>
        <w:tc>
          <w:tcPr>
            <w:tcW w:type="dxa" w:w="6236"/>
            <w:vAlign w:val="center"/>
          </w:tcPr>
          <w:p>
            <w:pPr>
              <w:spacing w:after="0"/>
            </w:pPr>
            <w:r/>
            <w:r>
              <w:rPr>
                <w:rFonts w:ascii="Noto Sans CJK SC" w:hAnsi="Noto Sans CJK SC" w:eastAsia="Noto Sans CJK SC"/>
                <w:b w:val="0"/>
                <w:sz w:val="18"/>
              </w:rPr>
              <w:t>Draw a big cat.</w:t>
            </w:r>
          </w:p>
        </w:tc>
        <w:tc>
          <w:tcPr>
            <w:tcW w:type="dxa" w:w="2721"/>
            <w:vAlign w:val="center"/>
          </w:tcPr>
          <w:p>
            <w:pPr>
              <w:spacing w:after="0"/>
            </w:pPr>
            <w:r/>
            <w:r>
              <w:rPr>
                <w:rFonts w:ascii="Noto Sans CJK SC" w:hAnsi="Noto Sans CJK SC" w:eastAsia="Noto Sans CJK SC"/>
                <w:b w:val="0"/>
                <w:sz w:val="16"/>
              </w:rPr>
              <w:t>听：□√ □△ □×   看：□√ □△ □×</w:t>
            </w:r>
          </w:p>
        </w:tc>
      </w:tr>
    </w:tbl>
    <w:p>
      <w:pPr>
        <w:pStyle w:val="Heading2"/>
        <w:spacing w:after="80"/>
      </w:pPr>
      <w:r>
        <w:rPr>
          <w:rFonts w:ascii="Noto Sans CJK SC" w:hAnsi="Noto Sans CJK SC" w:eastAsia="Noto Sans CJK SC"/>
        </w:rPr>
        <w:t>4. 运动与复盘</w:t>
      </w:r>
    </w:p>
    <w:p>
      <w:pPr>
        <w:spacing w:after="60" w:before="0"/>
      </w:pPr>
      <w:r>
        <w:rPr>
          <w:rFonts w:ascii="Noto Sans CJK SC" w:hAnsi="Noto Sans CJK SC" w:eastAsia="Noto Sans CJK SC"/>
          <w:sz w:val="17"/>
        </w:rPr>
        <w:t>运动：休整日：户外散步/公园活动，低强度恢复。</w:t>
      </w:r>
    </w:p>
    <w:p>
      <w:pPr>
        <w:spacing w:after="60" w:before="0"/>
      </w:pPr>
      <w:r>
        <w:rPr>
          <w:rFonts w:ascii="Noto Sans CJK SC" w:hAnsi="Noto Sans CJK SC" w:eastAsia="Noto Sans CJK SC"/>
          <w:sz w:val="17"/>
        </w:rPr>
        <w:t>象棋/心理：休息或自由棋，不复盘。</w:t>
      </w:r>
    </w:p>
    <w:p>
      <w:pPr>
        <w:spacing w:after="60" w:before="0"/>
      </w:pPr>
      <w:r>
        <w:rPr>
          <w:rFonts w:ascii="Noto Sans CJK SC" w:hAnsi="Noto Sans CJK SC" w:eastAsia="Noto Sans CJK SC"/>
          <w:sz w:val="17"/>
        </w:rPr>
        <w:t>今天我升级了：____________________    明天再战：____________________</w:t>
      </w:r>
    </w:p>
    <w:p>
      <w:r>
        <w:br w:type="page"/>
      </w:r>
    </w:p>
    <w:p>
      <w:pPr>
        <w:pStyle w:val="Heading1"/>
        <w:spacing w:after="80"/>
      </w:pPr>
      <w:r>
        <w:rPr>
          <w:rFonts w:ascii="Noto Sans CJK SC" w:hAnsi="Noto Sans CJK SC" w:eastAsia="Noto Sans CJK SC"/>
        </w:rPr>
        <w:t>第8周 家长答案与观察点</w:t>
      </w:r>
    </w:p>
    <w:p>
      <w:pPr>
        <w:spacing w:after="60" w:before="0"/>
      </w:pPr>
      <w:r>
        <w:rPr>
          <w:rFonts w:ascii="Noto Sans CJK SC" w:hAnsi="Noto Sans CJK SC" w:eastAsia="Noto Sans CJK SC"/>
          <w:b/>
          <w:sz w:val="18"/>
        </w:rPr>
        <w:t>使用：每天做完后再看，不要边做边讲答案。每晚只记录趋势。</w:t>
      </w:r>
    </w:p>
    <w:p>
      <w:pPr>
        <w:pStyle w:val="Heading2"/>
        <w:spacing w:after="80"/>
      </w:pPr>
      <w:r>
        <w:rPr>
          <w:rFonts w:ascii="Noto Sans CJK SC" w:hAnsi="Noto Sans CJK SC" w:eastAsia="Noto Sans CJK SC"/>
        </w:rPr>
        <w:t>Day 1 答案</w:t>
      </w:r>
    </w:p>
    <w:p>
      <w:pPr>
        <w:spacing w:after="60" w:before="0"/>
      </w:pPr>
      <w:r>
        <w:rPr>
          <w:rFonts w:ascii="Noto Sans CJK SC" w:hAnsi="Noto Sans CJK SC" w:eastAsia="Noto Sans CJK SC"/>
          <w:sz w:val="17"/>
        </w:rPr>
        <w:t>语文：声调读准即可；今日字 小鸟。只纠正一个主问题，优先笔顺启动和结构。</w:t>
      </w:r>
    </w:p>
    <w:p>
      <w:pPr>
        <w:spacing w:after="60" w:before="0"/>
      </w:pPr>
      <w:r>
        <w:rPr>
          <w:rFonts w:ascii="Noto Sans CJK SC" w:hAnsi="Noto Sans CJK SC" w:eastAsia="Noto Sans CJK SC"/>
          <w:sz w:val="16"/>
        </w:rPr>
        <w:t>乘法快闪答案：6×8=48；6×9=54；7×8=56；7×9=63；8×9=72；5×7=35</w:t>
      </w:r>
    </w:p>
    <w:p>
      <w:pPr>
        <w:spacing w:after="60" w:before="0"/>
      </w:pPr>
      <w:r>
        <w:rPr>
          <w:rFonts w:ascii="Noto Sans CJK SC" w:hAnsi="Noto Sans CJK SC" w:eastAsia="Noto Sans CJK SC"/>
          <w:sz w:val="16"/>
        </w:rPr>
        <w:t>数学1 [倍数+一共] 答：32。提示：小狗：8×3=24；一共：24+8=32。也可画成 1份+3份=4份。</w:t>
      </w:r>
    </w:p>
    <w:p>
      <w:pPr>
        <w:spacing w:after="60" w:before="0"/>
      </w:pPr>
      <w:r>
        <w:rPr>
          <w:rFonts w:ascii="Noto Sans CJK SC" w:hAnsi="Noto Sans CJK SC" w:eastAsia="Noto Sans CJK SC"/>
          <w:sz w:val="16"/>
        </w:rPr>
        <w:t>数学2 [和差] 答：小猫17个，小狗11个。提示：先去掉多出来的 6：28-6=22；平分：22÷2=11。小狗 11 个，小猫 17 个。</w:t>
      </w:r>
    </w:p>
    <w:p>
      <w:pPr>
        <w:spacing w:after="60" w:before="0"/>
      </w:pPr>
      <w:r>
        <w:rPr>
          <w:rFonts w:ascii="Noto Sans CJK SC" w:hAnsi="Noto Sans CJK SC" w:eastAsia="Noto Sans CJK SC"/>
          <w:sz w:val="16"/>
        </w:rPr>
        <w:t>数学3 [和倍] 答：小猫8个，小狗24个。提示：一共是 1份+3份=4份；32÷4=8。小猫 8 个，小狗 24 个。</w:t>
      </w:r>
    </w:p>
    <w:p>
      <w:pPr>
        <w:spacing w:after="60" w:before="0"/>
      </w:pPr>
      <w:r>
        <w:rPr>
          <w:rFonts w:ascii="Noto Sans CJK SC" w:hAnsi="Noto Sans CJK SC" w:eastAsia="Noto Sans CJK SC"/>
          <w:sz w:val="16"/>
        </w:rPr>
        <w:t>英语：目标是能做动作，不强求翻译。指令：Jump three times；Open the book；Close the book；Put the pencil on the desk；Put the pencil under the book；Put the pencil in the bag。</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2 答案</w:t>
      </w:r>
    </w:p>
    <w:p>
      <w:pPr>
        <w:spacing w:after="60" w:before="0"/>
      </w:pPr>
      <w:r>
        <w:rPr>
          <w:rFonts w:ascii="Noto Sans CJK SC" w:hAnsi="Noto Sans CJK SC" w:eastAsia="Noto Sans CJK SC"/>
          <w:sz w:val="17"/>
        </w:rPr>
        <w:t>语文：声调读准即可；今日字 中国。只纠正一个主问题，优先笔顺启动和结构。</w:t>
      </w:r>
    </w:p>
    <w:p>
      <w:pPr>
        <w:spacing w:after="60" w:before="0"/>
      </w:pPr>
      <w:r>
        <w:rPr>
          <w:rFonts w:ascii="Noto Sans CJK SC" w:hAnsi="Noto Sans CJK SC" w:eastAsia="Noto Sans CJK SC"/>
          <w:sz w:val="16"/>
        </w:rPr>
        <w:t>乘法快闪答案：6×9=54；7×8=56；7×9=63；8×9=72；6×7=42；6×6=36</w:t>
      </w:r>
    </w:p>
    <w:p>
      <w:pPr>
        <w:spacing w:after="60" w:before="0"/>
      </w:pPr>
      <w:r>
        <w:rPr>
          <w:rFonts w:ascii="Noto Sans CJK SC" w:hAnsi="Noto Sans CJK SC" w:eastAsia="Noto Sans CJK SC"/>
          <w:sz w:val="16"/>
        </w:rPr>
        <w:t>数学1 [和差] 答：乐乐17个，天天11个。提示：先去掉多出来的 6：28-6=22；平分：22÷2=11。天天 11 个，乐乐 17 个。</w:t>
      </w:r>
    </w:p>
    <w:p>
      <w:pPr>
        <w:spacing w:after="60" w:before="0"/>
      </w:pPr>
      <w:r>
        <w:rPr>
          <w:rFonts w:ascii="Noto Sans CJK SC" w:hAnsi="Noto Sans CJK SC" w:eastAsia="Noto Sans CJK SC"/>
          <w:sz w:val="16"/>
        </w:rPr>
        <w:t>数学2 [和倍] 答：乐乐8个，天天24个。提示：一共是 1份+3份=4份；32÷4=8。乐乐 8 个，天天 24 个。</w:t>
      </w:r>
    </w:p>
    <w:p>
      <w:pPr>
        <w:spacing w:after="60" w:before="0"/>
      </w:pPr>
      <w:r>
        <w:rPr>
          <w:rFonts w:ascii="Noto Sans CJK SC" w:hAnsi="Noto Sans CJK SC" w:eastAsia="Noto Sans CJK SC"/>
          <w:sz w:val="16"/>
        </w:rPr>
        <w:t>数学3 [差倍] 答：乐乐6个，天天24个。提示：多出来的是 4-1=3 份；18÷3=6。乐乐 6 个，天天 24 个。</w:t>
      </w:r>
    </w:p>
    <w:p>
      <w:pPr>
        <w:spacing w:after="60" w:before="0"/>
      </w:pPr>
      <w:r>
        <w:rPr>
          <w:rFonts w:ascii="Noto Sans CJK SC" w:hAnsi="Noto Sans CJK SC" w:eastAsia="Noto Sans CJK SC"/>
          <w:sz w:val="16"/>
        </w:rPr>
        <w:t>英语：目标是能做动作，不强求翻译。指令：Put the pencil on the desk；Put the pencil under the book；Put the pencil in the bag；Put the book on the chair；Put the bag under the chair；Put the ball in the box。</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3 答案</w:t>
      </w:r>
    </w:p>
    <w:p>
      <w:pPr>
        <w:spacing w:after="60" w:before="0"/>
      </w:pPr>
      <w:r>
        <w:rPr>
          <w:rFonts w:ascii="Noto Sans CJK SC" w:hAnsi="Noto Sans CJK SC" w:eastAsia="Noto Sans CJK SC"/>
          <w:sz w:val="17"/>
        </w:rPr>
        <w:t>语文：声调读准即可；今日字 水果。只纠正一个主问题，优先笔顺启动和结构。</w:t>
      </w:r>
    </w:p>
    <w:p>
      <w:pPr>
        <w:spacing w:after="60" w:before="0"/>
      </w:pPr>
      <w:r>
        <w:rPr>
          <w:rFonts w:ascii="Noto Sans CJK SC" w:hAnsi="Noto Sans CJK SC" w:eastAsia="Noto Sans CJK SC"/>
          <w:sz w:val="16"/>
        </w:rPr>
        <w:t>乘法快闪答案：7×8=56；7×9=63；8×9=72；6×7=42；6×8=48；3×8=24</w:t>
      </w:r>
    </w:p>
    <w:p>
      <w:pPr>
        <w:spacing w:after="60" w:before="0"/>
      </w:pPr>
      <w:r>
        <w:rPr>
          <w:rFonts w:ascii="Noto Sans CJK SC" w:hAnsi="Noto Sans CJK SC" w:eastAsia="Noto Sans CJK SC"/>
          <w:sz w:val="16"/>
        </w:rPr>
        <w:t>数学1 [和倍] 答：老师8个，同学24个。提示：一共是 1份+3份=4份；32÷4=8。老师 8 个，同学 24 个。</w:t>
      </w:r>
    </w:p>
    <w:p>
      <w:pPr>
        <w:spacing w:after="60" w:before="0"/>
      </w:pPr>
      <w:r>
        <w:rPr>
          <w:rFonts w:ascii="Noto Sans CJK SC" w:hAnsi="Noto Sans CJK SC" w:eastAsia="Noto Sans CJK SC"/>
          <w:sz w:val="16"/>
        </w:rPr>
        <w:t>数学2 [差倍] 答：老师6个，同学24个。提示：多出来的是 4-1=3 份；18÷3=6。老师 6 个，同学 24 个。</w:t>
      </w:r>
    </w:p>
    <w:p>
      <w:pPr>
        <w:spacing w:after="60" w:before="0"/>
      </w:pPr>
      <w:r>
        <w:rPr>
          <w:rFonts w:ascii="Noto Sans CJK SC" w:hAnsi="Noto Sans CJK SC" w:eastAsia="Noto Sans CJK SC"/>
          <w:sz w:val="16"/>
        </w:rPr>
        <w:t>数学3 [周期] 答：蓝。提示：一组 4 个；27÷4 余 3。第 27 个是 蓝。</w:t>
      </w:r>
    </w:p>
    <w:p>
      <w:pPr>
        <w:spacing w:after="60" w:before="0"/>
      </w:pPr>
      <w:r>
        <w:rPr>
          <w:rFonts w:ascii="Noto Sans CJK SC" w:hAnsi="Noto Sans CJK SC" w:eastAsia="Noto Sans CJK SC"/>
          <w:sz w:val="16"/>
        </w:rPr>
        <w:t>英语：目标是能做动作，不强求翻译。指令：Put the book on the chair；Put the bag under the chair；Put the ball in the box；Find a red pencil；Find a blue book；Draw a fish。</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4 答案</w:t>
      </w:r>
    </w:p>
    <w:p>
      <w:pPr>
        <w:spacing w:after="60" w:before="0"/>
      </w:pPr>
      <w:r>
        <w:rPr>
          <w:rFonts w:ascii="Noto Sans CJK SC" w:hAnsi="Noto Sans CJK SC" w:eastAsia="Noto Sans CJK SC"/>
          <w:sz w:val="17"/>
        </w:rPr>
        <w:t>语文：声调读准即可；今日字 开门。只纠正一个主问题，优先笔顺启动和结构。</w:t>
      </w:r>
    </w:p>
    <w:p>
      <w:pPr>
        <w:spacing w:after="60" w:before="0"/>
      </w:pPr>
      <w:r>
        <w:rPr>
          <w:rFonts w:ascii="Noto Sans CJK SC" w:hAnsi="Noto Sans CJK SC" w:eastAsia="Noto Sans CJK SC"/>
          <w:sz w:val="16"/>
        </w:rPr>
        <w:t>乘法快闪答案：7×9=63；8×9=72；6×7=42；6×8=48；6×9=54；4×7=28</w:t>
      </w:r>
    </w:p>
    <w:p>
      <w:pPr>
        <w:spacing w:after="60" w:before="0"/>
      </w:pPr>
      <w:r>
        <w:rPr>
          <w:rFonts w:ascii="Noto Sans CJK SC" w:hAnsi="Noto Sans CJK SC" w:eastAsia="Noto Sans CJK SC"/>
          <w:sz w:val="16"/>
        </w:rPr>
        <w:t>数学1 [差倍] 答：妈妈6个，爸爸24个。提示：多出来的是 4-1=3 份；18÷3=6。妈妈 6 个，爸爸 24 个。</w:t>
      </w:r>
    </w:p>
    <w:p>
      <w:pPr>
        <w:spacing w:after="60" w:before="0"/>
      </w:pPr>
      <w:r>
        <w:rPr>
          <w:rFonts w:ascii="Noto Sans CJK SC" w:hAnsi="Noto Sans CJK SC" w:eastAsia="Noto Sans CJK SC"/>
          <w:sz w:val="16"/>
        </w:rPr>
        <w:t>数学2 [周期] 答：蓝。提示：一组 4 个；27÷4 余 3。第 27 个是 蓝。</w:t>
      </w:r>
    </w:p>
    <w:p>
      <w:pPr>
        <w:spacing w:after="60" w:before="0"/>
      </w:pPr>
      <w:r>
        <w:rPr>
          <w:rFonts w:ascii="Noto Sans CJK SC" w:hAnsi="Noto Sans CJK SC" w:eastAsia="Noto Sans CJK SC"/>
          <w:sz w:val="16"/>
        </w:rPr>
        <w:t>数学3 [线段计数] 答：15。提示：从第1个点出发数：5+4+3+2+1=15。</w:t>
      </w:r>
    </w:p>
    <w:p>
      <w:pPr>
        <w:spacing w:after="60" w:before="0"/>
      </w:pPr>
      <w:r>
        <w:rPr>
          <w:rFonts w:ascii="Noto Sans CJK SC" w:hAnsi="Noto Sans CJK SC" w:eastAsia="Noto Sans CJK SC"/>
          <w:sz w:val="16"/>
        </w:rPr>
        <w:t>英语：目标是能做动作，不强求翻译。指令：Find a red pencil；Find a blue book；Draw a fish；Draw a small bird；Give me the book；Give me two pencils。</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5 答案</w:t>
      </w:r>
    </w:p>
    <w:p>
      <w:pPr>
        <w:spacing w:after="60" w:before="0"/>
      </w:pPr>
      <w:r>
        <w:rPr>
          <w:rFonts w:ascii="Noto Sans CJK SC" w:hAnsi="Noto Sans CJK SC" w:eastAsia="Noto Sans CJK SC"/>
          <w:sz w:val="17"/>
        </w:rPr>
        <w:t>语文：声调读准即可；今日字 老师。只纠正一个主问题，优先笔顺启动和结构。</w:t>
      </w:r>
    </w:p>
    <w:p>
      <w:pPr>
        <w:spacing w:after="60" w:before="0"/>
      </w:pPr>
      <w:r>
        <w:rPr>
          <w:rFonts w:ascii="Noto Sans CJK SC" w:hAnsi="Noto Sans CJK SC" w:eastAsia="Noto Sans CJK SC"/>
          <w:sz w:val="16"/>
        </w:rPr>
        <w:t>乘法快闪答案：8×9=72；6×7=42；6×8=48；6×9=54；7×8=56；5×8=40</w:t>
      </w:r>
    </w:p>
    <w:p>
      <w:pPr>
        <w:spacing w:after="60" w:before="0"/>
      </w:pPr>
      <w:r>
        <w:rPr>
          <w:rFonts w:ascii="Noto Sans CJK SC" w:hAnsi="Noto Sans CJK SC" w:eastAsia="Noto Sans CJK SC"/>
          <w:sz w:val="16"/>
        </w:rPr>
        <w:t>数学1 [周期] 答：蓝。提示：一组 4 个；27÷4 余 3。第 27 个是 蓝。</w:t>
      </w:r>
    </w:p>
    <w:p>
      <w:pPr>
        <w:spacing w:after="60" w:before="0"/>
      </w:pPr>
      <w:r>
        <w:rPr>
          <w:rFonts w:ascii="Noto Sans CJK SC" w:hAnsi="Noto Sans CJK SC" w:eastAsia="Noto Sans CJK SC"/>
          <w:sz w:val="16"/>
        </w:rPr>
        <w:t>数学2 [线段计数] 答：15。提示：从第1个点出发数：5+4+3+2+1=15。</w:t>
      </w:r>
    </w:p>
    <w:p>
      <w:pPr>
        <w:spacing w:after="60" w:before="0"/>
      </w:pPr>
      <w:r>
        <w:rPr>
          <w:rFonts w:ascii="Noto Sans CJK SC" w:hAnsi="Noto Sans CJK SC" w:eastAsia="Noto Sans CJK SC"/>
          <w:sz w:val="16"/>
        </w:rPr>
        <w:t>数学3 [一步乘除] 答：7。提示：28÷4=7。</w:t>
      </w:r>
    </w:p>
    <w:p>
      <w:pPr>
        <w:spacing w:after="60" w:before="0"/>
      </w:pPr>
      <w:r>
        <w:rPr>
          <w:rFonts w:ascii="Noto Sans CJK SC" w:hAnsi="Noto Sans CJK SC" w:eastAsia="Noto Sans CJK SC"/>
          <w:sz w:val="16"/>
        </w:rPr>
        <w:t>英语：目标是能做动作，不强求翻译。指令：Draw a small bird；Give me the book；Give me two pencils；Take the ruler；Look at the window；Open the door。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6 答案</w:t>
      </w:r>
    </w:p>
    <w:p>
      <w:pPr>
        <w:spacing w:after="60" w:before="0"/>
      </w:pPr>
      <w:r>
        <w:rPr>
          <w:rFonts w:ascii="Noto Sans CJK SC" w:hAnsi="Noto Sans CJK SC" w:eastAsia="Noto Sans CJK SC"/>
          <w:sz w:val="17"/>
        </w:rPr>
        <w:t>语文：声调读准即可；今日字 朋友。只纠正一个主问题，优先笔顺启动和结构。</w:t>
      </w:r>
    </w:p>
    <w:p>
      <w:pPr>
        <w:spacing w:after="60" w:before="0"/>
      </w:pPr>
      <w:r>
        <w:rPr>
          <w:rFonts w:ascii="Noto Sans CJK SC" w:hAnsi="Noto Sans CJK SC" w:eastAsia="Noto Sans CJK SC"/>
          <w:sz w:val="16"/>
        </w:rPr>
        <w:t>乘法快闪答案：6×7=42；6×8=48；6×9=54；7×8=56；7×9=63；9×6=54</w:t>
      </w:r>
    </w:p>
    <w:p>
      <w:pPr>
        <w:spacing w:after="60" w:before="0"/>
      </w:pPr>
      <w:r>
        <w:rPr>
          <w:rFonts w:ascii="Noto Sans CJK SC" w:hAnsi="Noto Sans CJK SC" w:eastAsia="Noto Sans CJK SC"/>
          <w:sz w:val="16"/>
        </w:rPr>
        <w:t>数学1 [线段计数] 答：15。提示：从第1个点出发数：5+4+3+2+1=15。</w:t>
      </w:r>
    </w:p>
    <w:p>
      <w:pPr>
        <w:spacing w:after="60" w:before="0"/>
      </w:pPr>
      <w:r>
        <w:rPr>
          <w:rFonts w:ascii="Noto Sans CJK SC" w:hAnsi="Noto Sans CJK SC" w:eastAsia="Noto Sans CJK SC"/>
          <w:sz w:val="16"/>
        </w:rPr>
        <w:t>数学2 [一步乘除] 答：7。提示：28÷4=7。</w:t>
      </w:r>
    </w:p>
    <w:p>
      <w:pPr>
        <w:spacing w:after="60" w:before="0"/>
      </w:pPr>
      <w:r>
        <w:rPr>
          <w:rFonts w:ascii="Noto Sans CJK SC" w:hAnsi="Noto Sans CJK SC" w:eastAsia="Noto Sans CJK SC"/>
          <w:sz w:val="16"/>
        </w:rPr>
        <w:t>数学3 [倍数+一共] 答：32。提示：弟弟：8×3=24；一共：24+8=32。也可画成 1份+3份=4份。</w:t>
      </w:r>
    </w:p>
    <w:p>
      <w:pPr>
        <w:spacing w:after="60" w:before="0"/>
      </w:pPr>
      <w:r>
        <w:rPr>
          <w:rFonts w:ascii="Noto Sans CJK SC" w:hAnsi="Noto Sans CJK SC" w:eastAsia="Noto Sans CJK SC"/>
          <w:sz w:val="16"/>
        </w:rPr>
        <w:t>英语：目标是能做动作，不强求翻译。指令：Take the ruler；Look at the window；Open the door；Close the door；Walk to the table；Stop at the chair。</w:t>
      </w:r>
    </w:p>
    <w:p>
      <w:pPr>
        <w:spacing w:after="60" w:before="0"/>
      </w:pPr>
      <w:r>
        <w:rPr>
          <w:rFonts w:ascii="Noto Sans CJK SC" w:hAnsi="Noto Sans CJK SC" w:eastAsia="Noto Sans CJK SC"/>
          <w:b/>
          <w:sz w:val="16"/>
        </w:rPr>
        <w:t>调参：若出现明显烦躁，立刻切到保底版：语文1个字、数学1道题、英语3条指令、运动10分钟。</w:t>
      </w:r>
    </w:p>
    <w:p>
      <w:pPr>
        <w:pStyle w:val="Heading2"/>
        <w:spacing w:after="80"/>
      </w:pPr>
      <w:r>
        <w:rPr>
          <w:rFonts w:ascii="Noto Sans CJK SC" w:hAnsi="Noto Sans CJK SC" w:eastAsia="Noto Sans CJK SC"/>
        </w:rPr>
        <w:t>Day 7 答案</w:t>
      </w:r>
    </w:p>
    <w:p>
      <w:pPr>
        <w:spacing w:after="60" w:before="0"/>
      </w:pPr>
      <w:r>
        <w:rPr>
          <w:rFonts w:ascii="Noto Sans CJK SC" w:hAnsi="Noto Sans CJK SC" w:eastAsia="Noto Sans CJK SC"/>
          <w:sz w:val="17"/>
        </w:rPr>
        <w:t>语文：声调读准即可；今日字 学校。只纠正一个主问题，优先笔顺启动和结构。</w:t>
      </w:r>
    </w:p>
    <w:p>
      <w:pPr>
        <w:spacing w:after="60" w:before="0"/>
      </w:pPr>
      <w:r>
        <w:rPr>
          <w:rFonts w:ascii="Noto Sans CJK SC" w:hAnsi="Noto Sans CJK SC" w:eastAsia="Noto Sans CJK SC"/>
          <w:sz w:val="16"/>
        </w:rPr>
        <w:t>乘法快闪答案：6×8=48；6×9=54；7×8=56；7×9=63；8×9=72；2×6=12</w:t>
      </w:r>
    </w:p>
    <w:p>
      <w:pPr>
        <w:spacing w:after="60" w:before="0"/>
      </w:pPr>
      <w:r>
        <w:rPr>
          <w:rFonts w:ascii="Noto Sans CJK SC" w:hAnsi="Noto Sans CJK SC" w:eastAsia="Noto Sans CJK SC"/>
          <w:sz w:val="16"/>
        </w:rPr>
        <w:t>数学1 [一步乘除] 答：7。提示：28÷4=7。</w:t>
      </w:r>
    </w:p>
    <w:p>
      <w:pPr>
        <w:spacing w:after="60" w:before="0"/>
      </w:pPr>
      <w:r>
        <w:rPr>
          <w:rFonts w:ascii="Noto Sans CJK SC" w:hAnsi="Noto Sans CJK SC" w:eastAsia="Noto Sans CJK SC"/>
          <w:sz w:val="16"/>
        </w:rPr>
        <w:t>数学2 [倍数+一共] 答：32。提示：小狗：8×3=24；一共：24+8=32。也可画成 1份+3份=4份。</w:t>
      </w:r>
    </w:p>
    <w:p>
      <w:pPr>
        <w:spacing w:after="60" w:before="0"/>
      </w:pPr>
      <w:r>
        <w:rPr>
          <w:rFonts w:ascii="Noto Sans CJK SC" w:hAnsi="Noto Sans CJK SC" w:eastAsia="Noto Sans CJK SC"/>
          <w:sz w:val="16"/>
        </w:rPr>
        <w:t>数学3 [和差] 答：小猫17个，小狗11个。提示：先去掉多出来的 6：28-6=22；平分：22÷2=11。小狗 11 个，小猫 17 个。</w:t>
      </w:r>
    </w:p>
    <w:p>
      <w:pPr>
        <w:spacing w:after="60" w:before="0"/>
      </w:pPr>
      <w:r>
        <w:rPr>
          <w:rFonts w:ascii="Noto Sans CJK SC" w:hAnsi="Noto Sans CJK SC" w:eastAsia="Noto Sans CJK SC"/>
          <w:sz w:val="16"/>
        </w:rPr>
        <w:t>英语：目标是能做动作，不强求翻译。指令：Close the door；Walk to the table；Stop at the chair；Find something yellow；Find something small；Draw a big cat。</w:t>
      </w:r>
    </w:p>
    <w:p>
      <w:pPr>
        <w:spacing w:after="60" w:before="0"/>
      </w:pPr>
      <w:r>
        <w:rPr>
          <w:rFonts w:ascii="Noto Sans CJK SC" w:hAnsi="Noto Sans CJK SC" w:eastAsia="Noto Sans CJK SC"/>
          <w:b/>
          <w:sz w:val="16"/>
        </w:rPr>
        <w:t>调参：若出现明显烦躁，立刻切到保底版：语文1个字、数学1道题、英语3条指令、运动10分钟。</w:t>
      </w:r>
    </w:p>
    <w:p>
      <w:r>
        <w:br w:type="page"/>
      </w:r>
    </w:p>
    <w:p>
      <w:pPr>
        <w:pStyle w:val="Heading1"/>
        <w:spacing w:after="80"/>
      </w:pPr>
      <w:r>
        <w:rPr>
          <w:rFonts w:ascii="Noto Sans CJK SC" w:hAnsi="Noto Sans CJK SC" w:eastAsia="Noto Sans CJK SC"/>
        </w:rPr>
        <w:t>附录A：英语100+核心词库</w:t>
      </w:r>
    </w:p>
    <w:p>
      <w:pPr>
        <w:pStyle w:val="Heading2"/>
        <w:spacing w:after="80"/>
      </w:pPr>
      <w:r>
        <w:rPr>
          <w:rFonts w:ascii="Noto Sans CJK SC" w:hAnsi="Noto Sans CJK SC" w:eastAsia="Noto Sans CJK SC"/>
        </w:rPr>
        <w:t>body</w:t>
      </w:r>
    </w:p>
    <w:p>
      <w:pPr>
        <w:spacing w:after="60" w:before="0"/>
      </w:pPr>
      <w:r>
        <w:rPr>
          <w:rFonts w:ascii="Noto Sans CJK SC" w:hAnsi="Noto Sans CJK SC" w:eastAsia="Noto Sans CJK SC"/>
          <w:sz w:val="18"/>
        </w:rPr>
        <w:t>head / hand / eye / ear / nose / mouth / face / hair / arm / leg / foot / finger</w:t>
      </w:r>
    </w:p>
    <w:p>
      <w:pPr>
        <w:pStyle w:val="Heading2"/>
        <w:spacing w:after="80"/>
      </w:pPr>
      <w:r>
        <w:rPr>
          <w:rFonts w:ascii="Noto Sans CJK SC" w:hAnsi="Noto Sans CJK SC" w:eastAsia="Noto Sans CJK SC"/>
        </w:rPr>
        <w:t>actions</w:t>
      </w:r>
    </w:p>
    <w:p>
      <w:pPr>
        <w:spacing w:after="60" w:before="0"/>
      </w:pPr>
      <w:r>
        <w:rPr>
          <w:rFonts w:ascii="Noto Sans CJK SC" w:hAnsi="Noto Sans CJK SC" w:eastAsia="Noto Sans CJK SC"/>
          <w:sz w:val="18"/>
        </w:rPr>
        <w:t>sit / stand / run / jump / open / close / touch / put / take / give / find / draw / look / listen / read / write / eat / drink / walk / stop</w:t>
      </w:r>
    </w:p>
    <w:p>
      <w:pPr>
        <w:pStyle w:val="Heading2"/>
        <w:spacing w:after="80"/>
      </w:pPr>
      <w:r>
        <w:rPr>
          <w:rFonts w:ascii="Noto Sans CJK SC" w:hAnsi="Noto Sans CJK SC" w:eastAsia="Noto Sans CJK SC"/>
        </w:rPr>
        <w:t>objects</w:t>
      </w:r>
    </w:p>
    <w:p>
      <w:pPr>
        <w:spacing w:after="60" w:before="0"/>
      </w:pPr>
      <w:r>
        <w:rPr>
          <w:rFonts w:ascii="Noto Sans CJK SC" w:hAnsi="Noto Sans CJK SC" w:eastAsia="Noto Sans CJK SC"/>
          <w:sz w:val="18"/>
        </w:rPr>
        <w:t>book / pencil / bag / desk / chair / toy / ball / cup / box / door / window / bed / table / paper / ruler / eraser / apple / banana</w:t>
      </w:r>
    </w:p>
    <w:p>
      <w:pPr>
        <w:pStyle w:val="Heading2"/>
        <w:spacing w:after="80"/>
      </w:pPr>
      <w:r>
        <w:rPr>
          <w:rFonts w:ascii="Noto Sans CJK SC" w:hAnsi="Noto Sans CJK SC" w:eastAsia="Noto Sans CJK SC"/>
        </w:rPr>
        <w:t>colors_numbers</w:t>
      </w:r>
    </w:p>
    <w:p>
      <w:pPr>
        <w:spacing w:after="60" w:before="0"/>
      </w:pPr>
      <w:r>
        <w:rPr>
          <w:rFonts w:ascii="Noto Sans CJK SC" w:hAnsi="Noto Sans CJK SC" w:eastAsia="Noto Sans CJK SC"/>
          <w:sz w:val="18"/>
        </w:rPr>
        <w:t>red / blue / green / yellow / black / white / orange / pink / purple / brown / one / two / three / four / five</w:t>
      </w:r>
    </w:p>
    <w:p>
      <w:pPr>
        <w:pStyle w:val="Heading2"/>
        <w:spacing w:after="80"/>
      </w:pPr>
      <w:r>
        <w:rPr>
          <w:rFonts w:ascii="Noto Sans CJK SC" w:hAnsi="Noto Sans CJK SC" w:eastAsia="Noto Sans CJK SC"/>
        </w:rPr>
        <w:t>animals</w:t>
      </w:r>
    </w:p>
    <w:p>
      <w:pPr>
        <w:spacing w:after="60" w:before="0"/>
      </w:pPr>
      <w:r>
        <w:rPr>
          <w:rFonts w:ascii="Noto Sans CJK SC" w:hAnsi="Noto Sans CJK SC" w:eastAsia="Noto Sans CJK SC"/>
          <w:sz w:val="18"/>
        </w:rPr>
        <w:t>cat / dog / fish / bird / rabbit / duck / pig / cow / sheep / horse / mouse / elephant</w:t>
      </w:r>
    </w:p>
    <w:p>
      <w:pPr>
        <w:pStyle w:val="Heading2"/>
        <w:spacing w:after="80"/>
      </w:pPr>
      <w:r>
        <w:rPr>
          <w:rFonts w:ascii="Noto Sans CJK SC" w:hAnsi="Noto Sans CJK SC" w:eastAsia="Noto Sans CJK SC"/>
        </w:rPr>
        <w:t>people</w:t>
      </w:r>
    </w:p>
    <w:p>
      <w:pPr>
        <w:spacing w:after="60" w:before="0"/>
      </w:pPr>
      <w:r>
        <w:rPr>
          <w:rFonts w:ascii="Noto Sans CJK SC" w:hAnsi="Noto Sans CJK SC" w:eastAsia="Noto Sans CJK SC"/>
          <w:sz w:val="18"/>
        </w:rPr>
        <w:t>mom / dad / baby / boy / girl / teacher / friend / brother</w:t>
      </w:r>
    </w:p>
    <w:p>
      <w:pPr>
        <w:pStyle w:val="Heading2"/>
        <w:spacing w:after="80"/>
      </w:pPr>
      <w:r>
        <w:rPr>
          <w:rFonts w:ascii="Noto Sans CJK SC" w:hAnsi="Noto Sans CJK SC" w:eastAsia="Noto Sans CJK SC"/>
        </w:rPr>
        <w:t>places</w:t>
      </w:r>
    </w:p>
    <w:p>
      <w:pPr>
        <w:spacing w:after="60" w:before="0"/>
      </w:pPr>
      <w:r>
        <w:rPr>
          <w:rFonts w:ascii="Noto Sans CJK SC" w:hAnsi="Noto Sans CJK SC" w:eastAsia="Noto Sans CJK SC"/>
          <w:sz w:val="18"/>
        </w:rPr>
        <w:t>home / school / room / kitchen / bathroom / garden / park / classroom</w:t>
      </w:r>
    </w:p>
    <w:p>
      <w:pPr>
        <w:pStyle w:val="Heading2"/>
        <w:spacing w:after="80"/>
      </w:pPr>
      <w:r>
        <w:rPr>
          <w:rFonts w:ascii="Noto Sans CJK SC" w:hAnsi="Noto Sans CJK SC" w:eastAsia="Noto Sans CJK SC"/>
        </w:rPr>
        <w:t>positions_adjectives</w:t>
      </w:r>
    </w:p>
    <w:p>
      <w:pPr>
        <w:spacing w:after="60" w:before="0"/>
      </w:pPr>
      <w:r>
        <w:rPr>
          <w:rFonts w:ascii="Noto Sans CJK SC" w:hAnsi="Noto Sans CJK SC" w:eastAsia="Noto Sans CJK SC"/>
          <w:sz w:val="18"/>
        </w:rPr>
        <w:t>on / in / under / up / down / left / right / big / small / long / short / happy / sad / hot / cold</w:t>
      </w:r>
    </w:p>
    <w:p>
      <w:pPr>
        <w:pStyle w:val="Heading1"/>
        <w:spacing w:after="80"/>
      </w:pPr>
      <w:r>
        <w:rPr>
          <w:rFonts w:ascii="Noto Sans CJK SC" w:hAnsi="Noto Sans CJK SC" w:eastAsia="Noto Sans CJK SC"/>
        </w:rPr>
        <w:t>附录B：拼音与声调训练库</w:t>
      </w:r>
    </w:p>
    <w:p>
      <w:pPr>
        <w:spacing w:after="60" w:before="0"/>
      </w:pPr>
      <w:r>
        <w:rPr>
          <w:rFonts w:ascii="Noto Sans CJK SC" w:hAnsi="Noto Sans CJK SC" w:eastAsia="Noto Sans CJK SC"/>
          <w:sz w:val="18"/>
        </w:rPr>
        <w:t>使用方法：每天只选8-12个音节。孩子用手势表示声调：一声平、二声上、三声下再上、四声下。</w:t>
      </w:r>
    </w:p>
    <w:p>
      <w:pPr>
        <w:spacing w:after="60" w:before="0"/>
      </w:pPr>
      <w:r>
        <w:rPr>
          <w:rFonts w:ascii="Noto Sans CJK SC" w:hAnsi="Noto Sans CJK SC" w:eastAsia="Noto Sans CJK SC"/>
          <w:sz w:val="18"/>
        </w:rPr>
        <w:t>组1：mā  má  mǎ  mà  bā  bá  bǎ  bà</w:t>
      </w:r>
    </w:p>
    <w:p>
      <w:pPr>
        <w:spacing w:after="60" w:before="0"/>
      </w:pPr>
      <w:r>
        <w:rPr>
          <w:rFonts w:ascii="Noto Sans CJK SC" w:hAnsi="Noto Sans CJK SC" w:eastAsia="Noto Sans CJK SC"/>
          <w:sz w:val="18"/>
        </w:rPr>
        <w:t>组2：shī  shí  shǐ  shì  zhōng  zhóng  zhǒng  zhòng</w:t>
      </w:r>
    </w:p>
    <w:p>
      <w:pPr>
        <w:spacing w:after="60" w:before="0"/>
      </w:pPr>
      <w:r>
        <w:rPr>
          <w:rFonts w:ascii="Noto Sans CJK SC" w:hAnsi="Noto Sans CJK SC" w:eastAsia="Noto Sans CJK SC"/>
          <w:sz w:val="18"/>
        </w:rPr>
        <w:t>组3：mā  mǎ  má  mà  bā  bà  bǎ  bá</w:t>
      </w:r>
    </w:p>
    <w:p>
      <w:pPr>
        <w:spacing w:after="60" w:before="0"/>
      </w:pPr>
      <w:r>
        <w:rPr>
          <w:rFonts w:ascii="Noto Sans CJK SC" w:hAnsi="Noto Sans CJK SC" w:eastAsia="Noto Sans CJK SC"/>
          <w:sz w:val="18"/>
        </w:rPr>
        <w:t>组4：zhōng  zhǒng  zhòng  shī  shí  shì  mǎ  bǎ</w:t>
      </w:r>
    </w:p>
    <w:p>
      <w:pPr>
        <w:spacing w:after="60" w:before="0"/>
      </w:pPr>
      <w:r>
        <w:rPr>
          <w:rFonts w:ascii="Noto Sans CJK SC" w:hAnsi="Noto Sans CJK SC" w:eastAsia="Noto Sans CJK SC"/>
          <w:sz w:val="18"/>
        </w:rPr>
        <w:t>组5：mǎ  mā  bà  bá  shì  shī  zhǒng  zhōng</w:t>
      </w:r>
    </w:p>
    <w:p>
      <w:pPr>
        <w:spacing w:after="60" w:before="0"/>
      </w:pPr>
      <w:r>
        <w:rPr>
          <w:rFonts w:ascii="Noto Sans CJK SC" w:hAnsi="Noto Sans CJK SC" w:eastAsia="Noto Sans CJK SC"/>
          <w:sz w:val="18"/>
        </w:rPr>
        <w:t>组6：má  bǎ  shí  zhòng  mà  bā  shǐ  zhóng</w:t>
      </w:r>
    </w:p>
    <w:p>
      <w:pPr>
        <w:spacing w:after="60" w:before="0"/>
      </w:pPr>
      <w:r>
        <w:rPr>
          <w:rFonts w:ascii="Noto Sans CJK SC" w:hAnsi="Noto Sans CJK SC" w:eastAsia="Noto Sans CJK SC"/>
          <w:sz w:val="18"/>
        </w:rPr>
        <w:t>组7：mā  mǎ  bā  bǎ  shī  shí  zhōng  zhòng</w:t>
      </w:r>
    </w:p>
    <w:p>
      <w:pPr>
        <w:spacing w:after="60" w:before="0"/>
      </w:pPr>
      <w:r>
        <w:rPr>
          <w:rFonts w:ascii="Noto Sans CJK SC" w:hAnsi="Noto Sans CJK SC" w:eastAsia="Noto Sans CJK SC"/>
          <w:sz w:val="18"/>
        </w:rPr>
        <w:t>组8：guō  guó  guǒ  guò  gōu  góu  gǒu  gòu</w:t>
      </w:r>
    </w:p>
    <w:p>
      <w:pPr>
        <w:spacing w:after="60" w:before="0"/>
      </w:pPr>
      <w:r>
        <w:rPr>
          <w:rFonts w:ascii="Noto Sans CJK SC" w:hAnsi="Noto Sans CJK SC" w:eastAsia="Noto Sans CJK SC"/>
          <w:sz w:val="18"/>
        </w:rPr>
        <w:t>组9：mén  men  niǎo  xué  wǒ  xiǎng  chī  píng</w:t>
      </w:r>
    </w:p>
    <w:p>
      <w:pPr>
        <w:spacing w:after="60" w:before="0"/>
      </w:pPr>
      <w:r>
        <w:rPr>
          <w:rFonts w:ascii="Noto Sans CJK SC" w:hAnsi="Noto Sans CJK SC" w:eastAsia="Noto Sans CJK SC"/>
          <w:sz w:val="18"/>
        </w:rPr>
        <w:t>组10：guó  guǒ  gǒu  gòu  mén  niǎo  xué  wǒ</w:t>
      </w:r>
    </w:p>
    <w:p>
      <w:pPr>
        <w:spacing w:after="60" w:before="0"/>
      </w:pPr>
      <w:r>
        <w:rPr>
          <w:rFonts w:ascii="Noto Sans CJK SC" w:hAnsi="Noto Sans CJK SC" w:eastAsia="Noto Sans CJK SC"/>
          <w:sz w:val="18"/>
        </w:rPr>
        <w:t>组11：jīn  tiān  pǎo  bù  shù  yīng  yǔ  tiào</w:t>
      </w:r>
    </w:p>
    <w:p>
      <w:pPr>
        <w:spacing w:after="60" w:before="0"/>
      </w:pPr>
      <w:r>
        <w:rPr>
          <w:rFonts w:ascii="Noto Sans CJK SC" w:hAnsi="Noto Sans CJK SC" w:eastAsia="Noto Sans CJK SC"/>
          <w:sz w:val="18"/>
        </w:rPr>
        <w:t>组12：rèn  wù  shū  bǐ  zhuō  yǐ  hóng  lán</w:t>
      </w:r>
    </w:p>
    <w:p>
      <w:pPr>
        <w:spacing w:after="60" w:before="0"/>
      </w:pPr>
      <w:r>
        <w:rPr>
          <w:rFonts w:ascii="Noto Sans CJK SC" w:hAnsi="Noto Sans CJK SC" w:eastAsia="Noto Sans CJK SC"/>
          <w:sz w:val="18"/>
        </w:rPr>
        <w:t>组13：huáng  hēi  bái  shǒu  tóu  yǎn  ěr  kǒu</w:t>
      </w:r>
    </w:p>
    <w:p>
      <w:pPr>
        <w:spacing w:after="60" w:before="0"/>
      </w:pPr>
      <w:r>
        <w:rPr>
          <w:rFonts w:ascii="Noto Sans CJK SC" w:hAnsi="Noto Sans CJK SC" w:eastAsia="Noto Sans CJK SC"/>
          <w:sz w:val="18"/>
        </w:rPr>
        <w:t>组14：bí  jiā  lǐ  yǒu  méi  kàn  jiàn  qù</w:t>
      </w:r>
    </w:p>
    <w:p>
      <w:pPr>
        <w:spacing w:after="60" w:before="0"/>
      </w:pPr>
      <w:r>
        <w:rPr>
          <w:rFonts w:ascii="Noto Sans CJK SC" w:hAnsi="Noto Sans CJK SC" w:eastAsia="Noto Sans CJK SC"/>
          <w:sz w:val="18"/>
        </w:rPr>
        <w:t>组15：lái  zuǒ  yòu  qián  hòu  wài  gè  zhī</w:t>
      </w:r>
    </w:p>
    <w:p>
      <w:pPr>
        <w:spacing w:after="60" w:before="0"/>
      </w:pPr>
      <w:r>
        <w:rPr>
          <w:rFonts w:ascii="Noto Sans CJK SC" w:hAnsi="Noto Sans CJK SC" w:eastAsia="Noto Sans CJK SC"/>
          <w:sz w:val="18"/>
        </w:rPr>
        <w:t>组16：tiáo  kuài  duō  shǎo  bǐ  gòng  píng  jūn</w:t>
      </w:r>
    </w:p>
    <w:p>
      <w:pPr>
        <w:spacing w:after="60" w:before="0"/>
      </w:pPr>
      <w:r>
        <w:rPr>
          <w:rFonts w:ascii="Noto Sans CJK SC" w:hAnsi="Noto Sans CJK SC" w:eastAsia="Noto Sans CJK SC"/>
          <w:sz w:val="18"/>
        </w:rPr>
        <w:t>组17：fēn  zǔ  péng  yǒu  lǎo  shī  yuán  xiào</w:t>
      </w:r>
    </w:p>
    <w:p>
      <w:pPr>
        <w:spacing w:after="60" w:before="0"/>
      </w:pPr>
      <w:r>
        <w:rPr>
          <w:rFonts w:ascii="Noto Sans CJK SC" w:hAnsi="Noto Sans CJK SC" w:eastAsia="Noto Sans CJK SC"/>
          <w:sz w:val="18"/>
        </w:rPr>
        <w:t>组18：fáng  jiān  yú  māo  gǒu  tù  zhōng  guó</w:t>
      </w:r>
    </w:p>
    <w:p>
      <w:pPr>
        <w:pStyle w:val="Heading1"/>
        <w:spacing w:after="80"/>
      </w:pPr>
      <w:r>
        <w:rPr>
          <w:rFonts w:ascii="Noto Sans CJK SC" w:hAnsi="Noto Sans CJK SC" w:eastAsia="Noto Sans CJK SC"/>
        </w:rPr>
        <w:t>附录C：数学模型卡</w:t>
      </w:r>
    </w:p>
    <w:tbl>
      <w:tblPr>
        <w:tblStyle w:val="TableGrid"/>
        <w:tblW w:type="auto" w:w="0"/>
        <w:jc w:val="center"/>
        <w:tblLook w:firstColumn="1" w:firstRow="1" w:lastColumn="0" w:lastRow="0" w:noHBand="0" w:noVBand="1" w:val="04A0"/>
      </w:tblPr>
      <w:tblGrid>
        <w:gridCol w:w="3477"/>
        <w:gridCol w:w="3477"/>
        <w:gridCol w:w="3477"/>
      </w:tblGrid>
      <w:tr>
        <w:tc>
          <w:tcPr>
            <w:tcW w:type="dxa" w:w="1701"/>
            <w:vAlign w:val="center"/>
            <w:shd w:fill="D9EAF7"/>
          </w:tcPr>
          <w:p>
            <w:pPr>
              <w:spacing w:after="0"/>
            </w:pPr>
            <w:r/>
            <w:r>
              <w:rPr>
                <w:rFonts w:ascii="Noto Sans CJK SC" w:hAnsi="Noto Sans CJK SC" w:eastAsia="Noto Sans CJK SC"/>
                <w:b/>
                <w:sz w:val="18"/>
              </w:rPr>
              <w:t>模型</w:t>
            </w:r>
          </w:p>
        </w:tc>
        <w:tc>
          <w:tcPr>
            <w:tcW w:type="dxa" w:w="4535"/>
            <w:vAlign w:val="center"/>
            <w:shd w:fill="D9EAF7"/>
          </w:tcPr>
          <w:p>
            <w:pPr>
              <w:spacing w:after="0"/>
            </w:pPr>
            <w:r/>
            <w:r>
              <w:rPr>
                <w:rFonts w:ascii="Noto Sans CJK SC" w:hAnsi="Noto Sans CJK SC" w:eastAsia="Noto Sans CJK SC"/>
                <w:b/>
                <w:sz w:val="18"/>
              </w:rPr>
              <w:t>口令</w:t>
            </w:r>
          </w:p>
        </w:tc>
        <w:tc>
          <w:tcPr>
            <w:tcW w:type="dxa" w:w="3402"/>
            <w:vAlign w:val="center"/>
            <w:shd w:fill="D9EAF7"/>
          </w:tcPr>
          <w:p>
            <w:pPr>
              <w:spacing w:after="0"/>
            </w:pPr>
            <w:r/>
            <w:r>
              <w:rPr>
                <w:rFonts w:ascii="Noto Sans CJK SC" w:hAnsi="Noto Sans CJK SC" w:eastAsia="Noto Sans CJK SC"/>
                <w:b/>
                <w:sz w:val="18"/>
              </w:rPr>
              <w:t>图像</w:t>
            </w:r>
          </w:p>
        </w:tc>
      </w:tr>
      <w:tr>
        <w:tc>
          <w:tcPr>
            <w:tcW w:type="dxa" w:w="1701"/>
            <w:vAlign w:val="center"/>
          </w:tcPr>
          <w:p>
            <w:pPr>
              <w:spacing w:after="0"/>
            </w:pPr>
            <w:r/>
            <w:r>
              <w:rPr>
                <w:rFonts w:ascii="Noto Sans CJK SC" w:hAnsi="Noto Sans CJK SC" w:eastAsia="Noto Sans CJK SC"/>
                <w:b/>
                <w:sz w:val="17"/>
              </w:rPr>
              <w:t>倍数+一共</w:t>
            </w:r>
          </w:p>
        </w:tc>
        <w:tc>
          <w:tcPr>
            <w:tcW w:type="dxa" w:w="4535"/>
            <w:vAlign w:val="center"/>
          </w:tcPr>
          <w:p>
            <w:pPr>
              <w:spacing w:after="0"/>
            </w:pPr>
            <w:r/>
            <w:r>
              <w:rPr>
                <w:rFonts w:ascii="Noto Sans CJK SC" w:hAnsi="Noto Sans CJK SC" w:eastAsia="Noto Sans CJK SC"/>
                <w:b w:val="0"/>
                <w:sz w:val="17"/>
              </w:rPr>
              <w:t>A有1份，B是A的k倍；题目问一共时，要算1+k份。</w:t>
            </w:r>
          </w:p>
        </w:tc>
        <w:tc>
          <w:tcPr>
            <w:tcW w:type="dxa" w:w="3402"/>
            <w:vAlign w:val="center"/>
          </w:tcPr>
          <w:p>
            <w:pPr>
              <w:spacing w:after="0"/>
            </w:pPr>
            <w:r/>
            <w:r>
              <w:rPr>
                <w:rFonts w:ascii="Noto Sans CJK SC" w:hAnsi="Noto Sans CJK SC" w:eastAsia="Noto Sans CJK SC"/>
                <w:b w:val="0"/>
                <w:sz w:val="17"/>
              </w:rPr>
              <w:t>A：□  B：□□□  一共：□□□□</w:t>
            </w:r>
          </w:p>
        </w:tc>
      </w:tr>
      <w:tr>
        <w:tc>
          <w:tcPr>
            <w:tcW w:type="dxa" w:w="1701"/>
            <w:vAlign w:val="center"/>
          </w:tcPr>
          <w:p>
            <w:pPr>
              <w:spacing w:after="0"/>
            </w:pPr>
            <w:r/>
            <w:r>
              <w:rPr>
                <w:rFonts w:ascii="Noto Sans CJK SC" w:hAnsi="Noto Sans CJK SC" w:eastAsia="Noto Sans CJK SC"/>
                <w:b/>
                <w:sz w:val="17"/>
              </w:rPr>
              <w:t>和差</w:t>
            </w:r>
          </w:p>
        </w:tc>
        <w:tc>
          <w:tcPr>
            <w:tcW w:type="dxa" w:w="4535"/>
            <w:vAlign w:val="center"/>
          </w:tcPr>
          <w:p>
            <w:pPr>
              <w:spacing w:after="0"/>
            </w:pPr>
            <w:r/>
            <w:r>
              <w:rPr>
                <w:rFonts w:ascii="Noto Sans CJK SC" w:hAnsi="Noto Sans CJK SC" w:eastAsia="Noto Sans CJK SC"/>
                <w:b w:val="0"/>
                <w:sz w:val="17"/>
              </w:rPr>
              <w:t>先去掉多出来的差，剩下两边一样多，再平分，最后加回来。</w:t>
            </w:r>
          </w:p>
        </w:tc>
        <w:tc>
          <w:tcPr>
            <w:tcW w:type="dxa" w:w="3402"/>
            <w:vAlign w:val="center"/>
          </w:tcPr>
          <w:p>
            <w:pPr>
              <w:spacing w:after="0"/>
            </w:pPr>
            <w:r/>
            <w:r>
              <w:rPr>
                <w:rFonts w:ascii="Noto Sans CJK SC" w:hAnsi="Noto Sans CJK SC" w:eastAsia="Noto Sans CJK SC"/>
                <w:b w:val="0"/>
                <w:sz w:val="17"/>
              </w:rPr>
              <w:t>大：□□□□+□□  小：□□□□</w:t>
            </w:r>
          </w:p>
        </w:tc>
      </w:tr>
      <w:tr>
        <w:tc>
          <w:tcPr>
            <w:tcW w:type="dxa" w:w="1701"/>
            <w:vAlign w:val="center"/>
          </w:tcPr>
          <w:p>
            <w:pPr>
              <w:spacing w:after="0"/>
            </w:pPr>
            <w:r/>
            <w:r>
              <w:rPr>
                <w:rFonts w:ascii="Noto Sans CJK SC" w:hAnsi="Noto Sans CJK SC" w:eastAsia="Noto Sans CJK SC"/>
                <w:b/>
                <w:sz w:val="17"/>
              </w:rPr>
              <w:t>和倍</w:t>
            </w:r>
          </w:p>
        </w:tc>
        <w:tc>
          <w:tcPr>
            <w:tcW w:type="dxa" w:w="4535"/>
            <w:vAlign w:val="center"/>
          </w:tcPr>
          <w:p>
            <w:pPr>
              <w:spacing w:after="0"/>
            </w:pPr>
            <w:r/>
            <w:r>
              <w:rPr>
                <w:rFonts w:ascii="Noto Sans CJK SC" w:hAnsi="Noto Sans CJK SC" w:eastAsia="Noto Sans CJK SC"/>
                <w:b w:val="0"/>
                <w:sz w:val="17"/>
              </w:rPr>
              <w:t>总数是1+k份，先求1份，再求k份。</w:t>
            </w:r>
          </w:p>
        </w:tc>
        <w:tc>
          <w:tcPr>
            <w:tcW w:type="dxa" w:w="3402"/>
            <w:vAlign w:val="center"/>
          </w:tcPr>
          <w:p>
            <w:pPr>
              <w:spacing w:after="0"/>
            </w:pPr>
            <w:r/>
            <w:r>
              <w:rPr>
                <w:rFonts w:ascii="Noto Sans CJK SC" w:hAnsi="Noto Sans CJK SC" w:eastAsia="Noto Sans CJK SC"/>
                <w:b w:val="0"/>
                <w:sz w:val="17"/>
              </w:rPr>
              <w:t>小：□  大：□□□  合：□□□□</w:t>
            </w:r>
          </w:p>
        </w:tc>
      </w:tr>
      <w:tr>
        <w:tc>
          <w:tcPr>
            <w:tcW w:type="dxa" w:w="1701"/>
            <w:vAlign w:val="center"/>
          </w:tcPr>
          <w:p>
            <w:pPr>
              <w:spacing w:after="0"/>
            </w:pPr>
            <w:r/>
            <w:r>
              <w:rPr>
                <w:rFonts w:ascii="Noto Sans CJK SC" w:hAnsi="Noto Sans CJK SC" w:eastAsia="Noto Sans CJK SC"/>
                <w:b/>
                <w:sz w:val="17"/>
              </w:rPr>
              <w:t>差倍</w:t>
            </w:r>
          </w:p>
        </w:tc>
        <w:tc>
          <w:tcPr>
            <w:tcW w:type="dxa" w:w="4535"/>
            <w:vAlign w:val="center"/>
          </w:tcPr>
          <w:p>
            <w:pPr>
              <w:spacing w:after="0"/>
            </w:pPr>
            <w:r/>
            <w:r>
              <w:rPr>
                <w:rFonts w:ascii="Noto Sans CJK SC" w:hAnsi="Noto Sans CJK SC" w:eastAsia="Noto Sans CJK SC"/>
                <w:b w:val="0"/>
                <w:sz w:val="17"/>
              </w:rPr>
              <w:t>差对应k-1份；先用差÷(k-1)求1份。</w:t>
            </w:r>
          </w:p>
        </w:tc>
        <w:tc>
          <w:tcPr>
            <w:tcW w:type="dxa" w:w="3402"/>
            <w:vAlign w:val="center"/>
          </w:tcPr>
          <w:p>
            <w:pPr>
              <w:spacing w:after="0"/>
            </w:pPr>
            <w:r/>
            <w:r>
              <w:rPr>
                <w:rFonts w:ascii="Noto Sans CJK SC" w:hAnsi="Noto Sans CJK SC" w:eastAsia="Noto Sans CJK SC"/>
                <w:b w:val="0"/>
                <w:sz w:val="17"/>
              </w:rPr>
              <w:t>小：□  大：□□□  差：□□</w:t>
            </w:r>
          </w:p>
        </w:tc>
      </w:tr>
      <w:tr>
        <w:tc>
          <w:tcPr>
            <w:tcW w:type="dxa" w:w="1701"/>
            <w:vAlign w:val="center"/>
          </w:tcPr>
          <w:p>
            <w:pPr>
              <w:spacing w:after="0"/>
            </w:pPr>
            <w:r/>
            <w:r>
              <w:rPr>
                <w:rFonts w:ascii="Noto Sans CJK SC" w:hAnsi="Noto Sans CJK SC" w:eastAsia="Noto Sans CJK SC"/>
                <w:b/>
                <w:sz w:val="17"/>
              </w:rPr>
              <w:t>周期</w:t>
            </w:r>
          </w:p>
        </w:tc>
        <w:tc>
          <w:tcPr>
            <w:tcW w:type="dxa" w:w="4535"/>
            <w:vAlign w:val="center"/>
          </w:tcPr>
          <w:p>
            <w:pPr>
              <w:spacing w:after="0"/>
            </w:pPr>
            <w:r/>
            <w:r>
              <w:rPr>
                <w:rFonts w:ascii="Noto Sans CJK SC" w:hAnsi="Noto Sans CJK SC" w:eastAsia="Noto Sans CJK SC"/>
                <w:b w:val="0"/>
                <w:sz w:val="17"/>
              </w:rPr>
              <w:t>先找一组几个，再看余数。余0看一组最后一个。</w:t>
            </w:r>
          </w:p>
        </w:tc>
        <w:tc>
          <w:tcPr>
            <w:tcW w:type="dxa" w:w="3402"/>
            <w:vAlign w:val="center"/>
          </w:tcPr>
          <w:p>
            <w:pPr>
              <w:spacing w:after="0"/>
            </w:pPr>
            <w:r/>
            <w:r>
              <w:rPr>
                <w:rFonts w:ascii="Noto Sans CJK SC" w:hAnsi="Noto Sans CJK SC" w:eastAsia="Noto Sans CJK SC"/>
                <w:b w:val="0"/>
                <w:sz w:val="17"/>
              </w:rPr>
              <w:t>红黄蓝 / 红黄蓝 / ...</w:t>
            </w:r>
          </w:p>
        </w:tc>
      </w:tr>
      <w:tr>
        <w:tc>
          <w:tcPr>
            <w:tcW w:type="dxa" w:w="1701"/>
            <w:vAlign w:val="center"/>
          </w:tcPr>
          <w:p>
            <w:pPr>
              <w:spacing w:after="0"/>
            </w:pPr>
            <w:r/>
            <w:r>
              <w:rPr>
                <w:rFonts w:ascii="Noto Sans CJK SC" w:hAnsi="Noto Sans CJK SC" w:eastAsia="Noto Sans CJK SC"/>
                <w:b/>
                <w:sz w:val="17"/>
              </w:rPr>
              <w:t>线段计数</w:t>
            </w:r>
          </w:p>
        </w:tc>
        <w:tc>
          <w:tcPr>
            <w:tcW w:type="dxa" w:w="4535"/>
            <w:vAlign w:val="center"/>
          </w:tcPr>
          <w:p>
            <w:pPr>
              <w:spacing w:after="0"/>
            </w:pPr>
            <w:r/>
            <w:r>
              <w:rPr>
                <w:rFonts w:ascii="Noto Sans CJK SC" w:hAnsi="Noto Sans CJK SC" w:eastAsia="Noto Sans CJK SC"/>
                <w:b w:val="0"/>
                <w:sz w:val="17"/>
              </w:rPr>
              <w:t>n个点：从第1点数n-1条，从第2点数n-2条，依次相加。</w:t>
            </w:r>
          </w:p>
        </w:tc>
        <w:tc>
          <w:tcPr>
            <w:tcW w:type="dxa" w:w="3402"/>
            <w:vAlign w:val="center"/>
          </w:tcPr>
          <w:p>
            <w:pPr>
              <w:spacing w:after="0"/>
            </w:pPr>
            <w:r/>
            <w:r>
              <w:rPr>
                <w:rFonts w:ascii="Noto Sans CJK SC" w:hAnsi="Noto Sans CJK SC" w:eastAsia="Noto Sans CJK SC"/>
                <w:b w:val="0"/>
                <w:sz w:val="17"/>
              </w:rPr>
              <w:t>5点：4+3+2+1=10</w:t>
            </w:r>
          </w:p>
        </w:tc>
      </w:tr>
    </w:tbl>
    <w:p>
      <w:pPr>
        <w:pStyle w:val="Heading1"/>
        <w:spacing w:after="80"/>
      </w:pPr>
      <w:r>
        <w:rPr>
          <w:rFonts w:ascii="Noto Sans CJK SC" w:hAnsi="Noto Sans CJK SC" w:eastAsia="Noto Sans CJK SC"/>
        </w:rPr>
        <w:t>附录D：家长每晚记录表（可复制）</w:t>
      </w:r>
    </w:p>
    <w:tbl>
      <w:tblPr>
        <w:tblStyle w:val="TableGrid"/>
        <w:tblW w:type="auto" w:w="0"/>
        <w:jc w:val="center"/>
        <w:tblLook w:firstColumn="1" w:firstRow="1" w:lastColumn="0" w:lastRow="0" w:noHBand="0" w:noVBand="1" w:val="04A0"/>
      </w:tblPr>
      <w:tblGrid>
        <w:gridCol w:w="1490"/>
        <w:gridCol w:w="1490"/>
        <w:gridCol w:w="1490"/>
        <w:gridCol w:w="1490"/>
        <w:gridCol w:w="1490"/>
        <w:gridCol w:w="1490"/>
        <w:gridCol w:w="1490"/>
      </w:tblGrid>
      <w:tr>
        <w:tc>
          <w:tcPr>
            <w:tcW w:type="dxa" w:w="850"/>
            <w:vAlign w:val="center"/>
            <w:shd w:fill="E2F0D9"/>
          </w:tcPr>
          <w:p>
            <w:pPr>
              <w:spacing w:after="0"/>
            </w:pPr>
            <w:r/>
            <w:r>
              <w:rPr>
                <w:rFonts w:ascii="Noto Sans CJK SC" w:hAnsi="Noto Sans CJK SC" w:eastAsia="Noto Sans CJK SC"/>
                <w:b/>
                <w:sz w:val="17"/>
              </w:rPr>
              <w:t>日期</w:t>
            </w:r>
          </w:p>
        </w:tc>
        <w:tc>
          <w:tcPr>
            <w:tcW w:type="dxa" w:w="1417"/>
            <w:vAlign w:val="center"/>
            <w:shd w:fill="E2F0D9"/>
          </w:tcPr>
          <w:p>
            <w:pPr>
              <w:spacing w:after="0"/>
            </w:pPr>
            <w:r/>
            <w:r>
              <w:rPr>
                <w:rFonts w:ascii="Noto Sans CJK SC" w:hAnsi="Noto Sans CJK SC" w:eastAsia="Noto Sans CJK SC"/>
                <w:b/>
                <w:sz w:val="17"/>
              </w:rPr>
              <w:t>声调__/8</w:t>
            </w:r>
          </w:p>
        </w:tc>
        <w:tc>
          <w:tcPr>
            <w:tcW w:type="dxa" w:w="1587"/>
            <w:vAlign w:val="center"/>
            <w:shd w:fill="E2F0D9"/>
          </w:tcPr>
          <w:p>
            <w:pPr>
              <w:spacing w:after="0"/>
            </w:pPr>
            <w:r/>
            <w:r>
              <w:rPr>
                <w:rFonts w:ascii="Noto Sans CJK SC" w:hAnsi="Noto Sans CJK SC" w:eastAsia="Noto Sans CJK SC"/>
                <w:b/>
                <w:sz w:val="17"/>
              </w:rPr>
              <w:t>写字字/分</w:t>
            </w:r>
          </w:p>
        </w:tc>
        <w:tc>
          <w:tcPr>
            <w:tcW w:type="dxa" w:w="1587"/>
            <w:vAlign w:val="center"/>
            <w:shd w:fill="E2F0D9"/>
          </w:tcPr>
          <w:p>
            <w:pPr>
              <w:spacing w:after="0"/>
            </w:pPr>
            <w:r/>
            <w:r>
              <w:rPr>
                <w:rFonts w:ascii="Noto Sans CJK SC" w:hAnsi="Noto Sans CJK SC" w:eastAsia="Noto Sans CJK SC"/>
                <w:b/>
                <w:sz w:val="17"/>
              </w:rPr>
              <w:t>数学__/2</w:t>
            </w:r>
          </w:p>
        </w:tc>
        <w:tc>
          <w:tcPr>
            <w:tcW w:type="dxa" w:w="1587"/>
            <w:vAlign w:val="center"/>
            <w:shd w:fill="E2F0D9"/>
          </w:tcPr>
          <w:p>
            <w:pPr>
              <w:spacing w:after="0"/>
            </w:pPr>
            <w:r/>
            <w:r>
              <w:rPr>
                <w:rFonts w:ascii="Noto Sans CJK SC" w:hAnsi="Noto Sans CJK SC" w:eastAsia="Noto Sans CJK SC"/>
                <w:b/>
                <w:sz w:val="17"/>
              </w:rPr>
              <w:t>听指令__/6</w:t>
            </w:r>
          </w:p>
        </w:tc>
        <w:tc>
          <w:tcPr>
            <w:tcW w:type="dxa" w:w="1587"/>
            <w:vAlign w:val="center"/>
            <w:shd w:fill="E2F0D9"/>
          </w:tcPr>
          <w:p>
            <w:pPr>
              <w:spacing w:after="0"/>
            </w:pPr>
            <w:r/>
            <w:r>
              <w:rPr>
                <w:rFonts w:ascii="Noto Sans CJK SC" w:hAnsi="Noto Sans CJK SC" w:eastAsia="Noto Sans CJK SC"/>
                <w:b/>
                <w:sz w:val="17"/>
              </w:rPr>
              <w:t>看指令__/6</w:t>
            </w:r>
          </w:p>
        </w:tc>
        <w:tc>
          <w:tcPr>
            <w:tcW w:type="dxa" w:w="1984"/>
            <w:vAlign w:val="center"/>
            <w:shd w:fill="E2F0D9"/>
          </w:tcPr>
          <w:p>
            <w:pPr>
              <w:spacing w:after="0"/>
            </w:pPr>
            <w:r/>
            <w:r>
              <w:rPr>
                <w:rFonts w:ascii="Noto Sans CJK SC" w:hAnsi="Noto Sans CJK SC" w:eastAsia="Noto Sans CJK SC"/>
                <w:b/>
                <w:sz w:val="17"/>
              </w:rPr>
              <w:t>情绪/备注</w:t>
            </w:r>
          </w:p>
        </w:tc>
      </w:tr>
      <w:tr>
        <w:tc>
          <w:tcPr>
            <w:tcW w:type="dxa" w:w="850"/>
            <w:vAlign w:val="center"/>
          </w:tcPr>
          <w:p>
            <w:pPr>
              <w:spacing w:after="0"/>
            </w:pPr>
            <w:r/>
            <w:r>
              <w:rPr>
                <w:rFonts w:ascii="Noto Sans CJK SC" w:hAnsi="Noto Sans CJK SC" w:eastAsia="Noto Sans CJK SC"/>
                <w:b w:val="0"/>
                <w:sz w:val="16"/>
              </w:rPr>
            </w:r>
          </w:p>
        </w:tc>
        <w:tc>
          <w:tcPr>
            <w:tcW w:type="dxa" w:w="141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984"/>
            <w:vAlign w:val="center"/>
          </w:tcPr>
          <w:p>
            <w:pPr>
              <w:spacing w:after="0"/>
            </w:pPr>
            <w:r/>
            <w:r>
              <w:rPr>
                <w:rFonts w:ascii="Noto Sans CJK SC" w:hAnsi="Noto Sans CJK SC" w:eastAsia="Noto Sans CJK SC"/>
                <w:b w:val="0"/>
                <w:sz w:val="16"/>
              </w:rPr>
            </w:r>
          </w:p>
        </w:tc>
      </w:tr>
      <w:tr>
        <w:tc>
          <w:tcPr>
            <w:tcW w:type="dxa" w:w="850"/>
            <w:vAlign w:val="center"/>
          </w:tcPr>
          <w:p>
            <w:pPr>
              <w:spacing w:after="0"/>
            </w:pPr>
            <w:r/>
            <w:r>
              <w:rPr>
                <w:rFonts w:ascii="Noto Sans CJK SC" w:hAnsi="Noto Sans CJK SC" w:eastAsia="Noto Sans CJK SC"/>
                <w:b w:val="0"/>
                <w:sz w:val="16"/>
              </w:rPr>
            </w:r>
          </w:p>
        </w:tc>
        <w:tc>
          <w:tcPr>
            <w:tcW w:type="dxa" w:w="141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984"/>
            <w:vAlign w:val="center"/>
          </w:tcPr>
          <w:p>
            <w:pPr>
              <w:spacing w:after="0"/>
            </w:pPr>
            <w:r/>
            <w:r>
              <w:rPr>
                <w:rFonts w:ascii="Noto Sans CJK SC" w:hAnsi="Noto Sans CJK SC" w:eastAsia="Noto Sans CJK SC"/>
                <w:b w:val="0"/>
                <w:sz w:val="16"/>
              </w:rPr>
            </w:r>
          </w:p>
        </w:tc>
      </w:tr>
      <w:tr>
        <w:tc>
          <w:tcPr>
            <w:tcW w:type="dxa" w:w="850"/>
            <w:vAlign w:val="center"/>
          </w:tcPr>
          <w:p>
            <w:pPr>
              <w:spacing w:after="0"/>
            </w:pPr>
            <w:r/>
            <w:r>
              <w:rPr>
                <w:rFonts w:ascii="Noto Sans CJK SC" w:hAnsi="Noto Sans CJK SC" w:eastAsia="Noto Sans CJK SC"/>
                <w:b w:val="0"/>
                <w:sz w:val="16"/>
              </w:rPr>
            </w:r>
          </w:p>
        </w:tc>
        <w:tc>
          <w:tcPr>
            <w:tcW w:type="dxa" w:w="141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984"/>
            <w:vAlign w:val="center"/>
          </w:tcPr>
          <w:p>
            <w:pPr>
              <w:spacing w:after="0"/>
            </w:pPr>
            <w:r/>
            <w:r>
              <w:rPr>
                <w:rFonts w:ascii="Noto Sans CJK SC" w:hAnsi="Noto Sans CJK SC" w:eastAsia="Noto Sans CJK SC"/>
                <w:b w:val="0"/>
                <w:sz w:val="16"/>
              </w:rPr>
            </w:r>
          </w:p>
        </w:tc>
      </w:tr>
      <w:tr>
        <w:tc>
          <w:tcPr>
            <w:tcW w:type="dxa" w:w="850"/>
            <w:vAlign w:val="center"/>
          </w:tcPr>
          <w:p>
            <w:pPr>
              <w:spacing w:after="0"/>
            </w:pPr>
            <w:r/>
            <w:r>
              <w:rPr>
                <w:rFonts w:ascii="Noto Sans CJK SC" w:hAnsi="Noto Sans CJK SC" w:eastAsia="Noto Sans CJK SC"/>
                <w:b w:val="0"/>
                <w:sz w:val="16"/>
              </w:rPr>
            </w:r>
          </w:p>
        </w:tc>
        <w:tc>
          <w:tcPr>
            <w:tcW w:type="dxa" w:w="141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984"/>
            <w:vAlign w:val="center"/>
          </w:tcPr>
          <w:p>
            <w:pPr>
              <w:spacing w:after="0"/>
            </w:pPr>
            <w:r/>
            <w:r>
              <w:rPr>
                <w:rFonts w:ascii="Noto Sans CJK SC" w:hAnsi="Noto Sans CJK SC" w:eastAsia="Noto Sans CJK SC"/>
                <w:b w:val="0"/>
                <w:sz w:val="16"/>
              </w:rPr>
            </w:r>
          </w:p>
        </w:tc>
      </w:tr>
      <w:tr>
        <w:tc>
          <w:tcPr>
            <w:tcW w:type="dxa" w:w="850"/>
            <w:vAlign w:val="center"/>
          </w:tcPr>
          <w:p>
            <w:pPr>
              <w:spacing w:after="0"/>
            </w:pPr>
            <w:r/>
            <w:r>
              <w:rPr>
                <w:rFonts w:ascii="Noto Sans CJK SC" w:hAnsi="Noto Sans CJK SC" w:eastAsia="Noto Sans CJK SC"/>
                <w:b w:val="0"/>
                <w:sz w:val="16"/>
              </w:rPr>
            </w:r>
          </w:p>
        </w:tc>
        <w:tc>
          <w:tcPr>
            <w:tcW w:type="dxa" w:w="141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984"/>
            <w:vAlign w:val="center"/>
          </w:tcPr>
          <w:p>
            <w:pPr>
              <w:spacing w:after="0"/>
            </w:pPr>
            <w:r/>
            <w:r>
              <w:rPr>
                <w:rFonts w:ascii="Noto Sans CJK SC" w:hAnsi="Noto Sans CJK SC" w:eastAsia="Noto Sans CJK SC"/>
                <w:b w:val="0"/>
                <w:sz w:val="16"/>
              </w:rPr>
            </w:r>
          </w:p>
        </w:tc>
      </w:tr>
      <w:tr>
        <w:tc>
          <w:tcPr>
            <w:tcW w:type="dxa" w:w="850"/>
            <w:vAlign w:val="center"/>
          </w:tcPr>
          <w:p>
            <w:pPr>
              <w:spacing w:after="0"/>
            </w:pPr>
            <w:r/>
            <w:r>
              <w:rPr>
                <w:rFonts w:ascii="Noto Sans CJK SC" w:hAnsi="Noto Sans CJK SC" w:eastAsia="Noto Sans CJK SC"/>
                <w:b w:val="0"/>
                <w:sz w:val="16"/>
              </w:rPr>
            </w:r>
          </w:p>
        </w:tc>
        <w:tc>
          <w:tcPr>
            <w:tcW w:type="dxa" w:w="141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984"/>
            <w:vAlign w:val="center"/>
          </w:tcPr>
          <w:p>
            <w:pPr>
              <w:spacing w:after="0"/>
            </w:pPr>
            <w:r/>
            <w:r>
              <w:rPr>
                <w:rFonts w:ascii="Noto Sans CJK SC" w:hAnsi="Noto Sans CJK SC" w:eastAsia="Noto Sans CJK SC"/>
                <w:b w:val="0"/>
                <w:sz w:val="16"/>
              </w:rPr>
            </w:r>
          </w:p>
        </w:tc>
      </w:tr>
      <w:tr>
        <w:tc>
          <w:tcPr>
            <w:tcW w:type="dxa" w:w="850"/>
            <w:vAlign w:val="center"/>
          </w:tcPr>
          <w:p>
            <w:pPr>
              <w:spacing w:after="0"/>
            </w:pPr>
            <w:r/>
            <w:r>
              <w:rPr>
                <w:rFonts w:ascii="Noto Sans CJK SC" w:hAnsi="Noto Sans CJK SC" w:eastAsia="Noto Sans CJK SC"/>
                <w:b w:val="0"/>
                <w:sz w:val="16"/>
              </w:rPr>
            </w:r>
          </w:p>
        </w:tc>
        <w:tc>
          <w:tcPr>
            <w:tcW w:type="dxa" w:w="141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587"/>
            <w:vAlign w:val="center"/>
          </w:tcPr>
          <w:p>
            <w:pPr>
              <w:spacing w:after="0"/>
            </w:pPr>
            <w:r/>
            <w:r>
              <w:rPr>
                <w:rFonts w:ascii="Noto Sans CJK SC" w:hAnsi="Noto Sans CJK SC" w:eastAsia="Noto Sans CJK SC"/>
                <w:b w:val="0"/>
                <w:sz w:val="16"/>
              </w:rPr>
            </w:r>
          </w:p>
        </w:tc>
        <w:tc>
          <w:tcPr>
            <w:tcW w:type="dxa" w:w="1984"/>
            <w:vAlign w:val="center"/>
          </w:tcPr>
          <w:p>
            <w:pPr>
              <w:spacing w:after="0"/>
            </w:pPr>
            <w:r/>
            <w:r>
              <w:rPr>
                <w:rFonts w:ascii="Noto Sans CJK SC" w:hAnsi="Noto Sans CJK SC" w:eastAsia="Noto Sans CJK SC"/>
                <w:b w:val="0"/>
                <w:sz w:val="16"/>
              </w:rPr>
            </w:r>
          </w:p>
        </w:tc>
      </w:tr>
    </w:tbl>
    <w:sectPr w:rsidR="00FC693F" w:rsidRPr="0006063C" w:rsidSect="00034616">
      <w:pgSz w:w="11906" w:h="16838"/>
      <w:pgMar w:top="737" w:right="737" w:bottom="680"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SC" w:hAnsi="Noto Sans CJK SC" w:eastAsia="Noto Sans CJK S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CJK SC" w:hAnsi="Noto Sans CJK SC" w:eastAsia="Noto Sans CJK SC"/>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CJK SC" w:hAnsi="Noto Sans CJK SC" w:eastAsia="Noto Sans CJK SC"/>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CJK SC" w:hAnsi="Noto Sans CJK SC" w:eastAsia="Noto Sans CJK SC"/>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